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5F66" w:rsidRDefault="007F5F66">
      <w:pPr>
        <w:rPr>
          <w:rFonts w:ascii="Times New Roman" w:eastAsia="Times New Roman" w:hAnsi="Times New Roman" w:cs="Times New Roman"/>
          <w:b/>
          <w:bCs/>
          <w:color w:val="333333"/>
          <w:sz w:val="24"/>
          <w:szCs w:val="24"/>
          <w:lang w:eastAsia="ru-RU"/>
        </w:rPr>
      </w:pPr>
      <w:r w:rsidRPr="007F5F66">
        <w:rPr>
          <w:rFonts w:ascii="Times New Roman" w:eastAsia="Times New Roman" w:hAnsi="Times New Roman" w:cs="Times New Roman"/>
          <w:b/>
          <w:bCs/>
          <w:noProof/>
          <w:color w:val="333333"/>
          <w:sz w:val="24"/>
          <w:szCs w:val="24"/>
          <w:lang w:eastAsia="ru-RU"/>
        </w:rPr>
        <w:drawing>
          <wp:inline distT="0" distB="0" distL="0" distR="0">
            <wp:extent cx="5940425" cy="8667177"/>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667177"/>
                    </a:xfrm>
                    <a:prstGeom prst="rect">
                      <a:avLst/>
                    </a:prstGeom>
                    <a:noFill/>
                    <a:ln>
                      <a:noFill/>
                    </a:ln>
                  </pic:spPr>
                </pic:pic>
              </a:graphicData>
            </a:graphic>
          </wp:inline>
        </w:drawing>
      </w:r>
      <w:bookmarkStart w:id="0" w:name="_GoBack"/>
      <w:bookmarkEnd w:id="0"/>
      <w:r>
        <w:rPr>
          <w:rFonts w:ascii="Times New Roman" w:eastAsia="Times New Roman" w:hAnsi="Times New Roman" w:cs="Times New Roman"/>
          <w:b/>
          <w:bCs/>
          <w:color w:val="333333"/>
          <w:sz w:val="24"/>
          <w:szCs w:val="24"/>
          <w:lang w:eastAsia="ru-RU"/>
        </w:rPr>
        <w:br w:type="page"/>
      </w:r>
    </w:p>
    <w:p w:rsidR="007726D6" w:rsidRPr="000E4AE2" w:rsidRDefault="007726D6" w:rsidP="000E4AE2">
      <w:pPr>
        <w:spacing w:beforeAutospacing="1" w:after="0" w:line="240" w:lineRule="auto"/>
        <w:rPr>
          <w:rStyle w:val="a7"/>
          <w:rFonts w:ascii="Times New Roman" w:eastAsia="Times New Roman" w:hAnsi="Times New Roman" w:cs="Times New Roman"/>
          <w:b w:val="0"/>
          <w:bCs w:val="0"/>
          <w:color w:val="333333"/>
          <w:sz w:val="21"/>
          <w:szCs w:val="21"/>
          <w:lang w:eastAsia="ru-RU"/>
        </w:rPr>
      </w:pPr>
      <w:r w:rsidRPr="007726D6">
        <w:rPr>
          <w:rFonts w:ascii="Times New Roman" w:eastAsia="Times New Roman" w:hAnsi="Times New Roman" w:cs="Times New Roman"/>
          <w:b/>
          <w:bCs/>
          <w:color w:val="333333"/>
          <w:sz w:val="24"/>
          <w:szCs w:val="24"/>
          <w:lang w:eastAsia="ru-RU"/>
        </w:rPr>
        <w:lastRenderedPageBreak/>
        <w:t>ПОЯСНИТЕЛЬНАЯ ЗАПИСКА</w:t>
      </w:r>
    </w:p>
    <w:p w:rsidR="00130DD4" w:rsidRPr="007726D6" w:rsidRDefault="00130DD4" w:rsidP="007726D6">
      <w:pPr>
        <w:pStyle w:val="a6"/>
        <w:spacing w:before="0" w:after="0" w:afterAutospacing="0"/>
        <w:rPr>
          <w:color w:val="333333"/>
          <w:sz w:val="21"/>
          <w:szCs w:val="21"/>
        </w:rPr>
      </w:pPr>
    </w:p>
    <w:p w:rsidR="007726D6" w:rsidRPr="007726D6" w:rsidRDefault="007726D6" w:rsidP="007726D6">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7726D6" w:rsidRPr="007726D6" w:rsidRDefault="007726D6" w:rsidP="007726D6">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7726D6" w:rsidRPr="007726D6" w:rsidRDefault="007726D6" w:rsidP="007726D6">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 xml:space="preserve">Планируемые результаты освоения программы по литературному чтению включают личностные, </w:t>
      </w:r>
      <w:proofErr w:type="spellStart"/>
      <w:r w:rsidRPr="007726D6">
        <w:rPr>
          <w:rFonts w:ascii="Times New Roman" w:eastAsia="Times New Roman" w:hAnsi="Times New Roman" w:cs="Times New Roman"/>
          <w:color w:val="333333"/>
          <w:sz w:val="24"/>
          <w:szCs w:val="24"/>
          <w:lang w:eastAsia="ru-RU"/>
        </w:rPr>
        <w:t>метапредметные</w:t>
      </w:r>
      <w:proofErr w:type="spellEnd"/>
      <w:r w:rsidRPr="007726D6">
        <w:rPr>
          <w:rFonts w:ascii="Times New Roman" w:eastAsia="Times New Roman" w:hAnsi="Times New Roman" w:cs="Times New Roman"/>
          <w:color w:val="333333"/>
          <w:sz w:val="24"/>
          <w:szCs w:val="24"/>
          <w:lang w:eastAsia="ru-RU"/>
        </w:rPr>
        <w:t xml:space="preserve"> результаты за период обучения, а также предметные достижения обучающегося за каждый год обучения на уровне начального общего образования.</w:t>
      </w:r>
    </w:p>
    <w:p w:rsidR="007726D6" w:rsidRPr="007726D6" w:rsidRDefault="007726D6" w:rsidP="007726D6">
      <w:pPr>
        <w:spacing w:beforeAutospacing="1" w:after="0" w:afterAutospacing="1" w:line="240" w:lineRule="auto"/>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b/>
          <w:bCs/>
          <w:color w:val="333333"/>
          <w:sz w:val="24"/>
          <w:szCs w:val="24"/>
          <w:lang w:eastAsia="ru-RU"/>
        </w:rPr>
        <w:t>ОБЩАЯ ХАРАКТЕРИСТИКА УЧЕБНОГО ПРЕДМЕТА «ЛИТЕРАТУРНОЕ ЧТЕНИЕ»</w:t>
      </w:r>
    </w:p>
    <w:p w:rsidR="007726D6" w:rsidRDefault="007726D6" w:rsidP="007726D6">
      <w:pPr>
        <w:spacing w:beforeAutospacing="1" w:after="0" w:line="240" w:lineRule="auto"/>
        <w:jc w:val="both"/>
        <w:rPr>
          <w:rFonts w:ascii="Times New Roman" w:eastAsia="Times New Roman" w:hAnsi="Times New Roman" w:cs="Times New Roman"/>
          <w:color w:val="333333"/>
          <w:sz w:val="24"/>
          <w:szCs w:val="24"/>
          <w:lang w:eastAsia="ru-RU"/>
        </w:rPr>
      </w:pPr>
      <w:r w:rsidRPr="007726D6">
        <w:rPr>
          <w:rFonts w:ascii="Times New Roman" w:eastAsia="Times New Roman" w:hAnsi="Times New Roman" w:cs="Times New Roman"/>
          <w:color w:val="333333"/>
          <w:sz w:val="24"/>
          <w:szCs w:val="24"/>
          <w:lang w:eastAsia="ru-RU"/>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7726D6">
        <w:rPr>
          <w:rFonts w:ascii="Times New Roman" w:eastAsia="Times New Roman" w:hAnsi="Times New Roman" w:cs="Times New Roman"/>
          <w:color w:val="333333"/>
          <w:sz w:val="24"/>
          <w:szCs w:val="24"/>
          <w:shd w:val="clear" w:color="auto" w:fill="FFFFFF"/>
          <w:lang w:eastAsia="ru-RU"/>
        </w:rPr>
        <w:t>рабочей </w:t>
      </w:r>
      <w:r w:rsidRPr="007726D6">
        <w:rPr>
          <w:rFonts w:ascii="Times New Roman" w:eastAsia="Times New Roman" w:hAnsi="Times New Roman" w:cs="Times New Roman"/>
          <w:color w:val="333333"/>
          <w:sz w:val="24"/>
          <w:szCs w:val="24"/>
          <w:lang w:eastAsia="ru-RU"/>
        </w:rPr>
        <w:t>программе воспитания.</w:t>
      </w:r>
    </w:p>
    <w:p w:rsidR="007726D6" w:rsidRDefault="007726D6" w:rsidP="007726D6">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7726D6">
        <w:rPr>
          <w:rFonts w:ascii="Times New Roman" w:eastAsia="Times New Roman" w:hAnsi="Times New Roman" w:cs="Times New Roman"/>
          <w:color w:val="333333"/>
          <w:sz w:val="24"/>
          <w:szCs w:val="24"/>
          <w:lang w:eastAsia="ru-RU"/>
        </w:rPr>
        <w:t>Литературное чтение – один из ведущих учебных пре</w:t>
      </w:r>
      <w:r>
        <w:rPr>
          <w:rFonts w:ascii="Times New Roman" w:eastAsia="Times New Roman" w:hAnsi="Times New Roman" w:cs="Times New Roman"/>
          <w:color w:val="333333"/>
          <w:sz w:val="24"/>
          <w:szCs w:val="24"/>
          <w:lang w:eastAsia="ru-RU"/>
        </w:rPr>
        <w:t xml:space="preserve">дметов уровня начального </w:t>
      </w:r>
      <w:proofErr w:type="spellStart"/>
      <w:r>
        <w:rPr>
          <w:rFonts w:ascii="Times New Roman" w:eastAsia="Times New Roman" w:hAnsi="Times New Roman" w:cs="Times New Roman"/>
          <w:color w:val="333333"/>
          <w:sz w:val="24"/>
          <w:szCs w:val="24"/>
          <w:lang w:eastAsia="ru-RU"/>
        </w:rPr>
        <w:t>общего</w:t>
      </w:r>
      <w:r w:rsidRPr="007726D6">
        <w:rPr>
          <w:rFonts w:ascii="Times New Roman" w:eastAsia="Times New Roman" w:hAnsi="Times New Roman" w:cs="Times New Roman"/>
          <w:color w:val="333333"/>
          <w:sz w:val="24"/>
          <w:szCs w:val="24"/>
          <w:lang w:eastAsia="ru-RU"/>
        </w:rPr>
        <w:t>образования</w:t>
      </w:r>
      <w:proofErr w:type="spellEnd"/>
      <w:r w:rsidRPr="007726D6">
        <w:rPr>
          <w:rFonts w:ascii="Times New Roman" w:eastAsia="Times New Roman" w:hAnsi="Times New Roman" w:cs="Times New Roman"/>
          <w:color w:val="333333"/>
          <w:sz w:val="24"/>
          <w:szCs w:val="24"/>
          <w:lang w:eastAsia="ru-RU"/>
        </w:rPr>
        <w:t xml:space="preserve">, который обеспечивает, наряду с достижением предметных </w:t>
      </w:r>
    </w:p>
    <w:p w:rsidR="007726D6" w:rsidRDefault="007726D6" w:rsidP="007726D6">
      <w:pPr>
        <w:spacing w:beforeAutospacing="1" w:after="0" w:line="240" w:lineRule="auto"/>
        <w:ind w:firstLine="567"/>
        <w:jc w:val="both"/>
        <w:rPr>
          <w:rFonts w:ascii="Times New Roman" w:eastAsia="Times New Roman" w:hAnsi="Times New Roman" w:cs="Times New Roman"/>
          <w:color w:val="333333"/>
          <w:sz w:val="24"/>
          <w:szCs w:val="24"/>
          <w:lang w:eastAsia="ru-RU"/>
        </w:rPr>
      </w:pPr>
    </w:p>
    <w:p w:rsidR="007726D6" w:rsidRDefault="007726D6" w:rsidP="007726D6">
      <w:pPr>
        <w:spacing w:beforeAutospacing="1" w:after="0" w:line="240" w:lineRule="auto"/>
        <w:ind w:firstLine="567"/>
        <w:jc w:val="both"/>
        <w:rPr>
          <w:rFonts w:ascii="Times New Roman" w:eastAsia="Times New Roman" w:hAnsi="Times New Roman" w:cs="Times New Roman"/>
          <w:color w:val="333333"/>
          <w:sz w:val="24"/>
          <w:szCs w:val="24"/>
          <w:lang w:eastAsia="ru-RU"/>
        </w:rPr>
      </w:pPr>
    </w:p>
    <w:p w:rsidR="007726D6" w:rsidRDefault="007726D6" w:rsidP="007726D6">
      <w:pPr>
        <w:spacing w:beforeAutospacing="1" w:after="0" w:line="240" w:lineRule="auto"/>
        <w:ind w:firstLine="567"/>
        <w:jc w:val="both"/>
        <w:rPr>
          <w:rFonts w:ascii="Times New Roman" w:eastAsia="Times New Roman" w:hAnsi="Times New Roman" w:cs="Times New Roman"/>
          <w:color w:val="333333"/>
          <w:sz w:val="24"/>
          <w:szCs w:val="24"/>
          <w:lang w:eastAsia="ru-RU"/>
        </w:rPr>
      </w:pPr>
    </w:p>
    <w:p w:rsidR="007726D6" w:rsidRDefault="007726D6" w:rsidP="007726D6">
      <w:pPr>
        <w:spacing w:beforeAutospacing="1" w:after="0" w:line="240" w:lineRule="auto"/>
        <w:ind w:firstLine="567"/>
        <w:jc w:val="both"/>
        <w:rPr>
          <w:rFonts w:ascii="Times New Roman" w:eastAsia="Times New Roman" w:hAnsi="Times New Roman" w:cs="Times New Roman"/>
          <w:color w:val="333333"/>
          <w:sz w:val="24"/>
          <w:szCs w:val="24"/>
          <w:lang w:eastAsia="ru-RU"/>
        </w:rPr>
      </w:pPr>
    </w:p>
    <w:p w:rsidR="007726D6" w:rsidRPr="007726D6" w:rsidRDefault="007726D6" w:rsidP="007726D6">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7726D6" w:rsidRDefault="007726D6" w:rsidP="007726D6">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w:t>
      </w:r>
      <w:r w:rsidRPr="007726D6">
        <w:rPr>
          <w:rFonts w:ascii="Times New Roman" w:eastAsia="Times New Roman" w:hAnsi="Times New Roman" w:cs="Times New Roman"/>
          <w:color w:val="333333"/>
          <w:sz w:val="24"/>
          <w:szCs w:val="24"/>
          <w:lang w:eastAsia="ru-RU"/>
        </w:rPr>
        <w:lastRenderedPageBreak/>
        <w:t>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7726D6" w:rsidRPr="007726D6" w:rsidRDefault="007726D6" w:rsidP="007726D6">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br/>
      </w:r>
      <w:r w:rsidRPr="007726D6">
        <w:rPr>
          <w:rFonts w:ascii="Times New Roman" w:eastAsia="Times New Roman" w:hAnsi="Times New Roman" w:cs="Times New Roman"/>
          <w:b/>
          <w:bCs/>
          <w:color w:val="333333"/>
          <w:sz w:val="24"/>
          <w:szCs w:val="24"/>
          <w:lang w:eastAsia="ru-RU"/>
        </w:rPr>
        <w:t>ЦЕЛИ ИЗУЧЕНИЯ УЧЕБНОГО ПРЕДМЕТА «ЛИТЕРАТУРНОЕ ЧТЕНИЕ»</w:t>
      </w:r>
      <w:r w:rsidRPr="007726D6">
        <w:rPr>
          <w:rFonts w:ascii="Times New Roman" w:eastAsia="Times New Roman" w:hAnsi="Times New Roman" w:cs="Times New Roman"/>
          <w:b/>
          <w:bCs/>
          <w:color w:val="333333"/>
          <w:sz w:val="24"/>
          <w:szCs w:val="24"/>
          <w:lang w:eastAsia="ru-RU"/>
        </w:rPr>
        <w:br/>
      </w:r>
    </w:p>
    <w:p w:rsidR="007726D6" w:rsidRPr="007726D6" w:rsidRDefault="007726D6" w:rsidP="007726D6">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7726D6" w:rsidRPr="007726D6" w:rsidRDefault="007726D6" w:rsidP="007726D6">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 xml:space="preserve">Приобретённые обучающимися знания, полученный опыт решения учебных задач, а также </w:t>
      </w:r>
      <w:proofErr w:type="spellStart"/>
      <w:r w:rsidRPr="007726D6">
        <w:rPr>
          <w:rFonts w:ascii="Times New Roman" w:eastAsia="Times New Roman" w:hAnsi="Times New Roman" w:cs="Times New Roman"/>
          <w:color w:val="333333"/>
          <w:sz w:val="24"/>
          <w:szCs w:val="24"/>
          <w:lang w:eastAsia="ru-RU"/>
        </w:rPr>
        <w:t>сформированность</w:t>
      </w:r>
      <w:proofErr w:type="spellEnd"/>
      <w:r w:rsidRPr="007726D6">
        <w:rPr>
          <w:rFonts w:ascii="Times New Roman" w:eastAsia="Times New Roman" w:hAnsi="Times New Roman" w:cs="Times New Roman"/>
          <w:color w:val="333333"/>
          <w:sz w:val="24"/>
          <w:szCs w:val="24"/>
          <w:lang w:eastAsia="ru-RU"/>
        </w:rPr>
        <w:t xml:space="preserve">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7726D6" w:rsidRPr="007726D6" w:rsidRDefault="007726D6" w:rsidP="007726D6">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7726D6">
        <w:rPr>
          <w:rFonts w:ascii="Times New Roman" w:eastAsia="Times New Roman" w:hAnsi="Times New Roman" w:cs="Times New Roman"/>
          <w:color w:val="333333"/>
          <w:sz w:val="24"/>
          <w:szCs w:val="24"/>
          <w:lang w:eastAsia="ru-RU"/>
        </w:rPr>
        <w:t>Достижение цели изучения литературного чтения определяется решением следующих задач:</w:t>
      </w:r>
    </w:p>
    <w:p w:rsidR="007726D6" w:rsidRPr="007726D6" w:rsidRDefault="007726D6" w:rsidP="007726D6">
      <w:pPr>
        <w:numPr>
          <w:ilvl w:val="0"/>
          <w:numId w:val="1"/>
        </w:numPr>
        <w:spacing w:beforeAutospacing="1" w:after="0" w:line="240" w:lineRule="auto"/>
        <w:ind w:left="0"/>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7726D6" w:rsidRPr="007726D6" w:rsidRDefault="007726D6" w:rsidP="007726D6">
      <w:pPr>
        <w:numPr>
          <w:ilvl w:val="0"/>
          <w:numId w:val="1"/>
        </w:numPr>
        <w:spacing w:beforeAutospacing="1" w:after="0" w:line="240" w:lineRule="auto"/>
        <w:ind w:left="0"/>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достижение необходимого для продолжения образования уровня общего речевого развития;</w:t>
      </w:r>
    </w:p>
    <w:p w:rsidR="007726D6" w:rsidRPr="007726D6" w:rsidRDefault="007726D6" w:rsidP="007726D6">
      <w:pPr>
        <w:numPr>
          <w:ilvl w:val="0"/>
          <w:numId w:val="1"/>
        </w:numPr>
        <w:spacing w:beforeAutospacing="1" w:after="0" w:line="240" w:lineRule="auto"/>
        <w:ind w:left="0"/>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7726D6" w:rsidRPr="007726D6" w:rsidRDefault="007726D6" w:rsidP="007726D6">
      <w:pPr>
        <w:numPr>
          <w:ilvl w:val="0"/>
          <w:numId w:val="1"/>
        </w:numPr>
        <w:spacing w:beforeAutospacing="1" w:after="0" w:line="240" w:lineRule="auto"/>
        <w:ind w:left="0"/>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первоначальное представление о многообразии жанров художественных произведений и произведений устного народного творчества;</w:t>
      </w:r>
    </w:p>
    <w:p w:rsidR="007726D6" w:rsidRPr="007726D6" w:rsidRDefault="007726D6" w:rsidP="007726D6">
      <w:pPr>
        <w:numPr>
          <w:ilvl w:val="0"/>
          <w:numId w:val="1"/>
        </w:numPr>
        <w:spacing w:beforeAutospacing="1" w:after="0" w:line="240" w:lineRule="auto"/>
        <w:ind w:left="0"/>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7726D6" w:rsidRPr="007726D6" w:rsidRDefault="007726D6" w:rsidP="007726D6">
      <w:pPr>
        <w:numPr>
          <w:ilvl w:val="0"/>
          <w:numId w:val="1"/>
        </w:numPr>
        <w:spacing w:beforeAutospacing="1" w:after="0" w:line="240" w:lineRule="auto"/>
        <w:ind w:left="0"/>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овладение техникой смыслового чтения вслух, «про себя» (молча) и текстовой деятельностью, обеспечивающей понимание и использование информации</w:t>
      </w:r>
    </w:p>
    <w:p w:rsidR="007726D6" w:rsidRPr="007726D6" w:rsidRDefault="007726D6" w:rsidP="007726D6">
      <w:pPr>
        <w:numPr>
          <w:ilvl w:val="0"/>
          <w:numId w:val="1"/>
        </w:numPr>
        <w:spacing w:beforeAutospacing="1" w:after="0" w:line="240" w:lineRule="auto"/>
        <w:ind w:left="0"/>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для решения учебных задач.</w:t>
      </w:r>
    </w:p>
    <w:p w:rsidR="007726D6" w:rsidRPr="007726D6" w:rsidRDefault="007726D6" w:rsidP="007726D6">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7726D6" w:rsidRDefault="007726D6" w:rsidP="007726D6">
      <w:pPr>
        <w:spacing w:beforeAutospacing="1" w:after="0" w:line="240" w:lineRule="auto"/>
        <w:ind w:firstLine="567"/>
        <w:jc w:val="both"/>
        <w:rPr>
          <w:rFonts w:ascii="Times New Roman" w:eastAsia="Times New Roman" w:hAnsi="Times New Roman" w:cs="Times New Roman"/>
          <w:color w:val="333333"/>
          <w:sz w:val="24"/>
          <w:szCs w:val="24"/>
          <w:lang w:eastAsia="ru-RU"/>
        </w:rPr>
      </w:pPr>
      <w:r w:rsidRPr="007726D6">
        <w:rPr>
          <w:rFonts w:ascii="Times New Roman" w:eastAsia="Times New Roman" w:hAnsi="Times New Roman" w:cs="Times New Roman"/>
          <w:color w:val="333333"/>
          <w:sz w:val="24"/>
          <w:szCs w:val="24"/>
          <w:lang w:eastAsia="ru-RU"/>
        </w:rPr>
        <w:t xml:space="preserve">В основу отбора произведений для литературного чтения положены </w:t>
      </w:r>
      <w:proofErr w:type="spellStart"/>
      <w:r w:rsidRPr="007726D6">
        <w:rPr>
          <w:rFonts w:ascii="Times New Roman" w:eastAsia="Times New Roman" w:hAnsi="Times New Roman" w:cs="Times New Roman"/>
          <w:color w:val="333333"/>
          <w:sz w:val="24"/>
          <w:szCs w:val="24"/>
          <w:lang w:eastAsia="ru-RU"/>
        </w:rPr>
        <w:t>общедидактические</w:t>
      </w:r>
      <w:proofErr w:type="spellEnd"/>
      <w:r w:rsidRPr="007726D6">
        <w:rPr>
          <w:rFonts w:ascii="Times New Roman" w:eastAsia="Times New Roman" w:hAnsi="Times New Roman" w:cs="Times New Roman"/>
          <w:color w:val="333333"/>
          <w:sz w:val="24"/>
          <w:szCs w:val="24"/>
          <w:lang w:eastAsia="ru-RU"/>
        </w:rPr>
        <w:t xml:space="preserve"> принципы обучения: соответствие возрастным возможностям и</w:t>
      </w:r>
    </w:p>
    <w:p w:rsidR="007726D6" w:rsidRPr="007726D6" w:rsidRDefault="007726D6" w:rsidP="007726D6">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 xml:space="preserve">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7726D6">
        <w:rPr>
          <w:rFonts w:ascii="Times New Roman" w:eastAsia="Times New Roman" w:hAnsi="Times New Roman" w:cs="Times New Roman"/>
          <w:color w:val="FF0000"/>
          <w:sz w:val="24"/>
          <w:szCs w:val="24"/>
          <w:lang w:eastAsia="ru-RU"/>
        </w:rPr>
        <w:t>.</w:t>
      </w:r>
    </w:p>
    <w:p w:rsidR="007726D6" w:rsidRPr="007726D6" w:rsidRDefault="007726D6" w:rsidP="007726D6">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lastRenderedPageBreak/>
        <w:t xml:space="preserve">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w:t>
      </w:r>
      <w:proofErr w:type="spellStart"/>
      <w:r w:rsidRPr="007726D6">
        <w:rPr>
          <w:rFonts w:ascii="Times New Roman" w:eastAsia="Times New Roman" w:hAnsi="Times New Roman" w:cs="Times New Roman"/>
          <w:color w:val="333333"/>
          <w:sz w:val="24"/>
          <w:szCs w:val="24"/>
          <w:lang w:eastAsia="ru-RU"/>
        </w:rPr>
        <w:t>метапредметных</w:t>
      </w:r>
      <w:proofErr w:type="spellEnd"/>
      <w:r w:rsidRPr="007726D6">
        <w:rPr>
          <w:rFonts w:ascii="Times New Roman" w:eastAsia="Times New Roman" w:hAnsi="Times New Roman" w:cs="Times New Roman"/>
          <w:color w:val="333333"/>
          <w:sz w:val="24"/>
          <w:szCs w:val="24"/>
          <w:lang w:eastAsia="ru-RU"/>
        </w:rPr>
        <w:t xml:space="preserve">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7726D6" w:rsidRPr="007726D6" w:rsidRDefault="007726D6" w:rsidP="007726D6">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 xml:space="preserve">Планируемые результаты изучения литературного чтения включают личностные, </w:t>
      </w:r>
      <w:proofErr w:type="spellStart"/>
      <w:r w:rsidRPr="007726D6">
        <w:rPr>
          <w:rFonts w:ascii="Times New Roman" w:eastAsia="Times New Roman" w:hAnsi="Times New Roman" w:cs="Times New Roman"/>
          <w:color w:val="333333"/>
          <w:sz w:val="24"/>
          <w:szCs w:val="24"/>
          <w:lang w:eastAsia="ru-RU"/>
        </w:rPr>
        <w:t>метапредметные</w:t>
      </w:r>
      <w:proofErr w:type="spellEnd"/>
      <w:r w:rsidRPr="007726D6">
        <w:rPr>
          <w:rFonts w:ascii="Times New Roman" w:eastAsia="Times New Roman" w:hAnsi="Times New Roman" w:cs="Times New Roman"/>
          <w:color w:val="333333"/>
          <w:sz w:val="24"/>
          <w:szCs w:val="24"/>
          <w:lang w:eastAsia="ru-RU"/>
        </w:rPr>
        <w:t xml:space="preserve"> результаты за период обучения, а также предметные достижения обучающегося за каждый год обучения на уровне начального общего образования.</w:t>
      </w:r>
    </w:p>
    <w:p w:rsidR="007726D6" w:rsidRPr="007726D6" w:rsidRDefault="007726D6" w:rsidP="007726D6">
      <w:pPr>
        <w:spacing w:beforeAutospacing="1" w:after="0" w:line="240" w:lineRule="auto"/>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b/>
          <w:bCs/>
          <w:color w:val="333333"/>
          <w:sz w:val="24"/>
          <w:szCs w:val="24"/>
          <w:lang w:eastAsia="ru-RU"/>
        </w:rPr>
        <w:t>МЕСТО УЧЕБНОГО ПРЕДМЕТА «ЛИТЕРАТУРНОЕ ЧТЕНИЕ» В УЧЕБНОМ ПЛАНЕ</w:t>
      </w:r>
    </w:p>
    <w:p w:rsidR="007726D6" w:rsidRDefault="007726D6" w:rsidP="007726D6">
      <w:pPr>
        <w:pStyle w:val="a6"/>
        <w:shd w:val="clear" w:color="auto" w:fill="FFFFFF"/>
        <w:spacing w:before="0" w:after="0" w:afterAutospacing="0"/>
        <w:ind w:firstLine="567"/>
        <w:jc w:val="both"/>
        <w:rPr>
          <w:color w:val="333333"/>
          <w:sz w:val="21"/>
          <w:szCs w:val="21"/>
        </w:rPr>
      </w:pPr>
      <w:r>
        <w:rPr>
          <w:color w:val="333333"/>
        </w:rPr>
        <w:t>Предмет «Литературное чтение» преемственен по отношению к предмету «Литература», который изучается в основной школе.</w:t>
      </w:r>
    </w:p>
    <w:p w:rsidR="007726D6" w:rsidRDefault="007726D6" w:rsidP="007726D6">
      <w:pPr>
        <w:pStyle w:val="a6"/>
        <w:shd w:val="clear" w:color="auto" w:fill="FFFFFF"/>
        <w:spacing w:before="0" w:after="0" w:afterAutospacing="0"/>
        <w:ind w:firstLine="567"/>
        <w:jc w:val="both"/>
        <w:rPr>
          <w:color w:val="333333"/>
          <w:sz w:val="21"/>
          <w:szCs w:val="21"/>
        </w:rPr>
      </w:pPr>
      <w:r>
        <w:rPr>
          <w:color w:val="333333"/>
        </w:rPr>
        <w:t>На литературное чтение в 1 классе отводится 132 часа (из них </w:t>
      </w:r>
      <w:r>
        <w:rPr>
          <w:rStyle w:val="placeholder-mask"/>
          <w:color w:val="333333"/>
          <w:shd w:val="clear" w:color="auto" w:fill="FFFF00"/>
        </w:rPr>
        <w:t>‌</w:t>
      </w:r>
      <w:r>
        <w:rPr>
          <w:rStyle w:val="placeholder"/>
          <w:color w:val="333333"/>
          <w:shd w:val="clear" w:color="auto" w:fill="FFFF00"/>
        </w:rPr>
        <w:t>не менее 80 часов</w:t>
      </w:r>
      <w:r>
        <w:rPr>
          <w:rStyle w:val="placeholder-mask"/>
          <w:color w:val="333333"/>
          <w:shd w:val="clear" w:color="auto" w:fill="FFFF00"/>
        </w:rPr>
        <w:t>‌</w:t>
      </w:r>
      <w:r>
        <w:rPr>
          <w:color w:val="333333"/>
        </w:rPr>
        <w:t> составляет вводный интегрированный учебный курс «Обучение грамоте»), во 2-4 классах по 136 часов (4 часа в неделю в каждом классе).</w:t>
      </w:r>
    </w:p>
    <w:p w:rsidR="007726D6" w:rsidRDefault="007726D6" w:rsidP="007726D6">
      <w:pPr>
        <w:pStyle w:val="a6"/>
        <w:shd w:val="clear" w:color="auto" w:fill="FFFFFF"/>
        <w:spacing w:before="0" w:beforeAutospacing="0" w:after="0" w:afterAutospacing="0"/>
        <w:jc w:val="both"/>
        <w:rPr>
          <w:rStyle w:val="a7"/>
          <w:rFonts w:ascii="Calibri" w:hAnsi="Calibri"/>
          <w:color w:val="333333"/>
        </w:rPr>
      </w:pPr>
    </w:p>
    <w:p w:rsidR="007726D6" w:rsidRDefault="007726D6" w:rsidP="007726D6">
      <w:pPr>
        <w:pStyle w:val="a6"/>
        <w:shd w:val="clear" w:color="auto" w:fill="FFFFFF"/>
        <w:spacing w:before="0" w:beforeAutospacing="0" w:after="0" w:afterAutospacing="0"/>
        <w:jc w:val="both"/>
        <w:rPr>
          <w:rStyle w:val="a7"/>
          <w:rFonts w:ascii="Calibri" w:hAnsi="Calibri"/>
          <w:color w:val="333333"/>
        </w:rPr>
      </w:pPr>
      <w:r>
        <w:rPr>
          <w:rStyle w:val="a7"/>
          <w:rFonts w:ascii="Calibri" w:hAnsi="Calibri"/>
          <w:color w:val="333333"/>
        </w:rPr>
        <w:t>СОДЕРЖАНИЕ УЧЕБНОГО ПРЕДМЕТА</w:t>
      </w:r>
    </w:p>
    <w:p w:rsidR="007726D6" w:rsidRDefault="007726D6" w:rsidP="007726D6">
      <w:pPr>
        <w:pStyle w:val="a6"/>
        <w:shd w:val="clear" w:color="auto" w:fill="FFFFFF"/>
        <w:spacing w:before="0" w:beforeAutospacing="0" w:after="0" w:afterAutospacing="0"/>
        <w:jc w:val="both"/>
        <w:rPr>
          <w:color w:val="333333"/>
          <w:sz w:val="21"/>
          <w:szCs w:val="21"/>
        </w:rPr>
      </w:pPr>
    </w:p>
    <w:p w:rsidR="007726D6" w:rsidRPr="007726D6" w:rsidRDefault="007726D6" w:rsidP="007726D6">
      <w:pPr>
        <w:spacing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b/>
          <w:bCs/>
          <w:color w:val="333333"/>
          <w:sz w:val="24"/>
          <w:szCs w:val="24"/>
          <w:shd w:val="clear" w:color="auto" w:fill="FFFFFF"/>
          <w:lang w:eastAsia="ru-RU"/>
        </w:rPr>
        <w:t>3 КЛАСС</w:t>
      </w:r>
    </w:p>
    <w:p w:rsidR="007726D6" w:rsidRPr="007726D6" w:rsidRDefault="007726D6" w:rsidP="007726D6">
      <w:pPr>
        <w:spacing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i/>
          <w:iCs/>
          <w:color w:val="333333"/>
          <w:sz w:val="24"/>
          <w:szCs w:val="24"/>
          <w:lang w:eastAsia="ru-RU"/>
        </w:rPr>
        <w:t>О Родине и её истории.</w:t>
      </w:r>
      <w:r w:rsidRPr="007726D6">
        <w:rPr>
          <w:rFonts w:ascii="Times New Roman" w:eastAsia="Times New Roman" w:hAnsi="Times New Roman" w:cs="Times New Roman"/>
          <w:color w:val="333333"/>
          <w:sz w:val="24"/>
          <w:szCs w:val="24"/>
          <w:lang w:eastAsia="ru-RU"/>
        </w:rPr>
        <w:t>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7726D6" w:rsidRPr="007726D6" w:rsidRDefault="007726D6" w:rsidP="007726D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 xml:space="preserve">Произведения для чтения: К.Д. Ушинский «Наше отечество», М.М. Пришвин «Моя Родина», С.А. Васильев «Россия», Н.П. </w:t>
      </w:r>
      <w:proofErr w:type="spellStart"/>
      <w:r w:rsidRPr="007726D6">
        <w:rPr>
          <w:rFonts w:ascii="Times New Roman" w:eastAsia="Times New Roman" w:hAnsi="Times New Roman" w:cs="Times New Roman"/>
          <w:color w:val="333333"/>
          <w:sz w:val="24"/>
          <w:szCs w:val="24"/>
          <w:lang w:eastAsia="ru-RU"/>
        </w:rPr>
        <w:t>Кончаловская</w:t>
      </w:r>
      <w:proofErr w:type="spellEnd"/>
      <w:r w:rsidRPr="007726D6">
        <w:rPr>
          <w:rFonts w:ascii="Times New Roman" w:eastAsia="Times New Roman" w:hAnsi="Times New Roman" w:cs="Times New Roman"/>
          <w:color w:val="333333"/>
          <w:sz w:val="24"/>
          <w:szCs w:val="24"/>
          <w:lang w:eastAsia="ru-RU"/>
        </w:rPr>
        <w:t xml:space="preserve"> «Наша древняя столица» (отрывки) </w:t>
      </w:r>
      <w:r w:rsidRPr="007726D6">
        <w:rPr>
          <w:rFonts w:ascii="Times New Roman" w:eastAsia="Times New Roman" w:hAnsi="Times New Roman" w:cs="Times New Roman"/>
          <w:color w:val="333333"/>
          <w:sz w:val="24"/>
          <w:szCs w:val="24"/>
          <w:shd w:val="clear" w:color="auto" w:fill="FFFF00"/>
          <w:lang w:eastAsia="ru-RU"/>
        </w:rPr>
        <w:t>‌и другое (по выбору)‌</w:t>
      </w:r>
      <w:r w:rsidRPr="007726D6">
        <w:rPr>
          <w:rFonts w:ascii="Times New Roman" w:eastAsia="Times New Roman" w:hAnsi="Times New Roman" w:cs="Times New Roman"/>
          <w:color w:val="333333"/>
          <w:sz w:val="24"/>
          <w:szCs w:val="24"/>
          <w:lang w:eastAsia="ru-RU"/>
        </w:rPr>
        <w:t>.</w:t>
      </w:r>
    </w:p>
    <w:p w:rsidR="007726D6" w:rsidRPr="007726D6" w:rsidRDefault="007726D6" w:rsidP="007726D6">
      <w:pPr>
        <w:spacing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i/>
          <w:iCs/>
          <w:color w:val="333333"/>
          <w:sz w:val="24"/>
          <w:szCs w:val="24"/>
          <w:lang w:eastAsia="ru-RU"/>
        </w:rPr>
        <w:t>Фольклор (устное народное творчество). </w:t>
      </w:r>
      <w:r w:rsidRPr="007726D6">
        <w:rPr>
          <w:rFonts w:ascii="Times New Roman" w:eastAsia="Times New Roman" w:hAnsi="Times New Roman" w:cs="Times New Roman"/>
          <w:color w:val="333333"/>
          <w:sz w:val="24"/>
          <w:szCs w:val="24"/>
          <w:lang w:eastAsia="ru-RU"/>
        </w:rPr>
        <w:t xml:space="preserve">Круг чтения: малые жанры фольклора (пословицы, </w:t>
      </w:r>
      <w:proofErr w:type="spellStart"/>
      <w:r w:rsidRPr="007726D6">
        <w:rPr>
          <w:rFonts w:ascii="Times New Roman" w:eastAsia="Times New Roman" w:hAnsi="Times New Roman" w:cs="Times New Roman"/>
          <w:color w:val="333333"/>
          <w:sz w:val="24"/>
          <w:szCs w:val="24"/>
          <w:lang w:eastAsia="ru-RU"/>
        </w:rPr>
        <w:t>потешки</w:t>
      </w:r>
      <w:proofErr w:type="spellEnd"/>
      <w:r w:rsidRPr="007726D6">
        <w:rPr>
          <w:rFonts w:ascii="Times New Roman" w:eastAsia="Times New Roman" w:hAnsi="Times New Roman" w:cs="Times New Roman"/>
          <w:color w:val="333333"/>
          <w:sz w:val="24"/>
          <w:szCs w:val="24"/>
          <w:lang w:eastAsia="ru-RU"/>
        </w:rPr>
        <w:t>,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7726D6" w:rsidRPr="007726D6" w:rsidRDefault="007726D6" w:rsidP="007726D6">
      <w:pPr>
        <w:spacing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i/>
          <w:iCs/>
          <w:color w:val="333333"/>
          <w:sz w:val="24"/>
          <w:szCs w:val="24"/>
          <w:lang w:eastAsia="ru-RU"/>
        </w:rPr>
        <w:t>Фольклорная сказка как отражение общечеловеческих ценностей и нравственных правил.</w:t>
      </w:r>
      <w:r w:rsidRPr="007726D6">
        <w:rPr>
          <w:rFonts w:ascii="Times New Roman" w:eastAsia="Times New Roman" w:hAnsi="Times New Roman" w:cs="Times New Roman"/>
          <w:color w:val="333333"/>
          <w:sz w:val="24"/>
          <w:szCs w:val="24"/>
          <w:lang w:eastAsia="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w:t>
      </w:r>
      <w:proofErr w:type="spellStart"/>
      <w:r w:rsidRPr="007726D6">
        <w:rPr>
          <w:rFonts w:ascii="Times New Roman" w:eastAsia="Times New Roman" w:hAnsi="Times New Roman" w:cs="Times New Roman"/>
          <w:color w:val="333333"/>
          <w:sz w:val="24"/>
          <w:szCs w:val="24"/>
          <w:lang w:eastAsia="ru-RU"/>
        </w:rPr>
        <w:t>Билибина</w:t>
      </w:r>
      <w:proofErr w:type="spellEnd"/>
      <w:r w:rsidRPr="007726D6">
        <w:rPr>
          <w:rFonts w:ascii="Times New Roman" w:eastAsia="Times New Roman" w:hAnsi="Times New Roman" w:cs="Times New Roman"/>
          <w:color w:val="333333"/>
          <w:sz w:val="24"/>
          <w:szCs w:val="24"/>
          <w:lang w:eastAsia="ru-RU"/>
        </w:rPr>
        <w:t> ‌и др.)‌. Отражение в сказках народного быта и культуры. Составление плана сказки.</w:t>
      </w:r>
    </w:p>
    <w:p w:rsidR="007726D6" w:rsidRPr="007726D6" w:rsidRDefault="007726D6" w:rsidP="007726D6">
      <w:pPr>
        <w:spacing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i/>
          <w:iCs/>
          <w:color w:val="333333"/>
          <w:sz w:val="24"/>
          <w:szCs w:val="24"/>
          <w:lang w:eastAsia="ru-RU"/>
        </w:rPr>
        <w:lastRenderedPageBreak/>
        <w:t>Круг чтения: народная песня.</w:t>
      </w:r>
      <w:r w:rsidRPr="007726D6">
        <w:rPr>
          <w:rFonts w:ascii="Times New Roman" w:eastAsia="Times New Roman" w:hAnsi="Times New Roman" w:cs="Times New Roman"/>
          <w:color w:val="333333"/>
          <w:sz w:val="24"/>
          <w:szCs w:val="24"/>
          <w:lang w:eastAsia="ru-RU"/>
        </w:rPr>
        <w:t>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7726D6" w:rsidRPr="007726D6" w:rsidRDefault="007726D6" w:rsidP="007726D6">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Произведения для чтения: малые жанры фольклора, русская народная сказка «Иван-царевич и серый волк», былина об Илье Муромце </w:t>
      </w:r>
      <w:r w:rsidRPr="007726D6">
        <w:rPr>
          <w:rFonts w:ascii="Times New Roman" w:eastAsia="Times New Roman" w:hAnsi="Times New Roman" w:cs="Times New Roman"/>
          <w:color w:val="333333"/>
          <w:sz w:val="24"/>
          <w:szCs w:val="24"/>
          <w:shd w:val="clear" w:color="auto" w:fill="FFFF00"/>
          <w:lang w:eastAsia="ru-RU"/>
        </w:rPr>
        <w:t>‌и другие (по выбору)‌</w:t>
      </w:r>
      <w:r w:rsidRPr="007726D6">
        <w:rPr>
          <w:rFonts w:ascii="Times New Roman" w:eastAsia="Times New Roman" w:hAnsi="Times New Roman" w:cs="Times New Roman"/>
          <w:color w:val="333333"/>
          <w:sz w:val="24"/>
          <w:szCs w:val="24"/>
          <w:lang w:eastAsia="ru-RU"/>
        </w:rPr>
        <w:t>.</w:t>
      </w:r>
    </w:p>
    <w:p w:rsidR="007726D6" w:rsidRPr="007726D6" w:rsidRDefault="007726D6" w:rsidP="007726D6">
      <w:pPr>
        <w:spacing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i/>
          <w:iCs/>
          <w:color w:val="333333"/>
          <w:sz w:val="24"/>
          <w:szCs w:val="24"/>
          <w:lang w:eastAsia="ru-RU"/>
        </w:rPr>
        <w:t>Творчество А. С. Пушкина. </w:t>
      </w:r>
      <w:r w:rsidRPr="007726D6">
        <w:rPr>
          <w:rFonts w:ascii="Times New Roman" w:eastAsia="Times New Roman" w:hAnsi="Times New Roman" w:cs="Times New Roman"/>
          <w:color w:val="333333"/>
          <w:sz w:val="24"/>
          <w:szCs w:val="24"/>
          <w:lang w:eastAsia="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w:t>
      </w:r>
      <w:proofErr w:type="spellStart"/>
      <w:r w:rsidRPr="007726D6">
        <w:rPr>
          <w:rFonts w:ascii="Times New Roman" w:eastAsia="Times New Roman" w:hAnsi="Times New Roman" w:cs="Times New Roman"/>
          <w:color w:val="333333"/>
          <w:sz w:val="24"/>
          <w:szCs w:val="24"/>
          <w:lang w:eastAsia="ru-RU"/>
        </w:rPr>
        <w:t>Салтане</w:t>
      </w:r>
      <w:proofErr w:type="spellEnd"/>
      <w:r w:rsidRPr="007726D6">
        <w:rPr>
          <w:rFonts w:ascii="Times New Roman" w:eastAsia="Times New Roman" w:hAnsi="Times New Roman" w:cs="Times New Roman"/>
          <w:color w:val="333333"/>
          <w:sz w:val="24"/>
          <w:szCs w:val="24"/>
          <w:lang w:eastAsia="ru-RU"/>
        </w:rPr>
        <w:t xml:space="preserve">, о сыне его славном и могучем богатыре князе </w:t>
      </w:r>
      <w:proofErr w:type="spellStart"/>
      <w:r w:rsidRPr="007726D6">
        <w:rPr>
          <w:rFonts w:ascii="Times New Roman" w:eastAsia="Times New Roman" w:hAnsi="Times New Roman" w:cs="Times New Roman"/>
          <w:color w:val="333333"/>
          <w:sz w:val="24"/>
          <w:szCs w:val="24"/>
          <w:lang w:eastAsia="ru-RU"/>
        </w:rPr>
        <w:t>Гвидоне</w:t>
      </w:r>
      <w:proofErr w:type="spellEnd"/>
      <w:r w:rsidRPr="007726D6">
        <w:rPr>
          <w:rFonts w:ascii="Times New Roman" w:eastAsia="Times New Roman" w:hAnsi="Times New Roman" w:cs="Times New Roman"/>
          <w:color w:val="333333"/>
          <w:sz w:val="24"/>
          <w:szCs w:val="24"/>
          <w:lang w:eastAsia="ru-RU"/>
        </w:rPr>
        <w:t xml:space="preserve"> </w:t>
      </w:r>
      <w:proofErr w:type="spellStart"/>
      <w:r w:rsidRPr="007726D6">
        <w:rPr>
          <w:rFonts w:ascii="Times New Roman" w:eastAsia="Times New Roman" w:hAnsi="Times New Roman" w:cs="Times New Roman"/>
          <w:color w:val="333333"/>
          <w:sz w:val="24"/>
          <w:szCs w:val="24"/>
          <w:lang w:eastAsia="ru-RU"/>
        </w:rPr>
        <w:t>Салтановиче</w:t>
      </w:r>
      <w:proofErr w:type="spellEnd"/>
      <w:r w:rsidRPr="007726D6">
        <w:rPr>
          <w:rFonts w:ascii="Times New Roman" w:eastAsia="Times New Roman" w:hAnsi="Times New Roman" w:cs="Times New Roman"/>
          <w:color w:val="333333"/>
          <w:sz w:val="24"/>
          <w:szCs w:val="24"/>
          <w:lang w:eastAsia="ru-RU"/>
        </w:rPr>
        <w:t xml:space="preserve"> и о прекрасной царевне Лебеди» ‌и другие по выбору)‌.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w:t>
      </w:r>
      <w:proofErr w:type="spellStart"/>
      <w:r w:rsidRPr="007726D6">
        <w:rPr>
          <w:rFonts w:ascii="Times New Roman" w:eastAsia="Times New Roman" w:hAnsi="Times New Roman" w:cs="Times New Roman"/>
          <w:color w:val="333333"/>
          <w:sz w:val="24"/>
          <w:szCs w:val="24"/>
          <w:lang w:eastAsia="ru-RU"/>
        </w:rPr>
        <w:t>Билибин</w:t>
      </w:r>
      <w:proofErr w:type="spellEnd"/>
      <w:r w:rsidRPr="007726D6">
        <w:rPr>
          <w:rFonts w:ascii="Times New Roman" w:eastAsia="Times New Roman" w:hAnsi="Times New Roman" w:cs="Times New Roman"/>
          <w:color w:val="333333"/>
          <w:sz w:val="24"/>
          <w:szCs w:val="24"/>
          <w:lang w:eastAsia="ru-RU"/>
        </w:rPr>
        <w:t xml:space="preserve"> – иллюстратор сказок А. С. Пушкина.</w:t>
      </w:r>
    </w:p>
    <w:p w:rsidR="007726D6" w:rsidRPr="007726D6" w:rsidRDefault="007726D6" w:rsidP="007726D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 xml:space="preserve">Произведения для чтения: А.С. Пушкин «Сказка о царе </w:t>
      </w:r>
      <w:proofErr w:type="spellStart"/>
      <w:r w:rsidRPr="007726D6">
        <w:rPr>
          <w:rFonts w:ascii="Times New Roman" w:eastAsia="Times New Roman" w:hAnsi="Times New Roman" w:cs="Times New Roman"/>
          <w:color w:val="333333"/>
          <w:sz w:val="24"/>
          <w:szCs w:val="24"/>
          <w:lang w:eastAsia="ru-RU"/>
        </w:rPr>
        <w:t>Салтане</w:t>
      </w:r>
      <w:proofErr w:type="spellEnd"/>
      <w:r w:rsidRPr="007726D6">
        <w:rPr>
          <w:rFonts w:ascii="Times New Roman" w:eastAsia="Times New Roman" w:hAnsi="Times New Roman" w:cs="Times New Roman"/>
          <w:color w:val="333333"/>
          <w:sz w:val="24"/>
          <w:szCs w:val="24"/>
          <w:lang w:eastAsia="ru-RU"/>
        </w:rPr>
        <w:t xml:space="preserve">, о сыне его славном и могучем богатыре князе </w:t>
      </w:r>
      <w:proofErr w:type="spellStart"/>
      <w:r w:rsidRPr="007726D6">
        <w:rPr>
          <w:rFonts w:ascii="Times New Roman" w:eastAsia="Times New Roman" w:hAnsi="Times New Roman" w:cs="Times New Roman"/>
          <w:color w:val="333333"/>
          <w:sz w:val="24"/>
          <w:szCs w:val="24"/>
          <w:lang w:eastAsia="ru-RU"/>
        </w:rPr>
        <w:t>Гвидоне</w:t>
      </w:r>
      <w:proofErr w:type="spellEnd"/>
      <w:r w:rsidRPr="007726D6">
        <w:rPr>
          <w:rFonts w:ascii="Times New Roman" w:eastAsia="Times New Roman" w:hAnsi="Times New Roman" w:cs="Times New Roman"/>
          <w:color w:val="333333"/>
          <w:sz w:val="24"/>
          <w:szCs w:val="24"/>
          <w:lang w:eastAsia="ru-RU"/>
        </w:rPr>
        <w:t xml:space="preserve"> </w:t>
      </w:r>
      <w:proofErr w:type="spellStart"/>
      <w:r w:rsidRPr="007726D6">
        <w:rPr>
          <w:rFonts w:ascii="Times New Roman" w:eastAsia="Times New Roman" w:hAnsi="Times New Roman" w:cs="Times New Roman"/>
          <w:color w:val="333333"/>
          <w:sz w:val="24"/>
          <w:szCs w:val="24"/>
          <w:lang w:eastAsia="ru-RU"/>
        </w:rPr>
        <w:t>Салтановиче</w:t>
      </w:r>
      <w:proofErr w:type="spellEnd"/>
      <w:r w:rsidRPr="007726D6">
        <w:rPr>
          <w:rFonts w:ascii="Times New Roman" w:eastAsia="Times New Roman" w:hAnsi="Times New Roman" w:cs="Times New Roman"/>
          <w:color w:val="333333"/>
          <w:sz w:val="24"/>
          <w:szCs w:val="24"/>
          <w:lang w:eastAsia="ru-RU"/>
        </w:rPr>
        <w:t xml:space="preserve"> и о прекрасной царевне Лебеди», «В тот год осенняя погода…», «Опрятней модного паркета…» </w:t>
      </w:r>
      <w:r w:rsidRPr="007726D6">
        <w:rPr>
          <w:rFonts w:ascii="Times New Roman" w:eastAsia="Times New Roman" w:hAnsi="Times New Roman" w:cs="Times New Roman"/>
          <w:color w:val="333333"/>
          <w:sz w:val="24"/>
          <w:szCs w:val="24"/>
          <w:shd w:val="clear" w:color="auto" w:fill="FFFF00"/>
          <w:lang w:eastAsia="ru-RU"/>
        </w:rPr>
        <w:t>‌и другие (по выбору)‌</w:t>
      </w:r>
      <w:r w:rsidRPr="007726D6">
        <w:rPr>
          <w:rFonts w:ascii="Times New Roman" w:eastAsia="Times New Roman" w:hAnsi="Times New Roman" w:cs="Times New Roman"/>
          <w:color w:val="333333"/>
          <w:sz w:val="24"/>
          <w:szCs w:val="24"/>
          <w:lang w:eastAsia="ru-RU"/>
        </w:rPr>
        <w:t>.</w:t>
      </w:r>
    </w:p>
    <w:p w:rsidR="007726D6" w:rsidRPr="007726D6" w:rsidRDefault="007726D6" w:rsidP="007726D6">
      <w:pPr>
        <w:spacing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i/>
          <w:iCs/>
          <w:color w:val="333333"/>
          <w:sz w:val="24"/>
          <w:szCs w:val="24"/>
          <w:lang w:eastAsia="ru-RU"/>
        </w:rPr>
        <w:t>Творчество И. А. Крылова.</w:t>
      </w:r>
      <w:r w:rsidRPr="007726D6">
        <w:rPr>
          <w:rFonts w:ascii="Times New Roman" w:eastAsia="Times New Roman" w:hAnsi="Times New Roman" w:cs="Times New Roman"/>
          <w:color w:val="333333"/>
          <w:sz w:val="24"/>
          <w:szCs w:val="24"/>
          <w:lang w:eastAsia="ru-RU"/>
        </w:rPr>
        <w:t>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r w:rsidRPr="007726D6">
        <w:rPr>
          <w:rFonts w:ascii="Times New Roman" w:eastAsia="Times New Roman" w:hAnsi="Times New Roman" w:cs="Times New Roman"/>
          <w:color w:val="333333"/>
          <w:sz w:val="24"/>
          <w:szCs w:val="24"/>
          <w:shd w:val="clear" w:color="auto" w:fill="FFFF00"/>
          <w:lang w:eastAsia="ru-RU"/>
        </w:rPr>
        <w:t>‌(не менее двух)‌</w:t>
      </w:r>
      <w:r w:rsidRPr="007726D6">
        <w:rPr>
          <w:rFonts w:ascii="Times New Roman" w:eastAsia="Times New Roman" w:hAnsi="Times New Roman" w:cs="Times New Roman"/>
          <w:color w:val="333333"/>
          <w:sz w:val="24"/>
          <w:szCs w:val="24"/>
          <w:lang w:eastAsia="ru-RU"/>
        </w:rPr>
        <w:t>: назначение, темы и герои, особенности языка. Явная и скрытая мораль басен. Использование крылатых выражений в речи. </w:t>
      </w:r>
    </w:p>
    <w:p w:rsidR="007726D6" w:rsidRPr="007726D6" w:rsidRDefault="007726D6" w:rsidP="007726D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Произведения для чтения: И.А. Крылов «Ворона и Лисица», «Лисица и виноград», «Мартышка и очки» </w:t>
      </w:r>
      <w:r w:rsidRPr="007726D6">
        <w:rPr>
          <w:rFonts w:ascii="Times New Roman" w:eastAsia="Times New Roman" w:hAnsi="Times New Roman" w:cs="Times New Roman"/>
          <w:color w:val="333333"/>
          <w:sz w:val="24"/>
          <w:szCs w:val="24"/>
          <w:shd w:val="clear" w:color="auto" w:fill="FFFF00"/>
          <w:lang w:eastAsia="ru-RU"/>
        </w:rPr>
        <w:t>‌и другие (по выбору)‌</w:t>
      </w:r>
      <w:r w:rsidRPr="007726D6">
        <w:rPr>
          <w:rFonts w:ascii="Times New Roman" w:eastAsia="Times New Roman" w:hAnsi="Times New Roman" w:cs="Times New Roman"/>
          <w:color w:val="333333"/>
          <w:sz w:val="24"/>
          <w:szCs w:val="24"/>
          <w:lang w:eastAsia="ru-RU"/>
        </w:rPr>
        <w:t>.</w:t>
      </w:r>
    </w:p>
    <w:p w:rsidR="007726D6" w:rsidRPr="007726D6" w:rsidRDefault="007726D6" w:rsidP="007726D6">
      <w:pPr>
        <w:spacing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i/>
          <w:iCs/>
          <w:color w:val="333333"/>
          <w:sz w:val="24"/>
          <w:szCs w:val="24"/>
          <w:lang w:eastAsia="ru-RU"/>
        </w:rPr>
        <w:t>Картины природы в произведениях поэтов и писателей ХIХ–ХХ веков</w:t>
      </w:r>
      <w:r w:rsidRPr="007726D6">
        <w:rPr>
          <w:rFonts w:ascii="Times New Roman" w:eastAsia="Times New Roman" w:hAnsi="Times New Roman" w:cs="Times New Roman"/>
          <w:color w:val="333333"/>
          <w:sz w:val="24"/>
          <w:szCs w:val="24"/>
          <w:lang w:eastAsia="ru-RU"/>
        </w:rPr>
        <w:t>. Лирические произведения как способ передачи чувств людей, автора. Картины природы в произведениях поэтов и писателей </w:t>
      </w:r>
      <w:r w:rsidRPr="007726D6">
        <w:rPr>
          <w:rFonts w:ascii="Times New Roman" w:eastAsia="Times New Roman" w:hAnsi="Times New Roman" w:cs="Times New Roman"/>
          <w:color w:val="333333"/>
          <w:sz w:val="24"/>
          <w:szCs w:val="24"/>
          <w:shd w:val="clear" w:color="auto" w:fill="FFFF00"/>
          <w:lang w:eastAsia="ru-RU"/>
        </w:rPr>
        <w:t>‌(не менее пяти авторов по выбору)‌</w:t>
      </w:r>
      <w:r w:rsidRPr="007726D6">
        <w:rPr>
          <w:rFonts w:ascii="Times New Roman" w:eastAsia="Times New Roman" w:hAnsi="Times New Roman" w:cs="Times New Roman"/>
          <w:color w:val="333333"/>
          <w:sz w:val="21"/>
          <w:szCs w:val="21"/>
          <w:lang w:eastAsia="ru-RU"/>
        </w:rPr>
        <w:t>: </w:t>
      </w:r>
      <w:r w:rsidRPr="007726D6">
        <w:rPr>
          <w:rFonts w:ascii="Times New Roman" w:eastAsia="Times New Roman" w:hAnsi="Times New Roman" w:cs="Times New Roman"/>
          <w:color w:val="333333"/>
          <w:sz w:val="24"/>
          <w:szCs w:val="24"/>
          <w:lang w:eastAsia="ru-RU"/>
        </w:rPr>
        <w:t xml:space="preserve">Ф. И. Тютчева, А. А. Фета, А. Н. </w:t>
      </w:r>
      <w:proofErr w:type="spellStart"/>
      <w:r w:rsidRPr="007726D6">
        <w:rPr>
          <w:rFonts w:ascii="Times New Roman" w:eastAsia="Times New Roman" w:hAnsi="Times New Roman" w:cs="Times New Roman"/>
          <w:color w:val="333333"/>
          <w:sz w:val="24"/>
          <w:szCs w:val="24"/>
          <w:lang w:eastAsia="ru-RU"/>
        </w:rPr>
        <w:t>Майкова</w:t>
      </w:r>
      <w:proofErr w:type="spellEnd"/>
      <w:r w:rsidRPr="007726D6">
        <w:rPr>
          <w:rFonts w:ascii="Times New Roman" w:eastAsia="Times New Roman" w:hAnsi="Times New Roman" w:cs="Times New Roman"/>
          <w:color w:val="333333"/>
          <w:sz w:val="24"/>
          <w:szCs w:val="24"/>
          <w:lang w:eastAsia="ru-RU"/>
        </w:rPr>
        <w:t>, Н. А. Некрасова, А. А. Блока, И. А. Бунина</w:t>
      </w:r>
      <w:r w:rsidRPr="007726D6">
        <w:rPr>
          <w:rFonts w:ascii="Times New Roman" w:eastAsia="Times New Roman" w:hAnsi="Times New Roman" w:cs="Times New Roman"/>
          <w:color w:val="333333"/>
          <w:sz w:val="21"/>
          <w:szCs w:val="21"/>
          <w:lang w:eastAsia="ru-RU"/>
        </w:rPr>
        <w:t>, </w:t>
      </w:r>
      <w:r w:rsidRPr="007726D6">
        <w:rPr>
          <w:rFonts w:ascii="Times New Roman" w:eastAsia="Times New Roman" w:hAnsi="Times New Roman" w:cs="Times New Roman"/>
          <w:color w:val="333333"/>
          <w:sz w:val="24"/>
          <w:szCs w:val="24"/>
          <w:shd w:val="clear" w:color="auto" w:fill="FFFF00"/>
          <w:lang w:eastAsia="ru-RU"/>
        </w:rPr>
        <w:t>‌С. А. Есенина, А. П. Чехова, К. Г. Паустовского и др.‌</w:t>
      </w:r>
      <w:r w:rsidRPr="007726D6">
        <w:rPr>
          <w:rFonts w:ascii="Times New Roman" w:eastAsia="Times New Roman" w:hAnsi="Times New Roman" w:cs="Times New Roman"/>
          <w:color w:val="333333"/>
          <w:sz w:val="24"/>
          <w:szCs w:val="24"/>
          <w:lang w:eastAsia="ru-RU"/>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7726D6" w:rsidRPr="007726D6" w:rsidRDefault="007726D6" w:rsidP="007726D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 xml:space="preserve">Произведения для чтения: Ф.И. Тютчев «Есть в осени первоначальной…», А.А. Фет «Кот поёт, глаза </w:t>
      </w:r>
      <w:proofErr w:type="spellStart"/>
      <w:r w:rsidRPr="007726D6">
        <w:rPr>
          <w:rFonts w:ascii="Times New Roman" w:eastAsia="Times New Roman" w:hAnsi="Times New Roman" w:cs="Times New Roman"/>
          <w:color w:val="333333"/>
          <w:sz w:val="24"/>
          <w:szCs w:val="24"/>
          <w:lang w:eastAsia="ru-RU"/>
        </w:rPr>
        <w:t>прищуря</w:t>
      </w:r>
      <w:proofErr w:type="spellEnd"/>
      <w:r w:rsidRPr="007726D6">
        <w:rPr>
          <w:rFonts w:ascii="Times New Roman" w:eastAsia="Times New Roman" w:hAnsi="Times New Roman" w:cs="Times New Roman"/>
          <w:color w:val="333333"/>
          <w:sz w:val="24"/>
          <w:szCs w:val="24"/>
          <w:lang w:eastAsia="ru-RU"/>
        </w:rPr>
        <w:t>», «Мама! Глянь-ка из окошка…», А.Н. Майков «Осень», С.А. Есенин «Берёза», Н.А. Некрасов «Железная дорога» (отрывок), А.А. Блок «Ворона», И.А. Бунин «Первый снег» </w:t>
      </w:r>
      <w:r w:rsidRPr="007726D6">
        <w:rPr>
          <w:rFonts w:ascii="Times New Roman" w:eastAsia="Times New Roman" w:hAnsi="Times New Roman" w:cs="Times New Roman"/>
          <w:color w:val="333333"/>
          <w:sz w:val="24"/>
          <w:szCs w:val="24"/>
          <w:shd w:val="clear" w:color="auto" w:fill="FFFF00"/>
          <w:lang w:eastAsia="ru-RU"/>
        </w:rPr>
        <w:t xml:space="preserve">‌и другие (по </w:t>
      </w:r>
      <w:proofErr w:type="gramStart"/>
      <w:r w:rsidRPr="007726D6">
        <w:rPr>
          <w:rFonts w:ascii="Times New Roman" w:eastAsia="Times New Roman" w:hAnsi="Times New Roman" w:cs="Times New Roman"/>
          <w:color w:val="333333"/>
          <w:sz w:val="24"/>
          <w:szCs w:val="24"/>
          <w:shd w:val="clear" w:color="auto" w:fill="FFFF00"/>
          <w:lang w:eastAsia="ru-RU"/>
        </w:rPr>
        <w:t>выбору)‌</w:t>
      </w:r>
      <w:proofErr w:type="gramEnd"/>
      <w:r w:rsidRPr="007726D6">
        <w:rPr>
          <w:rFonts w:ascii="Times New Roman" w:eastAsia="Times New Roman" w:hAnsi="Times New Roman" w:cs="Times New Roman"/>
          <w:color w:val="333333"/>
          <w:sz w:val="24"/>
          <w:szCs w:val="24"/>
          <w:lang w:eastAsia="ru-RU"/>
        </w:rPr>
        <w:t>.</w:t>
      </w:r>
    </w:p>
    <w:p w:rsidR="007726D6" w:rsidRPr="007726D6" w:rsidRDefault="007726D6" w:rsidP="007726D6">
      <w:pPr>
        <w:spacing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i/>
          <w:iCs/>
          <w:color w:val="333333"/>
          <w:sz w:val="24"/>
          <w:szCs w:val="24"/>
          <w:lang w:eastAsia="ru-RU"/>
        </w:rPr>
        <w:t>Творчество Л. Н. Толстого</w:t>
      </w:r>
      <w:r w:rsidRPr="007726D6">
        <w:rPr>
          <w:rFonts w:ascii="Times New Roman" w:eastAsia="Times New Roman" w:hAnsi="Times New Roman" w:cs="Times New Roman"/>
          <w:color w:val="333333"/>
          <w:sz w:val="24"/>
          <w:szCs w:val="24"/>
          <w:lang w:eastAsia="ru-RU"/>
        </w:rPr>
        <w:t>. Жанровое многообразие произведений Л. Н. Толстого: сказки, рассказы, басни, быль </w:t>
      </w:r>
      <w:r w:rsidRPr="007726D6">
        <w:rPr>
          <w:rFonts w:ascii="Times New Roman" w:eastAsia="Times New Roman" w:hAnsi="Times New Roman" w:cs="Times New Roman"/>
          <w:color w:val="333333"/>
          <w:sz w:val="24"/>
          <w:szCs w:val="24"/>
          <w:shd w:val="clear" w:color="auto" w:fill="FFFF00"/>
          <w:lang w:eastAsia="ru-RU"/>
        </w:rPr>
        <w:t>‌(не менее трёх произведений)‌</w:t>
      </w:r>
      <w:r w:rsidRPr="007726D6">
        <w:rPr>
          <w:rFonts w:ascii="Times New Roman" w:eastAsia="Times New Roman" w:hAnsi="Times New Roman" w:cs="Times New Roman"/>
          <w:color w:val="333333"/>
          <w:sz w:val="24"/>
          <w:szCs w:val="24"/>
          <w:lang w:eastAsia="ru-RU"/>
        </w:rPr>
        <w:t xml:space="preserve">. Рассказ как повествование: </w:t>
      </w:r>
      <w:r w:rsidRPr="007726D6">
        <w:rPr>
          <w:rFonts w:ascii="Times New Roman" w:eastAsia="Times New Roman" w:hAnsi="Times New Roman" w:cs="Times New Roman"/>
          <w:color w:val="333333"/>
          <w:sz w:val="24"/>
          <w:szCs w:val="24"/>
          <w:lang w:eastAsia="ru-RU"/>
        </w:rPr>
        <w:lastRenderedPageBreak/>
        <w:t>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7726D6" w:rsidRPr="007726D6" w:rsidRDefault="007726D6" w:rsidP="007726D6">
      <w:pPr>
        <w:spacing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Произведения для чтения: Л.Н. Толстой «Лебеди», «Зайцы», «Прыжок», «Акула» </w:t>
      </w:r>
      <w:r w:rsidRPr="007726D6">
        <w:rPr>
          <w:rFonts w:ascii="Times New Roman" w:eastAsia="Times New Roman" w:hAnsi="Times New Roman" w:cs="Times New Roman"/>
          <w:color w:val="333333"/>
          <w:sz w:val="24"/>
          <w:szCs w:val="24"/>
          <w:shd w:val="clear" w:color="auto" w:fill="FFFF00"/>
          <w:lang w:eastAsia="ru-RU"/>
        </w:rPr>
        <w:t>‌и другие‌</w:t>
      </w:r>
      <w:r w:rsidRPr="007726D6">
        <w:rPr>
          <w:rFonts w:ascii="Times New Roman" w:eastAsia="Times New Roman" w:hAnsi="Times New Roman" w:cs="Times New Roman"/>
          <w:color w:val="333333"/>
          <w:sz w:val="24"/>
          <w:szCs w:val="24"/>
          <w:lang w:eastAsia="ru-RU"/>
        </w:rPr>
        <w:t>.</w:t>
      </w:r>
    </w:p>
    <w:p w:rsidR="007726D6" w:rsidRPr="007726D6" w:rsidRDefault="007726D6" w:rsidP="007726D6">
      <w:pPr>
        <w:spacing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i/>
          <w:iCs/>
          <w:color w:val="333333"/>
          <w:sz w:val="24"/>
          <w:szCs w:val="24"/>
          <w:lang w:eastAsia="ru-RU"/>
        </w:rPr>
        <w:t>Литературная сказка.</w:t>
      </w:r>
      <w:r w:rsidRPr="007726D6">
        <w:rPr>
          <w:rFonts w:ascii="Times New Roman" w:eastAsia="Times New Roman" w:hAnsi="Times New Roman" w:cs="Times New Roman"/>
          <w:color w:val="333333"/>
          <w:sz w:val="24"/>
          <w:szCs w:val="24"/>
          <w:lang w:eastAsia="ru-RU"/>
        </w:rPr>
        <w:t> Литературная сказка русских писателей </w:t>
      </w:r>
      <w:r w:rsidRPr="007726D6">
        <w:rPr>
          <w:rFonts w:ascii="Times New Roman" w:eastAsia="Times New Roman" w:hAnsi="Times New Roman" w:cs="Times New Roman"/>
          <w:color w:val="333333"/>
          <w:sz w:val="24"/>
          <w:szCs w:val="24"/>
          <w:shd w:val="clear" w:color="auto" w:fill="FFFF00"/>
          <w:lang w:eastAsia="ru-RU"/>
        </w:rPr>
        <w:t>‌(не менее двух)‌</w:t>
      </w:r>
      <w:r w:rsidRPr="007726D6">
        <w:rPr>
          <w:rFonts w:ascii="Times New Roman" w:eastAsia="Times New Roman" w:hAnsi="Times New Roman" w:cs="Times New Roman"/>
          <w:color w:val="333333"/>
          <w:sz w:val="24"/>
          <w:szCs w:val="24"/>
          <w:lang w:eastAsia="ru-RU"/>
        </w:rPr>
        <w:t>. Круг чтения: произведения В. М. Гаршина, М. Горького, И. С. Соколова-Микитова ‌и др.‌ Особенности авторских сказок (сюжет, язык, герои). Составление аннотации.</w:t>
      </w:r>
    </w:p>
    <w:p w:rsidR="007726D6" w:rsidRPr="007726D6" w:rsidRDefault="007726D6" w:rsidP="007726D6">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Произведения для чтения: В.М. Гаршин «Лягушка-путешественница», И.С. Соколов-Микитов «</w:t>
      </w:r>
      <w:proofErr w:type="spellStart"/>
      <w:r w:rsidRPr="007726D6">
        <w:rPr>
          <w:rFonts w:ascii="Times New Roman" w:eastAsia="Times New Roman" w:hAnsi="Times New Roman" w:cs="Times New Roman"/>
          <w:color w:val="333333"/>
          <w:sz w:val="24"/>
          <w:szCs w:val="24"/>
          <w:lang w:eastAsia="ru-RU"/>
        </w:rPr>
        <w:t>Листопадничек</w:t>
      </w:r>
      <w:proofErr w:type="spellEnd"/>
      <w:r w:rsidRPr="007726D6">
        <w:rPr>
          <w:rFonts w:ascii="Times New Roman" w:eastAsia="Times New Roman" w:hAnsi="Times New Roman" w:cs="Times New Roman"/>
          <w:color w:val="333333"/>
          <w:sz w:val="24"/>
          <w:szCs w:val="24"/>
          <w:lang w:eastAsia="ru-RU"/>
        </w:rPr>
        <w:t xml:space="preserve">», М. Горький «Случай с </w:t>
      </w:r>
      <w:proofErr w:type="spellStart"/>
      <w:r w:rsidRPr="007726D6">
        <w:rPr>
          <w:rFonts w:ascii="Times New Roman" w:eastAsia="Times New Roman" w:hAnsi="Times New Roman" w:cs="Times New Roman"/>
          <w:color w:val="333333"/>
          <w:sz w:val="24"/>
          <w:szCs w:val="24"/>
          <w:lang w:eastAsia="ru-RU"/>
        </w:rPr>
        <w:t>Евсейкой</w:t>
      </w:r>
      <w:proofErr w:type="spellEnd"/>
      <w:r w:rsidRPr="007726D6">
        <w:rPr>
          <w:rFonts w:ascii="Times New Roman" w:eastAsia="Times New Roman" w:hAnsi="Times New Roman" w:cs="Times New Roman"/>
          <w:color w:val="333333"/>
          <w:sz w:val="24"/>
          <w:szCs w:val="24"/>
          <w:lang w:eastAsia="ru-RU"/>
        </w:rPr>
        <w:t>» </w:t>
      </w:r>
      <w:r w:rsidRPr="007726D6">
        <w:rPr>
          <w:rFonts w:ascii="Times New Roman" w:eastAsia="Times New Roman" w:hAnsi="Times New Roman" w:cs="Times New Roman"/>
          <w:color w:val="333333"/>
          <w:sz w:val="24"/>
          <w:szCs w:val="24"/>
          <w:shd w:val="clear" w:color="auto" w:fill="FFFF00"/>
          <w:lang w:eastAsia="ru-RU"/>
        </w:rPr>
        <w:t>‌и другие (по выбору)‌</w:t>
      </w:r>
      <w:r w:rsidRPr="007726D6">
        <w:rPr>
          <w:rFonts w:ascii="Times New Roman" w:eastAsia="Times New Roman" w:hAnsi="Times New Roman" w:cs="Times New Roman"/>
          <w:color w:val="333333"/>
          <w:sz w:val="24"/>
          <w:szCs w:val="24"/>
          <w:lang w:eastAsia="ru-RU"/>
        </w:rPr>
        <w:t>.</w:t>
      </w:r>
    </w:p>
    <w:p w:rsidR="007726D6" w:rsidRPr="007726D6" w:rsidRDefault="007726D6" w:rsidP="007726D6">
      <w:pPr>
        <w:spacing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i/>
          <w:iCs/>
          <w:color w:val="333333"/>
          <w:sz w:val="24"/>
          <w:szCs w:val="24"/>
          <w:lang w:eastAsia="ru-RU"/>
        </w:rPr>
        <w:t>Произведения о взаимоотношениях человека и животных</w:t>
      </w:r>
      <w:r w:rsidRPr="007726D6">
        <w:rPr>
          <w:rFonts w:ascii="Times New Roman" w:eastAsia="Times New Roman" w:hAnsi="Times New Roman" w:cs="Times New Roman"/>
          <w:color w:val="333333"/>
          <w:sz w:val="24"/>
          <w:szCs w:val="24"/>
          <w:lang w:eastAsia="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7726D6" w:rsidRPr="007726D6" w:rsidRDefault="007726D6" w:rsidP="007726D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Произведения для чтения: Б.С. Житков «Про обезьянку», К.Г. Паустовский «Барсучий нос», «Кот-ворюга», Д.Н. Мамин-Сибиряк «Приёмыш» </w:t>
      </w:r>
      <w:r w:rsidRPr="007726D6">
        <w:rPr>
          <w:rFonts w:ascii="Times New Roman" w:eastAsia="Times New Roman" w:hAnsi="Times New Roman" w:cs="Times New Roman"/>
          <w:color w:val="333333"/>
          <w:sz w:val="24"/>
          <w:szCs w:val="24"/>
          <w:shd w:val="clear" w:color="auto" w:fill="FFFF00"/>
          <w:lang w:eastAsia="ru-RU"/>
        </w:rPr>
        <w:t xml:space="preserve">‌и другое (по </w:t>
      </w:r>
      <w:proofErr w:type="gramStart"/>
      <w:r w:rsidRPr="007726D6">
        <w:rPr>
          <w:rFonts w:ascii="Times New Roman" w:eastAsia="Times New Roman" w:hAnsi="Times New Roman" w:cs="Times New Roman"/>
          <w:color w:val="333333"/>
          <w:sz w:val="24"/>
          <w:szCs w:val="24"/>
          <w:shd w:val="clear" w:color="auto" w:fill="FFFF00"/>
          <w:lang w:eastAsia="ru-RU"/>
        </w:rPr>
        <w:t>выбору)‌</w:t>
      </w:r>
      <w:proofErr w:type="gramEnd"/>
      <w:r w:rsidRPr="007726D6">
        <w:rPr>
          <w:rFonts w:ascii="Times New Roman" w:eastAsia="Times New Roman" w:hAnsi="Times New Roman" w:cs="Times New Roman"/>
          <w:color w:val="333333"/>
          <w:sz w:val="24"/>
          <w:szCs w:val="24"/>
          <w:lang w:eastAsia="ru-RU"/>
        </w:rPr>
        <w:t>.</w:t>
      </w:r>
    </w:p>
    <w:p w:rsidR="007726D6" w:rsidRPr="007726D6" w:rsidRDefault="007726D6" w:rsidP="007726D6">
      <w:pPr>
        <w:spacing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i/>
          <w:iCs/>
          <w:color w:val="333333"/>
          <w:sz w:val="24"/>
          <w:szCs w:val="24"/>
          <w:lang w:eastAsia="ru-RU"/>
        </w:rPr>
        <w:t>Произведения о детях</w:t>
      </w:r>
      <w:r w:rsidRPr="007726D6">
        <w:rPr>
          <w:rFonts w:ascii="Times New Roman" w:eastAsia="Times New Roman" w:hAnsi="Times New Roman" w:cs="Times New Roman"/>
          <w:color w:val="333333"/>
          <w:sz w:val="24"/>
          <w:szCs w:val="24"/>
          <w:lang w:eastAsia="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r w:rsidRPr="007726D6">
        <w:rPr>
          <w:rFonts w:ascii="Times New Roman" w:eastAsia="Times New Roman" w:hAnsi="Times New Roman" w:cs="Times New Roman"/>
          <w:color w:val="333333"/>
          <w:sz w:val="24"/>
          <w:szCs w:val="24"/>
          <w:shd w:val="clear" w:color="auto" w:fill="FFFF00"/>
          <w:lang w:eastAsia="ru-RU"/>
        </w:rPr>
        <w:t>‌произведения по выбору двух-трёх авторов‌</w:t>
      </w:r>
      <w:r w:rsidRPr="007726D6">
        <w:rPr>
          <w:rFonts w:ascii="Times New Roman" w:eastAsia="Times New Roman" w:hAnsi="Times New Roman" w:cs="Times New Roman"/>
          <w:color w:val="333333"/>
          <w:sz w:val="24"/>
          <w:szCs w:val="24"/>
          <w:lang w:eastAsia="ru-RU"/>
        </w:rPr>
        <w:t>). Основные события сюжета, отношение к ним героев произведения. Оценка нравственных качеств, проявляющихся в военное время.</w:t>
      </w:r>
    </w:p>
    <w:p w:rsidR="007726D6" w:rsidRPr="007726D6" w:rsidRDefault="007726D6" w:rsidP="007726D6">
      <w:pPr>
        <w:spacing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Произведения для чтения: Л. Пантелеев «На ялике», А. Гайдар «Тимур и его команда» (отрывки), Л. Кассиль </w:t>
      </w:r>
      <w:r w:rsidRPr="007726D6">
        <w:rPr>
          <w:rFonts w:ascii="Times New Roman" w:eastAsia="Times New Roman" w:hAnsi="Times New Roman" w:cs="Times New Roman"/>
          <w:color w:val="333333"/>
          <w:sz w:val="24"/>
          <w:szCs w:val="24"/>
          <w:shd w:val="clear" w:color="auto" w:fill="FFFF00"/>
          <w:lang w:eastAsia="ru-RU"/>
        </w:rPr>
        <w:t>‌и другие (по выбору)‌</w:t>
      </w:r>
      <w:r w:rsidRPr="007726D6">
        <w:rPr>
          <w:rFonts w:ascii="Times New Roman" w:eastAsia="Times New Roman" w:hAnsi="Times New Roman" w:cs="Times New Roman"/>
          <w:color w:val="333333"/>
          <w:sz w:val="24"/>
          <w:szCs w:val="24"/>
          <w:lang w:eastAsia="ru-RU"/>
        </w:rPr>
        <w:t>.</w:t>
      </w:r>
    </w:p>
    <w:p w:rsidR="007726D6" w:rsidRPr="007726D6" w:rsidRDefault="007726D6" w:rsidP="007726D6">
      <w:pPr>
        <w:spacing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i/>
          <w:iCs/>
          <w:color w:val="333333"/>
          <w:sz w:val="24"/>
          <w:szCs w:val="24"/>
          <w:lang w:eastAsia="ru-RU"/>
        </w:rPr>
        <w:t>Юмористические произведения.</w:t>
      </w:r>
      <w:r w:rsidRPr="007726D6">
        <w:rPr>
          <w:rFonts w:ascii="Times New Roman" w:eastAsia="Times New Roman" w:hAnsi="Times New Roman" w:cs="Times New Roman"/>
          <w:color w:val="333333"/>
          <w:sz w:val="24"/>
          <w:szCs w:val="24"/>
          <w:lang w:eastAsia="ru-RU"/>
        </w:rPr>
        <w:t>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r w:rsidRPr="007726D6">
        <w:rPr>
          <w:rFonts w:ascii="Times New Roman" w:eastAsia="Times New Roman" w:hAnsi="Times New Roman" w:cs="Times New Roman"/>
          <w:color w:val="333333"/>
          <w:sz w:val="24"/>
          <w:szCs w:val="24"/>
          <w:shd w:val="clear" w:color="auto" w:fill="FFFF00"/>
          <w:lang w:eastAsia="ru-RU"/>
        </w:rPr>
        <w:t>‌(не менее двух произведений)‌</w:t>
      </w:r>
      <w:r w:rsidRPr="007726D6">
        <w:rPr>
          <w:rFonts w:ascii="Times New Roman" w:eastAsia="Times New Roman" w:hAnsi="Times New Roman" w:cs="Times New Roman"/>
          <w:color w:val="333333"/>
          <w:sz w:val="21"/>
          <w:szCs w:val="21"/>
          <w:lang w:eastAsia="ru-RU"/>
        </w:rPr>
        <w:t>:</w:t>
      </w:r>
      <w:r w:rsidRPr="007726D6">
        <w:rPr>
          <w:rFonts w:ascii="Times New Roman" w:eastAsia="Times New Roman" w:hAnsi="Times New Roman" w:cs="Times New Roman"/>
          <w:color w:val="333333"/>
          <w:sz w:val="24"/>
          <w:szCs w:val="24"/>
          <w:lang w:eastAsia="ru-RU"/>
        </w:rPr>
        <w:t> Н. Н. Носов, В.Ю. Драгунский</w:t>
      </w:r>
      <w:r w:rsidRPr="007726D6">
        <w:rPr>
          <w:rFonts w:ascii="Times New Roman" w:eastAsia="Times New Roman" w:hAnsi="Times New Roman" w:cs="Times New Roman"/>
          <w:color w:val="333333"/>
          <w:sz w:val="21"/>
          <w:szCs w:val="21"/>
          <w:lang w:eastAsia="ru-RU"/>
        </w:rPr>
        <w:t>, </w:t>
      </w:r>
      <w:r w:rsidRPr="007726D6">
        <w:rPr>
          <w:rFonts w:ascii="Times New Roman" w:eastAsia="Times New Roman" w:hAnsi="Times New Roman" w:cs="Times New Roman"/>
          <w:color w:val="333333"/>
          <w:sz w:val="24"/>
          <w:szCs w:val="24"/>
          <w:shd w:val="clear" w:color="auto" w:fill="FFFF00"/>
          <w:lang w:eastAsia="ru-RU"/>
        </w:rPr>
        <w:t>‌М. М. Зощенко и др.‌</w:t>
      </w:r>
    </w:p>
    <w:p w:rsidR="007726D6" w:rsidRPr="007726D6" w:rsidRDefault="007726D6" w:rsidP="007726D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Произведения для чтения: В.Ю. Драгунский «Денискины рассказы» (1-2 произведения), Н.Н. Носов «Весёлая семейка» (1-2 рассказа из цикла) </w:t>
      </w:r>
      <w:r w:rsidRPr="007726D6">
        <w:rPr>
          <w:rFonts w:ascii="Times New Roman" w:eastAsia="Times New Roman" w:hAnsi="Times New Roman" w:cs="Times New Roman"/>
          <w:color w:val="333333"/>
          <w:sz w:val="24"/>
          <w:szCs w:val="24"/>
          <w:shd w:val="clear" w:color="auto" w:fill="FFFF00"/>
          <w:lang w:eastAsia="ru-RU"/>
        </w:rPr>
        <w:t>‌и другие (по выбору)‌</w:t>
      </w:r>
      <w:r w:rsidRPr="007726D6">
        <w:rPr>
          <w:rFonts w:ascii="Times New Roman" w:eastAsia="Times New Roman" w:hAnsi="Times New Roman" w:cs="Times New Roman"/>
          <w:color w:val="333333"/>
          <w:sz w:val="24"/>
          <w:szCs w:val="24"/>
          <w:lang w:eastAsia="ru-RU"/>
        </w:rPr>
        <w:t>.</w:t>
      </w:r>
    </w:p>
    <w:p w:rsidR="007726D6" w:rsidRPr="007726D6" w:rsidRDefault="007726D6" w:rsidP="007726D6">
      <w:pPr>
        <w:spacing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i/>
          <w:iCs/>
          <w:color w:val="333333"/>
          <w:sz w:val="24"/>
          <w:szCs w:val="24"/>
          <w:lang w:eastAsia="ru-RU"/>
        </w:rPr>
        <w:t>Зарубежная литература.</w:t>
      </w:r>
      <w:r w:rsidRPr="007726D6">
        <w:rPr>
          <w:rFonts w:ascii="Times New Roman" w:eastAsia="Times New Roman" w:hAnsi="Times New Roman" w:cs="Times New Roman"/>
          <w:color w:val="333333"/>
          <w:sz w:val="24"/>
          <w:szCs w:val="24"/>
          <w:lang w:eastAsia="ru-RU"/>
        </w:rPr>
        <w:t> Круг чтения </w:t>
      </w:r>
      <w:r w:rsidRPr="007726D6">
        <w:rPr>
          <w:rFonts w:ascii="Times New Roman" w:eastAsia="Times New Roman" w:hAnsi="Times New Roman" w:cs="Times New Roman"/>
          <w:color w:val="333333"/>
          <w:sz w:val="24"/>
          <w:szCs w:val="24"/>
          <w:shd w:val="clear" w:color="auto" w:fill="FFFF00"/>
          <w:lang w:eastAsia="ru-RU"/>
        </w:rPr>
        <w:t>‌(произведения двух-трёх авторов по выбору):‌ </w:t>
      </w:r>
      <w:r w:rsidRPr="007726D6">
        <w:rPr>
          <w:rFonts w:ascii="Times New Roman" w:eastAsia="Times New Roman" w:hAnsi="Times New Roman" w:cs="Times New Roman"/>
          <w:color w:val="333333"/>
          <w:sz w:val="24"/>
          <w:szCs w:val="24"/>
          <w:lang w:eastAsia="ru-RU"/>
        </w:rPr>
        <w:t>литературные сказки Ш. Перро, Х.-К. Андерсена</w:t>
      </w:r>
      <w:r w:rsidRPr="007726D6">
        <w:rPr>
          <w:rFonts w:ascii="Times New Roman" w:eastAsia="Times New Roman" w:hAnsi="Times New Roman" w:cs="Times New Roman"/>
          <w:color w:val="333333"/>
          <w:sz w:val="21"/>
          <w:szCs w:val="21"/>
          <w:lang w:eastAsia="ru-RU"/>
        </w:rPr>
        <w:t>, </w:t>
      </w:r>
      <w:r w:rsidRPr="007726D6">
        <w:rPr>
          <w:rFonts w:ascii="Times New Roman" w:eastAsia="Times New Roman" w:hAnsi="Times New Roman" w:cs="Times New Roman"/>
          <w:color w:val="333333"/>
          <w:sz w:val="24"/>
          <w:szCs w:val="24"/>
          <w:shd w:val="clear" w:color="auto" w:fill="FFFF00"/>
          <w:lang w:eastAsia="ru-RU"/>
        </w:rPr>
        <w:t>‌Р. Киплинга.‌</w:t>
      </w:r>
      <w:r w:rsidRPr="007726D6">
        <w:rPr>
          <w:rFonts w:ascii="Times New Roman" w:eastAsia="Times New Roman" w:hAnsi="Times New Roman" w:cs="Times New Roman"/>
          <w:color w:val="333333"/>
          <w:sz w:val="24"/>
          <w:szCs w:val="24"/>
          <w:lang w:eastAsia="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w:t>
      </w:r>
      <w:proofErr w:type="spellStart"/>
      <w:r w:rsidRPr="007726D6">
        <w:rPr>
          <w:rFonts w:ascii="Times New Roman" w:eastAsia="Times New Roman" w:hAnsi="Times New Roman" w:cs="Times New Roman"/>
          <w:color w:val="333333"/>
          <w:sz w:val="24"/>
          <w:szCs w:val="24"/>
          <w:lang w:eastAsia="ru-RU"/>
        </w:rPr>
        <w:t>Заходер</w:t>
      </w:r>
      <w:proofErr w:type="spellEnd"/>
      <w:r w:rsidRPr="007726D6">
        <w:rPr>
          <w:rFonts w:ascii="Times New Roman" w:eastAsia="Times New Roman" w:hAnsi="Times New Roman" w:cs="Times New Roman"/>
          <w:color w:val="333333"/>
          <w:sz w:val="24"/>
          <w:szCs w:val="24"/>
          <w:lang w:eastAsia="ru-RU"/>
        </w:rPr>
        <w:t>. </w:t>
      </w:r>
    </w:p>
    <w:p w:rsidR="007726D6" w:rsidRPr="007726D6" w:rsidRDefault="007726D6" w:rsidP="007726D6">
      <w:pPr>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Произведения для чтения: Х.-К. Андерсен «Гадкий утёнок», Ш. Перро «Подарок феи» </w:t>
      </w:r>
      <w:r w:rsidRPr="007726D6">
        <w:rPr>
          <w:rFonts w:ascii="Times New Roman" w:eastAsia="Times New Roman" w:hAnsi="Times New Roman" w:cs="Times New Roman"/>
          <w:color w:val="333333"/>
          <w:sz w:val="24"/>
          <w:szCs w:val="24"/>
          <w:shd w:val="clear" w:color="auto" w:fill="FFFF00"/>
          <w:lang w:eastAsia="ru-RU"/>
        </w:rPr>
        <w:t>‌и другие (по выбору)‌</w:t>
      </w:r>
      <w:r w:rsidRPr="007726D6">
        <w:rPr>
          <w:rFonts w:ascii="Times New Roman" w:eastAsia="Times New Roman" w:hAnsi="Times New Roman" w:cs="Times New Roman"/>
          <w:color w:val="333333"/>
          <w:sz w:val="21"/>
          <w:szCs w:val="21"/>
          <w:lang w:eastAsia="ru-RU"/>
        </w:rPr>
        <w:t>.</w:t>
      </w:r>
    </w:p>
    <w:p w:rsidR="007726D6" w:rsidRPr="007726D6" w:rsidRDefault="007726D6" w:rsidP="007726D6">
      <w:pPr>
        <w:spacing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i/>
          <w:iCs/>
          <w:color w:val="333333"/>
          <w:sz w:val="24"/>
          <w:szCs w:val="24"/>
          <w:lang w:eastAsia="ru-RU"/>
        </w:rPr>
        <w:t>Библиографическая культура (работа с детской книгой и справочной литературой).</w:t>
      </w:r>
      <w:r w:rsidRPr="007726D6">
        <w:rPr>
          <w:rFonts w:ascii="Times New Roman" w:eastAsia="Times New Roman" w:hAnsi="Times New Roman" w:cs="Times New Roman"/>
          <w:color w:val="333333"/>
          <w:sz w:val="24"/>
          <w:szCs w:val="24"/>
          <w:lang w:eastAsia="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w:t>
      </w:r>
      <w:r w:rsidRPr="007726D6">
        <w:rPr>
          <w:rFonts w:ascii="Times New Roman" w:eastAsia="Times New Roman" w:hAnsi="Times New Roman" w:cs="Times New Roman"/>
          <w:color w:val="333333"/>
          <w:sz w:val="24"/>
          <w:szCs w:val="24"/>
          <w:lang w:eastAsia="ru-RU"/>
        </w:rPr>
        <w:lastRenderedPageBreak/>
        <w:t>читателя. Книга как особый вид искусства. Общее представление о первых книгах на Руси, знакомство с рукописными книгами.</w:t>
      </w:r>
    </w:p>
    <w:p w:rsidR="007726D6" w:rsidRPr="007726D6" w:rsidRDefault="007726D6" w:rsidP="007726D6">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726D6" w:rsidRPr="007726D6" w:rsidRDefault="007726D6" w:rsidP="007726D6">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i/>
          <w:iCs/>
          <w:color w:val="333333"/>
          <w:sz w:val="24"/>
          <w:szCs w:val="24"/>
          <w:lang w:eastAsia="ru-RU"/>
        </w:rPr>
        <w:t>Базовые логические и исследовательские действия</w:t>
      </w:r>
      <w:r w:rsidRPr="007726D6">
        <w:rPr>
          <w:rFonts w:ascii="Times New Roman" w:eastAsia="Times New Roman" w:hAnsi="Times New Roman" w:cs="Times New Roman"/>
          <w:color w:val="333333"/>
          <w:sz w:val="24"/>
          <w:szCs w:val="24"/>
          <w:lang w:eastAsia="ru-RU"/>
        </w:rPr>
        <w:t> как часть познавательных универсальных учебных действий способствуют формированию умений:</w:t>
      </w:r>
    </w:p>
    <w:p w:rsidR="007726D6" w:rsidRPr="007726D6" w:rsidRDefault="007726D6" w:rsidP="007726D6">
      <w:pPr>
        <w:numPr>
          <w:ilvl w:val="0"/>
          <w:numId w:val="2"/>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читать доступные по восприятию и небольшие по объёму прозаические</w:t>
      </w:r>
      <w:r w:rsidRPr="007726D6">
        <w:rPr>
          <w:rFonts w:ascii="Times New Roman" w:eastAsia="Times New Roman" w:hAnsi="Times New Roman" w:cs="Times New Roman"/>
          <w:color w:val="333333"/>
          <w:sz w:val="24"/>
          <w:szCs w:val="24"/>
          <w:lang w:eastAsia="ru-RU"/>
        </w:rPr>
        <w:br/>
        <w:t>и стихотворные произведения (без отметочного оценивания);</w:t>
      </w:r>
    </w:p>
    <w:p w:rsidR="007726D6" w:rsidRPr="007726D6" w:rsidRDefault="007726D6" w:rsidP="007726D6">
      <w:pPr>
        <w:numPr>
          <w:ilvl w:val="0"/>
          <w:numId w:val="2"/>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различать сказочные и реалистические, лирические и эпические, народные</w:t>
      </w:r>
      <w:r w:rsidRPr="007726D6">
        <w:rPr>
          <w:rFonts w:ascii="Times New Roman" w:eastAsia="Times New Roman" w:hAnsi="Times New Roman" w:cs="Times New Roman"/>
          <w:color w:val="333333"/>
          <w:sz w:val="24"/>
          <w:szCs w:val="24"/>
          <w:lang w:eastAsia="ru-RU"/>
        </w:rPr>
        <w:br/>
        <w:t>и авторские произведения;</w:t>
      </w:r>
    </w:p>
    <w:p w:rsidR="007726D6" w:rsidRPr="007726D6" w:rsidRDefault="007726D6" w:rsidP="007726D6">
      <w:pPr>
        <w:numPr>
          <w:ilvl w:val="0"/>
          <w:numId w:val="2"/>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7726D6" w:rsidRPr="007726D6" w:rsidRDefault="007726D6" w:rsidP="007726D6">
      <w:pPr>
        <w:numPr>
          <w:ilvl w:val="0"/>
          <w:numId w:val="2"/>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конструировать план текста, дополнять и восстанавливать нарушенную последовательность;</w:t>
      </w:r>
    </w:p>
    <w:p w:rsidR="007726D6" w:rsidRPr="007726D6" w:rsidRDefault="007726D6" w:rsidP="007726D6">
      <w:pPr>
        <w:numPr>
          <w:ilvl w:val="0"/>
          <w:numId w:val="2"/>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сравнивать произведения, относящиеся к одной теме, но разным жанрам; произведения одного жанра, но разной тематики;</w:t>
      </w:r>
    </w:p>
    <w:p w:rsidR="007726D6" w:rsidRPr="007726D6" w:rsidRDefault="007726D6" w:rsidP="007726D6">
      <w:pPr>
        <w:numPr>
          <w:ilvl w:val="0"/>
          <w:numId w:val="2"/>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исследовать текст: находить описания в произведениях разных жанров (портрет, пейзаж, интерьер).</w:t>
      </w:r>
    </w:p>
    <w:p w:rsidR="007726D6" w:rsidRPr="007726D6" w:rsidRDefault="007726D6" w:rsidP="007726D6">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i/>
          <w:iCs/>
          <w:color w:val="333333"/>
          <w:sz w:val="24"/>
          <w:szCs w:val="24"/>
          <w:lang w:eastAsia="ru-RU"/>
        </w:rPr>
        <w:t>Работа с информацией </w:t>
      </w:r>
      <w:r w:rsidRPr="007726D6">
        <w:rPr>
          <w:rFonts w:ascii="Times New Roman" w:eastAsia="Times New Roman" w:hAnsi="Times New Roman" w:cs="Times New Roman"/>
          <w:color w:val="333333"/>
          <w:sz w:val="24"/>
          <w:szCs w:val="24"/>
          <w:lang w:eastAsia="ru-RU"/>
        </w:rPr>
        <w:t>как часть познавательных универсальных учебных действий способствуют формированию умений:</w:t>
      </w:r>
    </w:p>
    <w:p w:rsidR="007726D6" w:rsidRPr="007726D6" w:rsidRDefault="007726D6" w:rsidP="007726D6">
      <w:pPr>
        <w:numPr>
          <w:ilvl w:val="0"/>
          <w:numId w:val="3"/>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сравнивать информацию словесную (текст), графическую</w:t>
      </w:r>
      <w:r w:rsidRPr="007726D6">
        <w:rPr>
          <w:rFonts w:ascii="Times New Roman" w:eastAsia="Times New Roman" w:hAnsi="Times New Roman" w:cs="Times New Roman"/>
          <w:color w:val="333333"/>
          <w:sz w:val="24"/>
          <w:szCs w:val="24"/>
          <w:lang w:eastAsia="ru-RU"/>
        </w:rPr>
        <w:br/>
        <w:t>или изобразительную (иллюстрация), звуковую (музыкальное произведение);</w:t>
      </w:r>
    </w:p>
    <w:p w:rsidR="007726D6" w:rsidRPr="007726D6" w:rsidRDefault="007726D6" w:rsidP="007726D6">
      <w:pPr>
        <w:numPr>
          <w:ilvl w:val="0"/>
          <w:numId w:val="3"/>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подбирать иллюстрации к тексту, соотносить произведения литературы</w:t>
      </w:r>
      <w:r w:rsidRPr="007726D6">
        <w:rPr>
          <w:rFonts w:ascii="Times New Roman" w:eastAsia="Times New Roman" w:hAnsi="Times New Roman" w:cs="Times New Roman"/>
          <w:color w:val="333333"/>
          <w:sz w:val="24"/>
          <w:szCs w:val="24"/>
          <w:lang w:eastAsia="ru-RU"/>
        </w:rPr>
        <w:br/>
        <w:t>и изобразительного искусства по тематике, настроению, средствам выразительности;</w:t>
      </w:r>
    </w:p>
    <w:p w:rsidR="007726D6" w:rsidRPr="007726D6" w:rsidRDefault="007726D6" w:rsidP="007726D6">
      <w:pPr>
        <w:numPr>
          <w:ilvl w:val="0"/>
          <w:numId w:val="3"/>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выбирать книгу в библиотеке в соответствии с учебной задачей; составлять аннотацию.</w:t>
      </w:r>
    </w:p>
    <w:p w:rsidR="007726D6" w:rsidRPr="007726D6" w:rsidRDefault="007726D6" w:rsidP="007726D6">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i/>
          <w:iCs/>
          <w:color w:val="333333"/>
          <w:sz w:val="24"/>
          <w:szCs w:val="24"/>
          <w:lang w:eastAsia="ru-RU"/>
        </w:rPr>
        <w:t>Коммуникативные универсальные учебные действия</w:t>
      </w:r>
      <w:r w:rsidRPr="007726D6">
        <w:rPr>
          <w:rFonts w:ascii="Times New Roman" w:eastAsia="Times New Roman" w:hAnsi="Times New Roman" w:cs="Times New Roman"/>
          <w:color w:val="333333"/>
          <w:sz w:val="24"/>
          <w:szCs w:val="24"/>
          <w:lang w:eastAsia="ru-RU"/>
        </w:rPr>
        <w:t> способствуют формированию умений:</w:t>
      </w:r>
    </w:p>
    <w:p w:rsidR="007726D6" w:rsidRPr="007726D6" w:rsidRDefault="007726D6" w:rsidP="007726D6">
      <w:pPr>
        <w:numPr>
          <w:ilvl w:val="0"/>
          <w:numId w:val="4"/>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читать текст с разными интонациями, передавая своё отношение к событиям, героям произведения;</w:t>
      </w:r>
    </w:p>
    <w:p w:rsidR="007726D6" w:rsidRPr="007726D6" w:rsidRDefault="007726D6" w:rsidP="007726D6">
      <w:pPr>
        <w:numPr>
          <w:ilvl w:val="0"/>
          <w:numId w:val="4"/>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формулировать вопросы по основным событиям текста;</w:t>
      </w:r>
    </w:p>
    <w:p w:rsidR="007726D6" w:rsidRPr="007726D6" w:rsidRDefault="007726D6" w:rsidP="007726D6">
      <w:pPr>
        <w:numPr>
          <w:ilvl w:val="0"/>
          <w:numId w:val="4"/>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пересказывать текст (подробно, выборочно, с изменением лица);</w:t>
      </w:r>
    </w:p>
    <w:p w:rsidR="007726D6" w:rsidRPr="007726D6" w:rsidRDefault="007726D6" w:rsidP="007726D6">
      <w:pPr>
        <w:numPr>
          <w:ilvl w:val="0"/>
          <w:numId w:val="4"/>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выразительно исполнять стихотворное произведение, создавая соответствующее настроение;</w:t>
      </w:r>
    </w:p>
    <w:p w:rsidR="007726D6" w:rsidRPr="007726D6" w:rsidRDefault="007726D6" w:rsidP="007726D6">
      <w:pPr>
        <w:numPr>
          <w:ilvl w:val="0"/>
          <w:numId w:val="4"/>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сочинять простые истории (сказки, рассказы) по аналогии.</w:t>
      </w:r>
    </w:p>
    <w:p w:rsidR="007726D6" w:rsidRPr="007726D6" w:rsidRDefault="007726D6" w:rsidP="007726D6">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i/>
          <w:iCs/>
          <w:color w:val="333333"/>
          <w:sz w:val="24"/>
          <w:szCs w:val="24"/>
          <w:lang w:eastAsia="ru-RU"/>
        </w:rPr>
        <w:t>Регулятивные универсальные учебные</w:t>
      </w:r>
      <w:r w:rsidRPr="007726D6">
        <w:rPr>
          <w:rFonts w:ascii="Times New Roman" w:eastAsia="Times New Roman" w:hAnsi="Times New Roman" w:cs="Times New Roman"/>
          <w:color w:val="333333"/>
          <w:sz w:val="24"/>
          <w:szCs w:val="24"/>
          <w:lang w:eastAsia="ru-RU"/>
        </w:rPr>
        <w:t> способствуют формированию умений:</w:t>
      </w:r>
    </w:p>
    <w:p w:rsidR="007726D6" w:rsidRPr="007726D6" w:rsidRDefault="007726D6" w:rsidP="007726D6">
      <w:pPr>
        <w:numPr>
          <w:ilvl w:val="0"/>
          <w:numId w:val="5"/>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7726D6" w:rsidRPr="007726D6" w:rsidRDefault="007726D6" w:rsidP="007726D6">
      <w:pPr>
        <w:numPr>
          <w:ilvl w:val="0"/>
          <w:numId w:val="5"/>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оценивать качество своего восприятия текста на слух;</w:t>
      </w:r>
    </w:p>
    <w:p w:rsidR="007726D6" w:rsidRPr="007726D6" w:rsidRDefault="007726D6" w:rsidP="007726D6">
      <w:pPr>
        <w:numPr>
          <w:ilvl w:val="0"/>
          <w:numId w:val="5"/>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7726D6" w:rsidRPr="007726D6" w:rsidRDefault="007726D6" w:rsidP="007726D6">
      <w:pPr>
        <w:spacing w:beforeAutospacing="1"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i/>
          <w:iCs/>
          <w:color w:val="333333"/>
          <w:sz w:val="24"/>
          <w:szCs w:val="24"/>
          <w:lang w:eastAsia="ru-RU"/>
        </w:rPr>
        <w:lastRenderedPageBreak/>
        <w:t>Совместная деятельность</w:t>
      </w:r>
      <w:r w:rsidRPr="007726D6">
        <w:rPr>
          <w:rFonts w:ascii="Times New Roman" w:eastAsia="Times New Roman" w:hAnsi="Times New Roman" w:cs="Times New Roman"/>
          <w:color w:val="333333"/>
          <w:sz w:val="24"/>
          <w:szCs w:val="24"/>
          <w:lang w:eastAsia="ru-RU"/>
        </w:rPr>
        <w:t> способствует формированию умений:</w:t>
      </w:r>
    </w:p>
    <w:p w:rsidR="00D16CEF" w:rsidRPr="00D16CEF" w:rsidRDefault="007726D6" w:rsidP="007726D6">
      <w:pPr>
        <w:numPr>
          <w:ilvl w:val="0"/>
          <w:numId w:val="6"/>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 xml:space="preserve">участвовать в совместной деятельности: выполнять роли лидера, подчинённого, </w:t>
      </w:r>
    </w:p>
    <w:p w:rsidR="007726D6" w:rsidRPr="007726D6" w:rsidRDefault="007726D6" w:rsidP="007726D6">
      <w:pPr>
        <w:numPr>
          <w:ilvl w:val="0"/>
          <w:numId w:val="6"/>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соблюдать равноправие и дружелюбие;</w:t>
      </w:r>
    </w:p>
    <w:p w:rsidR="007726D6" w:rsidRPr="007726D6" w:rsidRDefault="007726D6" w:rsidP="007726D6">
      <w:pPr>
        <w:numPr>
          <w:ilvl w:val="0"/>
          <w:numId w:val="6"/>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в коллективной театрализованной деятельности читать по ролям, инсценировать (драматизировать) несложные произведения фольклора</w:t>
      </w:r>
      <w:r w:rsidRPr="007726D6">
        <w:rPr>
          <w:rFonts w:ascii="Times New Roman" w:eastAsia="Times New Roman" w:hAnsi="Times New Roman" w:cs="Times New Roman"/>
          <w:color w:val="333333"/>
          <w:sz w:val="24"/>
          <w:szCs w:val="24"/>
          <w:lang w:eastAsia="ru-RU"/>
        </w:rPr>
        <w:br/>
        <w:t>и художественной литературы; выбирать роль, договариваться о манере</w:t>
      </w:r>
      <w:r w:rsidRPr="007726D6">
        <w:rPr>
          <w:rFonts w:ascii="Times New Roman" w:eastAsia="Times New Roman" w:hAnsi="Times New Roman" w:cs="Times New Roman"/>
          <w:color w:val="333333"/>
          <w:sz w:val="24"/>
          <w:szCs w:val="24"/>
          <w:lang w:eastAsia="ru-RU"/>
        </w:rPr>
        <w:br/>
        <w:t>её исполнения в соответствии с общим замыслом;</w:t>
      </w:r>
    </w:p>
    <w:p w:rsidR="007726D6" w:rsidRPr="007726D6" w:rsidRDefault="007726D6" w:rsidP="007726D6">
      <w:pPr>
        <w:numPr>
          <w:ilvl w:val="0"/>
          <w:numId w:val="6"/>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осуществлять взаимопомощь, проявлять ответственность при выполнении своей части работы, оценивать свой вклад в общее дело.</w:t>
      </w:r>
    </w:p>
    <w:p w:rsidR="007726D6" w:rsidRDefault="007726D6" w:rsidP="007726D6">
      <w:pPr>
        <w:pStyle w:val="a6"/>
        <w:spacing w:before="0" w:after="0"/>
        <w:jc w:val="both"/>
        <w:rPr>
          <w:color w:val="000000"/>
          <w:sz w:val="32"/>
          <w:szCs w:val="32"/>
        </w:rPr>
      </w:pPr>
    </w:p>
    <w:p w:rsidR="007726D6" w:rsidRPr="007726D6" w:rsidRDefault="007726D6" w:rsidP="007726D6">
      <w:pPr>
        <w:pStyle w:val="a6"/>
        <w:spacing w:before="0" w:after="0"/>
        <w:jc w:val="both"/>
        <w:rPr>
          <w:color w:val="333333"/>
          <w:sz w:val="21"/>
          <w:szCs w:val="21"/>
        </w:rPr>
      </w:pPr>
      <w:r w:rsidRPr="007726D6">
        <w:rPr>
          <w:color w:val="000000"/>
          <w:sz w:val="32"/>
          <w:szCs w:val="32"/>
        </w:rPr>
        <w:br/>
      </w:r>
      <w:r>
        <w:rPr>
          <w:b/>
          <w:bCs/>
          <w:color w:val="333333"/>
        </w:rPr>
        <w:t>П</w:t>
      </w:r>
      <w:r w:rsidRPr="007726D6">
        <w:rPr>
          <w:b/>
          <w:bCs/>
          <w:color w:val="333333"/>
        </w:rPr>
        <w:t>РЕДМЕТНЫЕ РЕЗУЛЬТАТЫ</w:t>
      </w:r>
    </w:p>
    <w:p w:rsidR="007726D6" w:rsidRPr="007726D6" w:rsidRDefault="007726D6" w:rsidP="007726D6">
      <w:pPr>
        <w:spacing w:after="0" w:line="240" w:lineRule="auto"/>
        <w:ind w:firstLine="567"/>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7726D6" w:rsidRPr="007726D6" w:rsidRDefault="007726D6" w:rsidP="007726D6">
      <w:pPr>
        <w:spacing w:beforeAutospacing="1" w:after="0" w:afterAutospacing="1" w:line="240" w:lineRule="auto"/>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b/>
          <w:bCs/>
          <w:color w:val="333333"/>
          <w:sz w:val="24"/>
          <w:szCs w:val="24"/>
          <w:lang w:eastAsia="ru-RU"/>
        </w:rPr>
        <w:t>3 КЛАСС</w:t>
      </w:r>
    </w:p>
    <w:p w:rsidR="007726D6" w:rsidRPr="007726D6" w:rsidRDefault="007726D6" w:rsidP="007726D6">
      <w:pPr>
        <w:numPr>
          <w:ilvl w:val="0"/>
          <w:numId w:val="7"/>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7726D6" w:rsidRPr="007726D6" w:rsidRDefault="007726D6" w:rsidP="007726D6">
      <w:pPr>
        <w:numPr>
          <w:ilvl w:val="0"/>
          <w:numId w:val="7"/>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726D6" w:rsidRPr="007726D6" w:rsidRDefault="007726D6" w:rsidP="007726D6">
      <w:pPr>
        <w:numPr>
          <w:ilvl w:val="0"/>
          <w:numId w:val="7"/>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7726D6" w:rsidRPr="007726D6" w:rsidRDefault="007726D6" w:rsidP="007726D6">
      <w:pPr>
        <w:numPr>
          <w:ilvl w:val="0"/>
          <w:numId w:val="7"/>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читать наизусть не менее 4 стихотворений в соответствии с изученной тематикой произведений;</w:t>
      </w:r>
    </w:p>
    <w:p w:rsidR="007726D6" w:rsidRPr="007726D6" w:rsidRDefault="007726D6" w:rsidP="007726D6">
      <w:pPr>
        <w:numPr>
          <w:ilvl w:val="0"/>
          <w:numId w:val="7"/>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различать художественные произведения и познавательные тексты;</w:t>
      </w:r>
    </w:p>
    <w:p w:rsidR="007726D6" w:rsidRPr="007726D6" w:rsidRDefault="007726D6" w:rsidP="007726D6">
      <w:pPr>
        <w:numPr>
          <w:ilvl w:val="0"/>
          <w:numId w:val="7"/>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7726D6" w:rsidRPr="007726D6" w:rsidRDefault="007726D6" w:rsidP="007726D6">
      <w:pPr>
        <w:numPr>
          <w:ilvl w:val="0"/>
          <w:numId w:val="7"/>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7726D6" w:rsidRPr="007726D6" w:rsidRDefault="007726D6" w:rsidP="007726D6">
      <w:pPr>
        <w:numPr>
          <w:ilvl w:val="0"/>
          <w:numId w:val="7"/>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 xml:space="preserve">различать и называть отдельные жанры фольклора (считалки, загадки, пословицы, </w:t>
      </w:r>
      <w:proofErr w:type="spellStart"/>
      <w:r w:rsidRPr="007726D6">
        <w:rPr>
          <w:rFonts w:ascii="Times New Roman" w:eastAsia="Times New Roman" w:hAnsi="Times New Roman" w:cs="Times New Roman"/>
          <w:color w:val="333333"/>
          <w:sz w:val="24"/>
          <w:szCs w:val="24"/>
          <w:lang w:eastAsia="ru-RU"/>
        </w:rPr>
        <w:t>потешки</w:t>
      </w:r>
      <w:proofErr w:type="spellEnd"/>
      <w:r w:rsidRPr="007726D6">
        <w:rPr>
          <w:rFonts w:ascii="Times New Roman" w:eastAsia="Times New Roman" w:hAnsi="Times New Roman" w:cs="Times New Roman"/>
          <w:color w:val="333333"/>
          <w:sz w:val="24"/>
          <w:szCs w:val="24"/>
          <w:lang w:eastAsia="ru-RU"/>
        </w:rPr>
        <w:t>,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7726D6" w:rsidRPr="007726D6" w:rsidRDefault="007726D6" w:rsidP="007726D6">
      <w:pPr>
        <w:numPr>
          <w:ilvl w:val="0"/>
          <w:numId w:val="7"/>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7726D6" w:rsidRPr="007726D6" w:rsidRDefault="007726D6" w:rsidP="007726D6">
      <w:pPr>
        <w:numPr>
          <w:ilvl w:val="0"/>
          <w:numId w:val="7"/>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7726D6" w:rsidRPr="007726D6" w:rsidRDefault="007726D6" w:rsidP="007726D6">
      <w:pPr>
        <w:numPr>
          <w:ilvl w:val="0"/>
          <w:numId w:val="7"/>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lastRenderedPageBreak/>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7726D6" w:rsidRPr="007726D6" w:rsidRDefault="007726D6" w:rsidP="007726D6">
      <w:pPr>
        <w:numPr>
          <w:ilvl w:val="0"/>
          <w:numId w:val="7"/>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7726D6" w:rsidRPr="007726D6" w:rsidRDefault="007726D6" w:rsidP="007726D6">
      <w:pPr>
        <w:numPr>
          <w:ilvl w:val="0"/>
          <w:numId w:val="7"/>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7726D6" w:rsidRPr="007726D6" w:rsidRDefault="007726D6" w:rsidP="007726D6">
      <w:pPr>
        <w:numPr>
          <w:ilvl w:val="0"/>
          <w:numId w:val="7"/>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7726D6" w:rsidRPr="007726D6" w:rsidRDefault="007726D6" w:rsidP="007726D6">
      <w:pPr>
        <w:numPr>
          <w:ilvl w:val="0"/>
          <w:numId w:val="7"/>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пересказывать произведение (устно) подробно, выборочно, сжато (кратко), от лица героя, с изменением лица рассказчика, от третьего лица;</w:t>
      </w:r>
    </w:p>
    <w:p w:rsidR="007726D6" w:rsidRPr="007726D6" w:rsidRDefault="007726D6" w:rsidP="007726D6">
      <w:pPr>
        <w:numPr>
          <w:ilvl w:val="0"/>
          <w:numId w:val="7"/>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7726D6" w:rsidRPr="007726D6" w:rsidRDefault="007726D6" w:rsidP="007726D6">
      <w:pPr>
        <w:numPr>
          <w:ilvl w:val="0"/>
          <w:numId w:val="7"/>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читать по ролям с соблюдением норм произношения, инсценировать небольшие эпизоды из произведения;</w:t>
      </w:r>
    </w:p>
    <w:p w:rsidR="007726D6" w:rsidRPr="007726D6" w:rsidRDefault="007726D6" w:rsidP="007726D6">
      <w:pPr>
        <w:numPr>
          <w:ilvl w:val="0"/>
          <w:numId w:val="7"/>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7726D6" w:rsidRPr="007726D6" w:rsidRDefault="007726D6" w:rsidP="007726D6">
      <w:pPr>
        <w:numPr>
          <w:ilvl w:val="0"/>
          <w:numId w:val="7"/>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составлять краткий отзыв о прочитанном произведении по заданному алгоритму;</w:t>
      </w:r>
    </w:p>
    <w:p w:rsidR="007726D6" w:rsidRPr="007726D6" w:rsidRDefault="007726D6" w:rsidP="007726D6">
      <w:pPr>
        <w:numPr>
          <w:ilvl w:val="0"/>
          <w:numId w:val="7"/>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сочинять тексты, используя аналогии, иллюстрации, придумывать продолжение прочитанного произведения;</w:t>
      </w:r>
    </w:p>
    <w:p w:rsidR="007726D6" w:rsidRPr="007726D6" w:rsidRDefault="007726D6" w:rsidP="007726D6">
      <w:pPr>
        <w:numPr>
          <w:ilvl w:val="0"/>
          <w:numId w:val="7"/>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7726D6" w:rsidRPr="007726D6" w:rsidRDefault="007726D6" w:rsidP="007726D6">
      <w:pPr>
        <w:numPr>
          <w:ilvl w:val="0"/>
          <w:numId w:val="7"/>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7726D6" w:rsidRPr="007726D6" w:rsidRDefault="007726D6" w:rsidP="007726D6">
      <w:pPr>
        <w:numPr>
          <w:ilvl w:val="0"/>
          <w:numId w:val="7"/>
        </w:numPr>
        <w:spacing w:beforeAutospacing="1" w:after="0" w:line="240" w:lineRule="auto"/>
        <w:ind w:left="0"/>
        <w:jc w:val="both"/>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4"/>
          <w:szCs w:val="24"/>
          <w:lang w:eastAsia="ru-RU"/>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7726D6" w:rsidRPr="007726D6" w:rsidRDefault="007726D6" w:rsidP="007726D6">
      <w:pPr>
        <w:spacing w:beforeAutospacing="1" w:after="0" w:line="240" w:lineRule="auto"/>
        <w:jc w:val="center"/>
        <w:rPr>
          <w:rFonts w:ascii="Times New Roman" w:eastAsia="Times New Roman" w:hAnsi="Times New Roman" w:cs="Times New Roman"/>
          <w:color w:val="333333"/>
          <w:sz w:val="21"/>
          <w:szCs w:val="21"/>
          <w:lang w:eastAsia="ru-RU"/>
        </w:rPr>
      </w:pPr>
    </w:p>
    <w:p w:rsidR="007726D6" w:rsidRPr="007726D6" w:rsidRDefault="007726D6" w:rsidP="007726D6">
      <w:pPr>
        <w:spacing w:beforeAutospacing="1" w:after="0" w:line="240" w:lineRule="auto"/>
        <w:jc w:val="center"/>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000000"/>
          <w:sz w:val="32"/>
          <w:szCs w:val="32"/>
          <w:lang w:eastAsia="ru-RU"/>
        </w:rPr>
        <w:br/>
      </w:r>
    </w:p>
    <w:p w:rsidR="007726D6" w:rsidRPr="007726D6" w:rsidRDefault="007726D6" w:rsidP="007726D6">
      <w:pPr>
        <w:spacing w:beforeAutospacing="1" w:after="0" w:line="240" w:lineRule="auto"/>
        <w:jc w:val="center"/>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000000"/>
          <w:sz w:val="32"/>
          <w:szCs w:val="32"/>
          <w:lang w:eastAsia="ru-RU"/>
        </w:rPr>
        <w:br/>
      </w:r>
    </w:p>
    <w:p w:rsidR="007726D6" w:rsidRPr="007726D6" w:rsidRDefault="007726D6" w:rsidP="007726D6">
      <w:pPr>
        <w:spacing w:beforeAutospacing="1" w:after="0" w:line="240" w:lineRule="auto"/>
        <w:jc w:val="center"/>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000000"/>
          <w:sz w:val="32"/>
          <w:szCs w:val="32"/>
          <w:lang w:eastAsia="ru-RU"/>
        </w:rPr>
        <w:br/>
      </w:r>
    </w:p>
    <w:p w:rsidR="007726D6" w:rsidRPr="007726D6" w:rsidRDefault="007726D6" w:rsidP="007726D6">
      <w:pPr>
        <w:spacing w:beforeAutospacing="1" w:after="0" w:line="240" w:lineRule="auto"/>
        <w:jc w:val="center"/>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000000"/>
          <w:sz w:val="32"/>
          <w:szCs w:val="32"/>
          <w:lang w:eastAsia="ru-RU"/>
        </w:rPr>
        <w:br/>
      </w:r>
    </w:p>
    <w:p w:rsidR="007726D6" w:rsidRPr="007726D6" w:rsidRDefault="007726D6" w:rsidP="007726D6">
      <w:pPr>
        <w:spacing w:before="100" w:beforeAutospacing="1" w:after="0" w:line="240" w:lineRule="auto"/>
        <w:jc w:val="center"/>
        <w:rPr>
          <w:rFonts w:ascii="Times New Roman" w:eastAsia="Times New Roman" w:hAnsi="Times New Roman" w:cs="Times New Roman"/>
          <w:color w:val="333333"/>
          <w:sz w:val="21"/>
          <w:szCs w:val="21"/>
          <w:lang w:eastAsia="ru-RU"/>
        </w:rPr>
      </w:pPr>
    </w:p>
    <w:p w:rsidR="007726D6" w:rsidRPr="007726D6" w:rsidRDefault="007726D6" w:rsidP="007726D6">
      <w:pPr>
        <w:spacing w:before="100" w:beforeAutospacing="1" w:after="0" w:line="240" w:lineRule="auto"/>
        <w:jc w:val="center"/>
        <w:rPr>
          <w:rFonts w:ascii="Times New Roman" w:eastAsia="Times New Roman" w:hAnsi="Times New Roman" w:cs="Times New Roman"/>
          <w:color w:val="333333"/>
          <w:sz w:val="21"/>
          <w:szCs w:val="21"/>
          <w:lang w:eastAsia="ru-RU"/>
        </w:rPr>
      </w:pPr>
    </w:p>
    <w:p w:rsidR="007726D6" w:rsidRPr="007726D6" w:rsidRDefault="007726D6" w:rsidP="007726D6">
      <w:pPr>
        <w:spacing w:beforeAutospacing="1" w:after="0" w:line="240" w:lineRule="auto"/>
        <w:jc w:val="center"/>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000000"/>
          <w:sz w:val="32"/>
          <w:szCs w:val="32"/>
          <w:lang w:eastAsia="ru-RU"/>
        </w:rPr>
        <w:br/>
      </w:r>
    </w:p>
    <w:p w:rsidR="007726D6" w:rsidRPr="007726D6" w:rsidRDefault="007726D6" w:rsidP="007726D6">
      <w:pPr>
        <w:spacing w:beforeAutospacing="1" w:after="0" w:line="240" w:lineRule="auto"/>
        <w:jc w:val="center"/>
        <w:rPr>
          <w:rFonts w:ascii="Times New Roman" w:eastAsia="Times New Roman" w:hAnsi="Times New Roman" w:cs="Times New Roman"/>
          <w:color w:val="333333"/>
          <w:sz w:val="21"/>
          <w:szCs w:val="21"/>
          <w:lang w:eastAsia="ru-RU"/>
        </w:rPr>
      </w:pPr>
      <w:r w:rsidRPr="007726D6">
        <w:rPr>
          <w:rFonts w:ascii="Times New Roman" w:eastAsia="Times New Roman" w:hAnsi="Times New Roman" w:cs="Times New Roman"/>
          <w:color w:val="333333"/>
          <w:sz w:val="21"/>
          <w:szCs w:val="21"/>
          <w:lang w:eastAsia="ru-RU"/>
        </w:rPr>
        <w:lastRenderedPageBreak/>
        <w:t>​</w:t>
      </w:r>
    </w:p>
    <w:p w:rsidR="007726D6" w:rsidRDefault="007726D6">
      <w:pPr>
        <w:sectPr w:rsidR="007726D6">
          <w:pgSz w:w="11906" w:h="16838"/>
          <w:pgMar w:top="1134" w:right="850" w:bottom="1134" w:left="1701" w:header="708" w:footer="708" w:gutter="0"/>
          <w:cols w:space="708"/>
          <w:docGrid w:linePitch="360"/>
        </w:sectPr>
      </w:pPr>
    </w:p>
    <w:p w:rsidR="007726D6" w:rsidRPr="007726D6" w:rsidRDefault="007726D6" w:rsidP="007726D6">
      <w:pPr>
        <w:autoSpaceDE w:val="0"/>
        <w:autoSpaceDN w:val="0"/>
        <w:spacing w:after="258" w:line="233" w:lineRule="auto"/>
        <w:rPr>
          <w:rFonts w:ascii="Cambria" w:eastAsia="MS Mincho" w:hAnsi="Cambria" w:cs="Times New Roman"/>
          <w:lang w:val="en-US"/>
        </w:rPr>
      </w:pPr>
      <w:r w:rsidRPr="007726D6">
        <w:rPr>
          <w:rFonts w:ascii="Times New Roman" w:eastAsia="Times New Roman" w:hAnsi="Times New Roman" w:cs="Times New Roman"/>
          <w:b/>
          <w:color w:val="000000"/>
          <w:w w:val="101"/>
          <w:sz w:val="19"/>
          <w:lang w:val="en-US"/>
        </w:rPr>
        <w:lastRenderedPageBreak/>
        <w:t xml:space="preserve">ТЕМАТИЧЕСКОЕ ПЛАНИРОВАНИЕ </w:t>
      </w:r>
    </w:p>
    <w:tbl>
      <w:tblPr>
        <w:tblW w:w="0" w:type="auto"/>
        <w:tblInd w:w="6" w:type="dxa"/>
        <w:tblLayout w:type="fixed"/>
        <w:tblLook w:val="04A0" w:firstRow="1" w:lastRow="0" w:firstColumn="1" w:lastColumn="0" w:noHBand="0" w:noVBand="1"/>
      </w:tblPr>
      <w:tblGrid>
        <w:gridCol w:w="468"/>
        <w:gridCol w:w="1598"/>
        <w:gridCol w:w="528"/>
        <w:gridCol w:w="1104"/>
        <w:gridCol w:w="1140"/>
        <w:gridCol w:w="866"/>
        <w:gridCol w:w="7372"/>
        <w:gridCol w:w="1020"/>
        <w:gridCol w:w="1406"/>
      </w:tblGrid>
      <w:tr w:rsidR="007726D6" w:rsidRPr="007726D6" w:rsidTr="00391BF5">
        <w:trPr>
          <w:trHeight w:hRule="exact" w:val="348"/>
        </w:trPr>
        <w:tc>
          <w:tcPr>
            <w:tcW w:w="46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45" w:lineRule="auto"/>
              <w:ind w:right="144"/>
              <w:jc w:val="center"/>
              <w:rPr>
                <w:rFonts w:ascii="Cambria" w:eastAsia="MS Mincho" w:hAnsi="Cambria" w:cs="Times New Roman"/>
                <w:lang w:val="en-US"/>
              </w:rPr>
            </w:pPr>
            <w:r w:rsidRPr="007726D6">
              <w:rPr>
                <w:rFonts w:ascii="Times New Roman" w:eastAsia="Times New Roman" w:hAnsi="Times New Roman" w:cs="Times New Roman"/>
                <w:b/>
                <w:color w:val="000000"/>
                <w:w w:val="97"/>
                <w:sz w:val="16"/>
                <w:lang w:val="en-US"/>
              </w:rPr>
              <w:t>№</w:t>
            </w:r>
            <w:r w:rsidRPr="007726D6">
              <w:rPr>
                <w:rFonts w:ascii="Cambria" w:eastAsia="MS Mincho" w:hAnsi="Cambria" w:cs="Times New Roman"/>
                <w:lang w:val="en-US"/>
              </w:rPr>
              <w:br/>
            </w:r>
            <w:r w:rsidRPr="007726D6">
              <w:rPr>
                <w:rFonts w:ascii="Times New Roman" w:eastAsia="Times New Roman" w:hAnsi="Times New Roman" w:cs="Times New Roman"/>
                <w:b/>
                <w:color w:val="000000"/>
                <w:w w:val="97"/>
                <w:sz w:val="16"/>
                <w:lang w:val="en-US"/>
              </w:rPr>
              <w:t>п/п</w:t>
            </w:r>
          </w:p>
        </w:tc>
        <w:tc>
          <w:tcPr>
            <w:tcW w:w="159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47" w:lineRule="auto"/>
              <w:ind w:left="72" w:right="468"/>
              <w:jc w:val="both"/>
              <w:rPr>
                <w:rFonts w:ascii="Cambria" w:eastAsia="MS Mincho" w:hAnsi="Cambria" w:cs="Times New Roman"/>
              </w:rPr>
            </w:pPr>
            <w:r w:rsidRPr="007726D6">
              <w:rPr>
                <w:rFonts w:ascii="Times New Roman" w:eastAsia="Times New Roman" w:hAnsi="Times New Roman" w:cs="Times New Roman"/>
                <w:b/>
                <w:color w:val="000000"/>
                <w:w w:val="97"/>
                <w:sz w:val="16"/>
              </w:rPr>
              <w:t>Наименование разделов и тем программы</w:t>
            </w:r>
          </w:p>
        </w:tc>
        <w:tc>
          <w:tcPr>
            <w:tcW w:w="2772"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ind w:left="72"/>
              <w:rPr>
                <w:rFonts w:ascii="Cambria" w:eastAsia="MS Mincho" w:hAnsi="Cambria" w:cs="Times New Roman"/>
                <w:lang w:val="en-US"/>
              </w:rPr>
            </w:pPr>
            <w:proofErr w:type="spellStart"/>
            <w:r w:rsidRPr="007726D6">
              <w:rPr>
                <w:rFonts w:ascii="Times New Roman" w:eastAsia="Times New Roman" w:hAnsi="Times New Roman" w:cs="Times New Roman"/>
                <w:b/>
                <w:color w:val="000000"/>
                <w:w w:val="97"/>
                <w:sz w:val="16"/>
                <w:lang w:val="en-US"/>
              </w:rPr>
              <w:t>Количество</w:t>
            </w:r>
            <w:proofErr w:type="spellEnd"/>
            <w:r w:rsidRPr="007726D6">
              <w:rPr>
                <w:rFonts w:ascii="Times New Roman" w:eastAsia="Times New Roman" w:hAnsi="Times New Roman" w:cs="Times New Roman"/>
                <w:b/>
                <w:color w:val="000000"/>
                <w:w w:val="97"/>
                <w:sz w:val="16"/>
                <w:lang w:val="en-US"/>
              </w:rPr>
              <w:t xml:space="preserve"> </w:t>
            </w:r>
            <w:proofErr w:type="spellStart"/>
            <w:r w:rsidRPr="007726D6">
              <w:rPr>
                <w:rFonts w:ascii="Times New Roman" w:eastAsia="Times New Roman" w:hAnsi="Times New Roman" w:cs="Times New Roman"/>
                <w:b/>
                <w:color w:val="000000"/>
                <w:w w:val="97"/>
                <w:sz w:val="16"/>
                <w:lang w:val="en-US"/>
              </w:rPr>
              <w:t>часов</w:t>
            </w:r>
            <w:proofErr w:type="spellEnd"/>
          </w:p>
        </w:tc>
        <w:tc>
          <w:tcPr>
            <w:tcW w:w="86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45" w:lineRule="auto"/>
              <w:ind w:left="72"/>
              <w:rPr>
                <w:rFonts w:ascii="Cambria" w:eastAsia="MS Mincho" w:hAnsi="Cambria" w:cs="Times New Roman"/>
                <w:lang w:val="en-US"/>
              </w:rPr>
            </w:pPr>
            <w:proofErr w:type="spellStart"/>
            <w:r w:rsidRPr="007726D6">
              <w:rPr>
                <w:rFonts w:ascii="Times New Roman" w:eastAsia="Times New Roman" w:hAnsi="Times New Roman" w:cs="Times New Roman"/>
                <w:b/>
                <w:color w:val="000000"/>
                <w:w w:val="97"/>
                <w:sz w:val="16"/>
                <w:lang w:val="en-US"/>
              </w:rPr>
              <w:t>Дата</w:t>
            </w:r>
            <w:proofErr w:type="spellEnd"/>
            <w:r w:rsidRPr="007726D6">
              <w:rPr>
                <w:rFonts w:ascii="Times New Roman" w:eastAsia="Times New Roman" w:hAnsi="Times New Roman" w:cs="Times New Roman"/>
                <w:b/>
                <w:color w:val="000000"/>
                <w:w w:val="97"/>
                <w:sz w:val="16"/>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b/>
                <w:color w:val="000000"/>
                <w:w w:val="97"/>
                <w:sz w:val="16"/>
                <w:lang w:val="en-US"/>
              </w:rPr>
              <w:t>изучения</w:t>
            </w:r>
            <w:proofErr w:type="spellEnd"/>
          </w:p>
        </w:tc>
        <w:tc>
          <w:tcPr>
            <w:tcW w:w="737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ind w:left="72"/>
              <w:rPr>
                <w:rFonts w:ascii="Cambria" w:eastAsia="MS Mincho" w:hAnsi="Cambria" w:cs="Times New Roman"/>
                <w:lang w:val="en-US"/>
              </w:rPr>
            </w:pPr>
            <w:proofErr w:type="spellStart"/>
            <w:r w:rsidRPr="007726D6">
              <w:rPr>
                <w:rFonts w:ascii="Times New Roman" w:eastAsia="Times New Roman" w:hAnsi="Times New Roman" w:cs="Times New Roman"/>
                <w:b/>
                <w:color w:val="000000"/>
                <w:w w:val="97"/>
                <w:sz w:val="16"/>
                <w:lang w:val="en-US"/>
              </w:rPr>
              <w:t>Виды</w:t>
            </w:r>
            <w:proofErr w:type="spellEnd"/>
            <w:r w:rsidRPr="007726D6">
              <w:rPr>
                <w:rFonts w:ascii="Times New Roman" w:eastAsia="Times New Roman" w:hAnsi="Times New Roman" w:cs="Times New Roman"/>
                <w:b/>
                <w:color w:val="000000"/>
                <w:w w:val="97"/>
                <w:sz w:val="16"/>
                <w:lang w:val="en-US"/>
              </w:rPr>
              <w:t xml:space="preserve"> </w:t>
            </w:r>
            <w:proofErr w:type="spellStart"/>
            <w:r w:rsidRPr="007726D6">
              <w:rPr>
                <w:rFonts w:ascii="Times New Roman" w:eastAsia="Times New Roman" w:hAnsi="Times New Roman" w:cs="Times New Roman"/>
                <w:b/>
                <w:color w:val="000000"/>
                <w:w w:val="97"/>
                <w:sz w:val="16"/>
                <w:lang w:val="en-US"/>
              </w:rPr>
              <w:t>деятельности</w:t>
            </w:r>
            <w:proofErr w:type="spellEnd"/>
          </w:p>
        </w:tc>
        <w:tc>
          <w:tcPr>
            <w:tcW w:w="102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47" w:lineRule="auto"/>
              <w:ind w:left="72" w:right="144"/>
              <w:rPr>
                <w:rFonts w:ascii="Cambria" w:eastAsia="MS Mincho" w:hAnsi="Cambria" w:cs="Times New Roman"/>
                <w:lang w:val="en-US"/>
              </w:rPr>
            </w:pPr>
            <w:proofErr w:type="spellStart"/>
            <w:r w:rsidRPr="007726D6">
              <w:rPr>
                <w:rFonts w:ascii="Times New Roman" w:eastAsia="Times New Roman" w:hAnsi="Times New Roman" w:cs="Times New Roman"/>
                <w:b/>
                <w:color w:val="000000"/>
                <w:w w:val="97"/>
                <w:sz w:val="16"/>
                <w:lang w:val="en-US"/>
              </w:rPr>
              <w:t>Виды</w:t>
            </w:r>
            <w:proofErr w:type="spellEnd"/>
            <w:r w:rsidRPr="007726D6">
              <w:rPr>
                <w:rFonts w:ascii="Times New Roman" w:eastAsia="Times New Roman" w:hAnsi="Times New Roman" w:cs="Times New Roman"/>
                <w:b/>
                <w:color w:val="000000"/>
                <w:w w:val="97"/>
                <w:sz w:val="16"/>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b/>
                <w:color w:val="000000"/>
                <w:w w:val="97"/>
                <w:sz w:val="16"/>
                <w:lang w:val="en-US"/>
              </w:rPr>
              <w:t>формы</w:t>
            </w:r>
            <w:proofErr w:type="spellEnd"/>
            <w:r w:rsidRPr="007726D6">
              <w:rPr>
                <w:rFonts w:ascii="Times New Roman" w:eastAsia="Times New Roman" w:hAnsi="Times New Roman" w:cs="Times New Roman"/>
                <w:b/>
                <w:color w:val="000000"/>
                <w:w w:val="97"/>
                <w:sz w:val="16"/>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b/>
                <w:color w:val="000000"/>
                <w:w w:val="97"/>
                <w:sz w:val="16"/>
                <w:lang w:val="en-US"/>
              </w:rPr>
              <w:t>контроля</w:t>
            </w:r>
            <w:proofErr w:type="spellEnd"/>
          </w:p>
        </w:tc>
        <w:tc>
          <w:tcPr>
            <w:tcW w:w="140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50" w:lineRule="auto"/>
              <w:ind w:left="72"/>
              <w:rPr>
                <w:rFonts w:ascii="Cambria" w:eastAsia="MS Mincho" w:hAnsi="Cambria" w:cs="Times New Roman"/>
                <w:lang w:val="en-US"/>
              </w:rPr>
            </w:pPr>
            <w:proofErr w:type="spellStart"/>
            <w:r w:rsidRPr="007726D6">
              <w:rPr>
                <w:rFonts w:ascii="Times New Roman" w:eastAsia="Times New Roman" w:hAnsi="Times New Roman" w:cs="Times New Roman"/>
                <w:b/>
                <w:color w:val="000000"/>
                <w:w w:val="97"/>
                <w:sz w:val="16"/>
                <w:lang w:val="en-US"/>
              </w:rPr>
              <w:t>Электронные</w:t>
            </w:r>
            <w:proofErr w:type="spellEnd"/>
            <w:r w:rsidRPr="007726D6">
              <w:rPr>
                <w:rFonts w:ascii="Times New Roman" w:eastAsia="Times New Roman" w:hAnsi="Times New Roman" w:cs="Times New Roman"/>
                <w:b/>
                <w:color w:val="000000"/>
                <w:w w:val="97"/>
                <w:sz w:val="16"/>
                <w:lang w:val="en-US"/>
              </w:rPr>
              <w:t xml:space="preserve"> </w:t>
            </w:r>
            <w:r w:rsidRPr="007726D6">
              <w:rPr>
                <w:rFonts w:ascii="Cambria" w:eastAsia="MS Mincho" w:hAnsi="Cambria" w:cs="Times New Roman"/>
                <w:lang w:val="en-US"/>
              </w:rPr>
              <w:br/>
            </w:r>
            <w:r w:rsidRPr="007726D6">
              <w:rPr>
                <w:rFonts w:ascii="Times New Roman" w:eastAsia="Times New Roman" w:hAnsi="Times New Roman" w:cs="Times New Roman"/>
                <w:b/>
                <w:color w:val="000000"/>
                <w:w w:val="97"/>
                <w:sz w:val="16"/>
                <w:lang w:val="en-US"/>
              </w:rPr>
              <w:t>(</w:t>
            </w:r>
            <w:proofErr w:type="spellStart"/>
            <w:r w:rsidRPr="007726D6">
              <w:rPr>
                <w:rFonts w:ascii="Times New Roman" w:eastAsia="Times New Roman" w:hAnsi="Times New Roman" w:cs="Times New Roman"/>
                <w:b/>
                <w:color w:val="000000"/>
                <w:w w:val="97"/>
                <w:sz w:val="16"/>
                <w:lang w:val="en-US"/>
              </w:rPr>
              <w:t>цифровые</w:t>
            </w:r>
            <w:proofErr w:type="spellEnd"/>
            <w:r w:rsidRPr="007726D6">
              <w:rPr>
                <w:rFonts w:ascii="Times New Roman" w:eastAsia="Times New Roman" w:hAnsi="Times New Roman" w:cs="Times New Roman"/>
                <w:b/>
                <w:color w:val="000000"/>
                <w:w w:val="97"/>
                <w:sz w:val="16"/>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b/>
                <w:color w:val="000000"/>
                <w:w w:val="97"/>
                <w:sz w:val="16"/>
                <w:lang w:val="en-US"/>
              </w:rPr>
              <w:t>образовательные</w:t>
            </w:r>
            <w:proofErr w:type="spellEnd"/>
            <w:r w:rsidRPr="007726D6">
              <w:rPr>
                <w:rFonts w:ascii="Times New Roman" w:eastAsia="Times New Roman" w:hAnsi="Times New Roman" w:cs="Times New Roman"/>
                <w:b/>
                <w:color w:val="000000"/>
                <w:w w:val="97"/>
                <w:sz w:val="16"/>
                <w:lang w:val="en-US"/>
              </w:rPr>
              <w:t xml:space="preserve"> </w:t>
            </w:r>
            <w:proofErr w:type="spellStart"/>
            <w:r w:rsidRPr="007726D6">
              <w:rPr>
                <w:rFonts w:ascii="Times New Roman" w:eastAsia="Times New Roman" w:hAnsi="Times New Roman" w:cs="Times New Roman"/>
                <w:b/>
                <w:color w:val="000000"/>
                <w:w w:val="97"/>
                <w:sz w:val="16"/>
                <w:lang w:val="en-US"/>
              </w:rPr>
              <w:t>ресурсы</w:t>
            </w:r>
            <w:proofErr w:type="spellEnd"/>
          </w:p>
        </w:tc>
      </w:tr>
      <w:tr w:rsidR="007726D6" w:rsidRPr="007726D6" w:rsidTr="00391BF5">
        <w:trPr>
          <w:trHeight w:hRule="exact" w:val="576"/>
        </w:trPr>
        <w:tc>
          <w:tcPr>
            <w:tcW w:w="1726" w:type="dxa"/>
            <w:vMerge/>
            <w:tcBorders>
              <w:top w:val="single" w:sz="4" w:space="0" w:color="000000"/>
              <w:left w:val="single" w:sz="4" w:space="0" w:color="000000"/>
              <w:bottom w:val="single" w:sz="4" w:space="0" w:color="000000"/>
              <w:right w:val="single" w:sz="4" w:space="0" w:color="000000"/>
            </w:tcBorders>
          </w:tcPr>
          <w:p w:rsidR="007726D6" w:rsidRPr="007726D6" w:rsidRDefault="007726D6" w:rsidP="007726D6">
            <w:pPr>
              <w:rPr>
                <w:rFonts w:ascii="Cambria" w:eastAsia="MS Mincho" w:hAnsi="Cambria" w:cs="Times New Roman"/>
                <w:lang w:val="en-US"/>
              </w:rPr>
            </w:pPr>
          </w:p>
        </w:tc>
        <w:tc>
          <w:tcPr>
            <w:tcW w:w="1726" w:type="dxa"/>
            <w:vMerge/>
            <w:tcBorders>
              <w:top w:val="single" w:sz="4" w:space="0" w:color="000000"/>
              <w:left w:val="single" w:sz="4" w:space="0" w:color="000000"/>
              <w:bottom w:val="single" w:sz="4" w:space="0" w:color="000000"/>
              <w:right w:val="single" w:sz="4" w:space="0" w:color="000000"/>
            </w:tcBorders>
          </w:tcPr>
          <w:p w:rsidR="007726D6" w:rsidRPr="007726D6" w:rsidRDefault="007726D6" w:rsidP="007726D6">
            <w:pPr>
              <w:rPr>
                <w:rFonts w:ascii="Cambria" w:eastAsia="MS Mincho" w:hAnsi="Cambria" w:cs="Times New Roman"/>
                <w:lang w:val="en-US"/>
              </w:rPr>
            </w:pP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jc w:val="center"/>
              <w:rPr>
                <w:rFonts w:ascii="Cambria" w:eastAsia="MS Mincho" w:hAnsi="Cambria" w:cs="Times New Roman"/>
                <w:lang w:val="en-US"/>
              </w:rPr>
            </w:pPr>
            <w:proofErr w:type="spellStart"/>
            <w:r w:rsidRPr="007726D6">
              <w:rPr>
                <w:rFonts w:ascii="Times New Roman" w:eastAsia="Times New Roman" w:hAnsi="Times New Roman" w:cs="Times New Roman"/>
                <w:b/>
                <w:color w:val="000000"/>
                <w:w w:val="97"/>
                <w:sz w:val="16"/>
                <w:lang w:val="en-US"/>
              </w:rPr>
              <w:t>всего</w:t>
            </w:r>
            <w:proofErr w:type="spellEnd"/>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45" w:lineRule="auto"/>
              <w:ind w:left="72"/>
              <w:rPr>
                <w:rFonts w:ascii="Cambria" w:eastAsia="MS Mincho" w:hAnsi="Cambria" w:cs="Times New Roman"/>
                <w:lang w:val="en-US"/>
              </w:rPr>
            </w:pPr>
            <w:proofErr w:type="spellStart"/>
            <w:r w:rsidRPr="007726D6">
              <w:rPr>
                <w:rFonts w:ascii="Times New Roman" w:eastAsia="Times New Roman" w:hAnsi="Times New Roman" w:cs="Times New Roman"/>
                <w:b/>
                <w:color w:val="000000"/>
                <w:w w:val="97"/>
                <w:sz w:val="16"/>
                <w:lang w:val="en-US"/>
              </w:rPr>
              <w:t>контрольные</w:t>
            </w:r>
            <w:proofErr w:type="spellEnd"/>
            <w:r w:rsidRPr="007726D6">
              <w:rPr>
                <w:rFonts w:ascii="Times New Roman" w:eastAsia="Times New Roman" w:hAnsi="Times New Roman" w:cs="Times New Roman"/>
                <w:b/>
                <w:color w:val="000000"/>
                <w:w w:val="97"/>
                <w:sz w:val="16"/>
                <w:lang w:val="en-US"/>
              </w:rPr>
              <w:t xml:space="preserve"> </w:t>
            </w:r>
            <w:proofErr w:type="spellStart"/>
            <w:r w:rsidRPr="007726D6">
              <w:rPr>
                <w:rFonts w:ascii="Times New Roman" w:eastAsia="Times New Roman" w:hAnsi="Times New Roman" w:cs="Times New Roman"/>
                <w:b/>
                <w:color w:val="000000"/>
                <w:w w:val="97"/>
                <w:sz w:val="16"/>
                <w:lang w:val="en-US"/>
              </w:rPr>
              <w:t>работы</w:t>
            </w:r>
            <w:proofErr w:type="spellEnd"/>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45" w:lineRule="auto"/>
              <w:ind w:left="72"/>
              <w:rPr>
                <w:rFonts w:ascii="Cambria" w:eastAsia="MS Mincho" w:hAnsi="Cambria" w:cs="Times New Roman"/>
                <w:lang w:val="en-US"/>
              </w:rPr>
            </w:pPr>
            <w:proofErr w:type="spellStart"/>
            <w:r w:rsidRPr="007726D6">
              <w:rPr>
                <w:rFonts w:ascii="Times New Roman" w:eastAsia="Times New Roman" w:hAnsi="Times New Roman" w:cs="Times New Roman"/>
                <w:b/>
                <w:color w:val="000000"/>
                <w:w w:val="97"/>
                <w:sz w:val="16"/>
                <w:lang w:val="en-US"/>
              </w:rPr>
              <w:t>практические</w:t>
            </w:r>
            <w:proofErr w:type="spellEnd"/>
            <w:r w:rsidRPr="007726D6">
              <w:rPr>
                <w:rFonts w:ascii="Times New Roman" w:eastAsia="Times New Roman" w:hAnsi="Times New Roman" w:cs="Times New Roman"/>
                <w:b/>
                <w:color w:val="000000"/>
                <w:w w:val="97"/>
                <w:sz w:val="16"/>
                <w:lang w:val="en-US"/>
              </w:rPr>
              <w:t xml:space="preserve"> </w:t>
            </w:r>
            <w:proofErr w:type="spellStart"/>
            <w:r w:rsidRPr="007726D6">
              <w:rPr>
                <w:rFonts w:ascii="Times New Roman" w:eastAsia="Times New Roman" w:hAnsi="Times New Roman" w:cs="Times New Roman"/>
                <w:b/>
                <w:color w:val="000000"/>
                <w:w w:val="97"/>
                <w:sz w:val="16"/>
                <w:lang w:val="en-US"/>
              </w:rPr>
              <w:t>работы</w:t>
            </w:r>
            <w:proofErr w:type="spellEnd"/>
          </w:p>
        </w:tc>
        <w:tc>
          <w:tcPr>
            <w:tcW w:w="1726" w:type="dxa"/>
            <w:vMerge/>
            <w:tcBorders>
              <w:top w:val="single" w:sz="4" w:space="0" w:color="000000"/>
              <w:left w:val="single" w:sz="4" w:space="0" w:color="000000"/>
              <w:bottom w:val="single" w:sz="4" w:space="0" w:color="000000"/>
              <w:right w:val="single" w:sz="4" w:space="0" w:color="000000"/>
            </w:tcBorders>
          </w:tcPr>
          <w:p w:rsidR="007726D6" w:rsidRPr="007726D6" w:rsidRDefault="007726D6" w:rsidP="007726D6">
            <w:pPr>
              <w:rPr>
                <w:rFonts w:ascii="Cambria" w:eastAsia="MS Mincho" w:hAnsi="Cambria" w:cs="Times New Roman"/>
                <w:lang w:val="en-US"/>
              </w:rPr>
            </w:pPr>
          </w:p>
        </w:tc>
        <w:tc>
          <w:tcPr>
            <w:tcW w:w="1726" w:type="dxa"/>
            <w:vMerge/>
            <w:tcBorders>
              <w:top w:val="single" w:sz="4" w:space="0" w:color="000000"/>
              <w:left w:val="single" w:sz="4" w:space="0" w:color="000000"/>
              <w:bottom w:val="single" w:sz="4" w:space="0" w:color="000000"/>
              <w:right w:val="single" w:sz="4" w:space="0" w:color="000000"/>
            </w:tcBorders>
          </w:tcPr>
          <w:p w:rsidR="007726D6" w:rsidRPr="007726D6" w:rsidRDefault="007726D6" w:rsidP="007726D6">
            <w:pPr>
              <w:rPr>
                <w:rFonts w:ascii="Cambria" w:eastAsia="MS Mincho" w:hAnsi="Cambria" w:cs="Times New Roman"/>
                <w:lang w:val="en-US"/>
              </w:rPr>
            </w:pPr>
          </w:p>
        </w:tc>
        <w:tc>
          <w:tcPr>
            <w:tcW w:w="1726" w:type="dxa"/>
            <w:vMerge/>
            <w:tcBorders>
              <w:top w:val="single" w:sz="4" w:space="0" w:color="000000"/>
              <w:left w:val="single" w:sz="4" w:space="0" w:color="000000"/>
              <w:bottom w:val="single" w:sz="4" w:space="0" w:color="000000"/>
              <w:right w:val="single" w:sz="4" w:space="0" w:color="000000"/>
            </w:tcBorders>
          </w:tcPr>
          <w:p w:rsidR="007726D6" w:rsidRPr="007726D6" w:rsidRDefault="007726D6" w:rsidP="007726D6">
            <w:pPr>
              <w:rPr>
                <w:rFonts w:ascii="Cambria" w:eastAsia="MS Mincho" w:hAnsi="Cambria" w:cs="Times New Roman"/>
                <w:lang w:val="en-US"/>
              </w:rPr>
            </w:pPr>
          </w:p>
        </w:tc>
        <w:tc>
          <w:tcPr>
            <w:tcW w:w="1726" w:type="dxa"/>
            <w:vMerge/>
            <w:tcBorders>
              <w:top w:val="single" w:sz="4" w:space="0" w:color="000000"/>
              <w:left w:val="single" w:sz="4" w:space="0" w:color="000000"/>
              <w:bottom w:val="single" w:sz="4" w:space="0" w:color="000000"/>
              <w:right w:val="single" w:sz="4" w:space="0" w:color="000000"/>
            </w:tcBorders>
          </w:tcPr>
          <w:p w:rsidR="007726D6" w:rsidRPr="007726D6" w:rsidRDefault="007726D6" w:rsidP="007726D6">
            <w:pPr>
              <w:rPr>
                <w:rFonts w:ascii="Cambria" w:eastAsia="MS Mincho" w:hAnsi="Cambria" w:cs="Times New Roman"/>
                <w:lang w:val="en-US"/>
              </w:rPr>
            </w:pPr>
          </w:p>
        </w:tc>
      </w:tr>
      <w:tr w:rsidR="007726D6" w:rsidRPr="007726D6" w:rsidTr="00391BF5">
        <w:trPr>
          <w:trHeight w:hRule="exact" w:val="131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1.1.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45" w:lineRule="auto"/>
              <w:ind w:left="72" w:right="432"/>
              <w:rPr>
                <w:rFonts w:ascii="Cambria" w:eastAsia="MS Mincho" w:hAnsi="Cambria" w:cs="Times New Roman"/>
              </w:rPr>
            </w:pPr>
            <w:r w:rsidRPr="007726D6">
              <w:rPr>
                <w:rFonts w:ascii="Times New Roman" w:eastAsia="Times New Roman" w:hAnsi="Times New Roman" w:cs="Times New Roman"/>
                <w:b/>
                <w:color w:val="000000"/>
                <w:w w:val="97"/>
                <w:sz w:val="16"/>
              </w:rPr>
              <w:t>О Родине и её истории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 xml:space="preserve">1 </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0</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jc w:val="center"/>
              <w:rPr>
                <w:rFonts w:ascii="Cambria" w:eastAsia="MS Mincho" w:hAnsi="Cambria" w:cs="Times New Roman"/>
                <w:lang w:val="en-US"/>
              </w:rPr>
            </w:pPr>
          </w:p>
        </w:tc>
        <w:tc>
          <w:tcPr>
            <w:tcW w:w="737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45" w:lineRule="auto"/>
              <w:ind w:left="72" w:right="288"/>
              <w:rPr>
                <w:rFonts w:ascii="Cambria" w:eastAsia="MS Mincho" w:hAnsi="Cambria" w:cs="Times New Roman"/>
              </w:rPr>
            </w:pPr>
            <w:r w:rsidRPr="007726D6">
              <w:rPr>
                <w:rFonts w:ascii="Times New Roman" w:eastAsia="Times New Roman" w:hAnsi="Times New Roman" w:cs="Times New Roman"/>
                <w:color w:val="000000"/>
                <w:w w:val="97"/>
                <w:sz w:val="16"/>
              </w:rPr>
              <w:t>Учебный диалог: работа с названием темы/раздела: прогнозирование содержания произведений в этом разделе, установление мотива изучения;</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45" w:lineRule="auto"/>
              <w:ind w:left="72" w:right="288"/>
              <w:rPr>
                <w:rFonts w:ascii="Cambria" w:eastAsia="MS Mincho" w:hAnsi="Cambria" w:cs="Times New Roman"/>
                <w:lang w:val="en-US"/>
              </w:rPr>
            </w:pPr>
            <w:proofErr w:type="spellStart"/>
            <w:r w:rsidRPr="007726D6">
              <w:rPr>
                <w:rFonts w:ascii="Times New Roman" w:eastAsia="Times New Roman" w:hAnsi="Times New Roman" w:cs="Times New Roman"/>
                <w:color w:val="000000"/>
                <w:w w:val="97"/>
                <w:sz w:val="16"/>
                <w:lang w:val="en-US"/>
              </w:rPr>
              <w:t>Устный</w:t>
            </w:r>
            <w:proofErr w:type="spellEnd"/>
            <w:r w:rsidRPr="007726D6">
              <w:rPr>
                <w:rFonts w:ascii="Times New Roman" w:eastAsia="Times New Roman" w:hAnsi="Times New Roman" w:cs="Times New Roman"/>
                <w:color w:val="000000"/>
                <w:w w:val="97"/>
                <w:sz w:val="16"/>
                <w:lang w:val="en-US"/>
              </w:rPr>
              <w:t xml:space="preserve"> </w:t>
            </w:r>
            <w:proofErr w:type="spellStart"/>
            <w:r w:rsidRPr="007726D6">
              <w:rPr>
                <w:rFonts w:ascii="Times New Roman" w:eastAsia="Times New Roman" w:hAnsi="Times New Roman" w:cs="Times New Roman"/>
                <w:color w:val="000000"/>
                <w:w w:val="97"/>
                <w:sz w:val="16"/>
                <w:lang w:val="en-US"/>
              </w:rPr>
              <w:t>опрос</w:t>
            </w:r>
            <w:proofErr w:type="spellEnd"/>
            <w:r w:rsidRPr="007726D6">
              <w:rPr>
                <w:rFonts w:ascii="Times New Roman" w:eastAsia="Times New Roman" w:hAnsi="Times New Roman" w:cs="Times New Roman"/>
                <w:color w:val="000000"/>
                <w:w w:val="97"/>
                <w:sz w:val="16"/>
                <w:lang w:val="en-US"/>
              </w:rPr>
              <w:t>;</w:t>
            </w:r>
          </w:p>
        </w:tc>
        <w:tc>
          <w:tcPr>
            <w:tcW w:w="1406"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52" w:lineRule="auto"/>
              <w:ind w:left="72"/>
              <w:rPr>
                <w:rFonts w:ascii="Cambria" w:eastAsia="MS Mincho" w:hAnsi="Cambria" w:cs="Times New Roman"/>
              </w:rPr>
            </w:pPr>
            <w:proofErr w:type="spellStart"/>
            <w:r w:rsidRPr="007726D6">
              <w:rPr>
                <w:rFonts w:ascii="Times New Roman" w:eastAsia="Times New Roman" w:hAnsi="Times New Roman" w:cs="Times New Roman"/>
                <w:color w:val="000000"/>
                <w:w w:val="97"/>
                <w:sz w:val="16"/>
              </w:rPr>
              <w:t>Рябущкина</w:t>
            </w:r>
            <w:proofErr w:type="spellEnd"/>
            <w:r w:rsidRPr="007726D6">
              <w:rPr>
                <w:rFonts w:ascii="Times New Roman" w:eastAsia="Times New Roman" w:hAnsi="Times New Roman" w:cs="Times New Roman"/>
                <w:color w:val="000000"/>
                <w:w w:val="97"/>
                <w:sz w:val="16"/>
              </w:rPr>
              <w:t xml:space="preserve"> И.В.,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 xml:space="preserve">Стефаненко Н.А. </w:t>
            </w:r>
            <w:proofErr w:type="spellStart"/>
            <w:r w:rsidRPr="007726D6">
              <w:rPr>
                <w:rFonts w:ascii="Times New Roman" w:eastAsia="Times New Roman" w:hAnsi="Times New Roman" w:cs="Times New Roman"/>
                <w:color w:val="000000"/>
                <w:w w:val="97"/>
                <w:sz w:val="16"/>
              </w:rPr>
              <w:t>Аудиоприложение</w:t>
            </w:r>
            <w:proofErr w:type="spellEnd"/>
            <w:r w:rsidRPr="007726D6">
              <w:rPr>
                <w:rFonts w:ascii="Times New Roman" w:eastAsia="Times New Roman" w:hAnsi="Times New Roman" w:cs="Times New Roman"/>
                <w:color w:val="000000"/>
                <w:w w:val="97"/>
                <w:sz w:val="16"/>
              </w:rPr>
              <w:t xml:space="preserve"> к учебнику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 xml:space="preserve">литературного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чтения: 3 класс</w:t>
            </w:r>
          </w:p>
        </w:tc>
      </w:tr>
      <w:tr w:rsidR="007726D6" w:rsidRPr="007726D6" w:rsidTr="00391BF5">
        <w:trPr>
          <w:trHeight w:hRule="exact" w:val="130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33"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1.2.</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50" w:lineRule="auto"/>
              <w:ind w:left="72" w:right="144"/>
              <w:rPr>
                <w:rFonts w:ascii="Cambria" w:eastAsia="MS Mincho" w:hAnsi="Cambria" w:cs="Times New Roman"/>
                <w:lang w:val="en-US"/>
              </w:rPr>
            </w:pPr>
            <w:proofErr w:type="spellStart"/>
            <w:r w:rsidRPr="007726D6">
              <w:rPr>
                <w:rFonts w:ascii="Times New Roman" w:eastAsia="Times New Roman" w:hAnsi="Times New Roman" w:cs="Times New Roman"/>
                <w:b/>
                <w:color w:val="000000"/>
                <w:w w:val="97"/>
                <w:sz w:val="16"/>
                <w:lang w:val="en-US"/>
              </w:rPr>
              <w:t>Фольклор</w:t>
            </w:r>
            <w:proofErr w:type="spellEnd"/>
            <w:r w:rsidRPr="007726D6">
              <w:rPr>
                <w:rFonts w:ascii="Times New Roman" w:eastAsia="Times New Roman" w:hAnsi="Times New Roman" w:cs="Times New Roman"/>
                <w:b/>
                <w:color w:val="000000"/>
                <w:w w:val="97"/>
                <w:sz w:val="16"/>
                <w:lang w:val="en-US"/>
              </w:rPr>
              <w:t xml:space="preserve"> (</w:t>
            </w:r>
            <w:proofErr w:type="spellStart"/>
            <w:r w:rsidRPr="007726D6">
              <w:rPr>
                <w:rFonts w:ascii="Times New Roman" w:eastAsia="Times New Roman" w:hAnsi="Times New Roman" w:cs="Times New Roman"/>
                <w:b/>
                <w:color w:val="000000"/>
                <w:w w:val="97"/>
                <w:sz w:val="16"/>
                <w:lang w:val="en-US"/>
              </w:rPr>
              <w:t>устное</w:t>
            </w:r>
            <w:proofErr w:type="spellEnd"/>
            <w:r w:rsidRPr="007726D6">
              <w:rPr>
                <w:rFonts w:ascii="Times New Roman" w:eastAsia="Times New Roman" w:hAnsi="Times New Roman" w:cs="Times New Roman"/>
                <w:b/>
                <w:color w:val="000000"/>
                <w:w w:val="97"/>
                <w:sz w:val="16"/>
                <w:lang w:val="en-US"/>
              </w:rPr>
              <w:t xml:space="preserve"> </w:t>
            </w:r>
            <w:proofErr w:type="spellStart"/>
            <w:r w:rsidRPr="007726D6">
              <w:rPr>
                <w:rFonts w:ascii="Times New Roman" w:eastAsia="Times New Roman" w:hAnsi="Times New Roman" w:cs="Times New Roman"/>
                <w:b/>
                <w:color w:val="000000"/>
                <w:w w:val="97"/>
                <w:sz w:val="16"/>
                <w:lang w:val="en-US"/>
              </w:rPr>
              <w:t>народное</w:t>
            </w:r>
            <w:proofErr w:type="spellEnd"/>
            <w:r w:rsidRPr="007726D6">
              <w:rPr>
                <w:rFonts w:ascii="Times New Roman" w:eastAsia="Times New Roman" w:hAnsi="Times New Roman" w:cs="Times New Roman"/>
                <w:b/>
                <w:color w:val="000000"/>
                <w:w w:val="97"/>
                <w:sz w:val="16"/>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b/>
                <w:color w:val="000000"/>
                <w:w w:val="97"/>
                <w:sz w:val="16"/>
                <w:lang w:val="en-US"/>
              </w:rPr>
              <w:t>творчество</w:t>
            </w:r>
            <w:proofErr w:type="spellEnd"/>
            <w:r w:rsidRPr="007726D6">
              <w:rPr>
                <w:rFonts w:ascii="Times New Roman" w:eastAsia="Times New Roman" w:hAnsi="Times New Roman" w:cs="Times New Roman"/>
                <w:b/>
                <w:color w:val="000000"/>
                <w:w w:val="97"/>
                <w:sz w:val="16"/>
                <w:lang w:val="en-US"/>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33"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11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33"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33"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1</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45" w:lineRule="auto"/>
              <w:jc w:val="center"/>
              <w:rPr>
                <w:rFonts w:ascii="Cambria" w:eastAsia="MS Mincho" w:hAnsi="Cambria" w:cs="Times New Roman"/>
                <w:lang w:val="en-US"/>
              </w:rPr>
            </w:pPr>
          </w:p>
        </w:tc>
        <w:tc>
          <w:tcPr>
            <w:tcW w:w="737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45" w:lineRule="auto"/>
              <w:ind w:left="72" w:right="288"/>
              <w:rPr>
                <w:rFonts w:ascii="Cambria" w:eastAsia="MS Mincho" w:hAnsi="Cambria" w:cs="Times New Roman"/>
              </w:rPr>
            </w:pPr>
            <w:r w:rsidRPr="007726D6">
              <w:rPr>
                <w:rFonts w:ascii="Times New Roman" w:eastAsia="Times New Roman" w:hAnsi="Times New Roman" w:cs="Times New Roman"/>
                <w:color w:val="000000"/>
                <w:w w:val="97"/>
                <w:sz w:val="16"/>
              </w:rPr>
              <w:t>«Чтение» информации, представленной в схематическом виде, объяснение значения слова «фольклор», обобщение представлений о жанрах фольклора малой формы, работа со схемой;</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50" w:lineRule="auto"/>
              <w:ind w:left="72"/>
              <w:rPr>
                <w:rFonts w:ascii="Cambria" w:eastAsia="MS Mincho" w:hAnsi="Cambria" w:cs="Times New Roman"/>
                <w:lang w:val="en-US"/>
              </w:rPr>
            </w:pPr>
            <w:proofErr w:type="spellStart"/>
            <w:r w:rsidRPr="007726D6">
              <w:rPr>
                <w:rFonts w:ascii="Times New Roman" w:eastAsia="Times New Roman" w:hAnsi="Times New Roman" w:cs="Times New Roman"/>
                <w:color w:val="000000"/>
                <w:w w:val="97"/>
                <w:sz w:val="16"/>
                <w:lang w:val="en-US"/>
              </w:rPr>
              <w:t>Устный</w:t>
            </w:r>
            <w:proofErr w:type="spellEnd"/>
            <w:r w:rsidRPr="007726D6">
              <w:rPr>
                <w:rFonts w:ascii="Times New Roman" w:eastAsia="Times New Roman" w:hAnsi="Times New Roman" w:cs="Times New Roman"/>
                <w:color w:val="000000"/>
                <w:w w:val="97"/>
                <w:sz w:val="16"/>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97"/>
                <w:sz w:val="16"/>
                <w:lang w:val="en-US"/>
              </w:rPr>
              <w:t>опрос</w:t>
            </w:r>
            <w:proofErr w:type="spellEnd"/>
            <w:r w:rsidRPr="007726D6">
              <w:rPr>
                <w:rFonts w:ascii="Times New Roman" w:eastAsia="Times New Roman" w:hAnsi="Times New Roman" w:cs="Times New Roman"/>
                <w:color w:val="000000"/>
                <w:w w:val="97"/>
                <w:sz w:val="16"/>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97"/>
                <w:sz w:val="16"/>
                <w:lang w:val="en-US"/>
              </w:rPr>
              <w:t>Письменный</w:t>
            </w:r>
            <w:proofErr w:type="spellEnd"/>
            <w:r w:rsidRPr="007726D6">
              <w:rPr>
                <w:rFonts w:ascii="Times New Roman" w:eastAsia="Times New Roman" w:hAnsi="Times New Roman" w:cs="Times New Roman"/>
                <w:color w:val="000000"/>
                <w:w w:val="97"/>
                <w:sz w:val="16"/>
                <w:lang w:val="en-US"/>
              </w:rPr>
              <w:t xml:space="preserve"> </w:t>
            </w:r>
            <w:proofErr w:type="spellStart"/>
            <w:r w:rsidRPr="007726D6">
              <w:rPr>
                <w:rFonts w:ascii="Times New Roman" w:eastAsia="Times New Roman" w:hAnsi="Times New Roman" w:cs="Times New Roman"/>
                <w:color w:val="000000"/>
                <w:w w:val="97"/>
                <w:sz w:val="16"/>
                <w:lang w:val="en-US"/>
              </w:rPr>
              <w:t>контроль</w:t>
            </w:r>
            <w:proofErr w:type="spellEnd"/>
            <w:r w:rsidRPr="007726D6">
              <w:rPr>
                <w:rFonts w:ascii="Times New Roman" w:eastAsia="Times New Roman" w:hAnsi="Times New Roman" w:cs="Times New Roman"/>
                <w:color w:val="000000"/>
                <w:w w:val="97"/>
                <w:sz w:val="16"/>
                <w:lang w:val="en-US"/>
              </w:rPr>
              <w:t>;</w:t>
            </w:r>
          </w:p>
        </w:tc>
        <w:tc>
          <w:tcPr>
            <w:tcW w:w="1406"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52" w:lineRule="auto"/>
              <w:ind w:left="72"/>
              <w:rPr>
                <w:rFonts w:ascii="Cambria" w:eastAsia="MS Mincho" w:hAnsi="Cambria" w:cs="Times New Roman"/>
              </w:rPr>
            </w:pPr>
            <w:proofErr w:type="spellStart"/>
            <w:r w:rsidRPr="007726D6">
              <w:rPr>
                <w:rFonts w:ascii="Times New Roman" w:eastAsia="Times New Roman" w:hAnsi="Times New Roman" w:cs="Times New Roman"/>
                <w:color w:val="000000"/>
                <w:w w:val="97"/>
                <w:sz w:val="16"/>
              </w:rPr>
              <w:t>Рябущкина</w:t>
            </w:r>
            <w:proofErr w:type="spellEnd"/>
            <w:r w:rsidRPr="007726D6">
              <w:rPr>
                <w:rFonts w:ascii="Times New Roman" w:eastAsia="Times New Roman" w:hAnsi="Times New Roman" w:cs="Times New Roman"/>
                <w:color w:val="000000"/>
                <w:w w:val="97"/>
                <w:sz w:val="16"/>
              </w:rPr>
              <w:t xml:space="preserve"> И.В.,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 xml:space="preserve">Стефаненко Н.А. </w:t>
            </w:r>
            <w:proofErr w:type="spellStart"/>
            <w:r w:rsidRPr="007726D6">
              <w:rPr>
                <w:rFonts w:ascii="Times New Roman" w:eastAsia="Times New Roman" w:hAnsi="Times New Roman" w:cs="Times New Roman"/>
                <w:color w:val="000000"/>
                <w:w w:val="97"/>
                <w:sz w:val="16"/>
              </w:rPr>
              <w:t>Аудиоприложение</w:t>
            </w:r>
            <w:proofErr w:type="spellEnd"/>
            <w:r w:rsidRPr="007726D6">
              <w:rPr>
                <w:rFonts w:ascii="Times New Roman" w:eastAsia="Times New Roman" w:hAnsi="Times New Roman" w:cs="Times New Roman"/>
                <w:color w:val="000000"/>
                <w:w w:val="97"/>
                <w:sz w:val="16"/>
              </w:rPr>
              <w:t xml:space="preserve"> к учебнику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 xml:space="preserve">литературного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чтения: 3 класс</w:t>
            </w:r>
          </w:p>
        </w:tc>
      </w:tr>
      <w:tr w:rsidR="007726D6" w:rsidRPr="007726D6" w:rsidTr="00391BF5">
        <w:trPr>
          <w:trHeight w:hRule="exact" w:val="1310"/>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1.3.</w:t>
            </w:r>
          </w:p>
        </w:tc>
        <w:tc>
          <w:tcPr>
            <w:tcW w:w="1598" w:type="dxa"/>
            <w:tcBorders>
              <w:top w:val="single" w:sz="4" w:space="0" w:color="000000"/>
              <w:left w:val="single" w:sz="4" w:space="0" w:color="000000"/>
              <w:bottom w:val="single" w:sz="5"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45" w:lineRule="auto"/>
              <w:ind w:left="72" w:right="432"/>
              <w:rPr>
                <w:rFonts w:ascii="Cambria" w:eastAsia="MS Mincho" w:hAnsi="Cambria" w:cs="Times New Roman"/>
                <w:lang w:val="en-US"/>
              </w:rPr>
            </w:pPr>
            <w:proofErr w:type="spellStart"/>
            <w:r w:rsidRPr="007726D6">
              <w:rPr>
                <w:rFonts w:ascii="Times New Roman" w:eastAsia="Times New Roman" w:hAnsi="Times New Roman" w:cs="Times New Roman"/>
                <w:b/>
                <w:color w:val="000000"/>
                <w:w w:val="97"/>
                <w:sz w:val="16"/>
                <w:lang w:val="en-US"/>
              </w:rPr>
              <w:t>Творчество</w:t>
            </w:r>
            <w:proofErr w:type="spellEnd"/>
            <w:r w:rsidRPr="007726D6">
              <w:rPr>
                <w:rFonts w:ascii="Times New Roman" w:eastAsia="Times New Roman" w:hAnsi="Times New Roman" w:cs="Times New Roman"/>
                <w:b/>
                <w:color w:val="000000"/>
                <w:w w:val="97"/>
                <w:sz w:val="16"/>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b/>
                <w:color w:val="000000"/>
                <w:w w:val="97"/>
                <w:sz w:val="16"/>
                <w:lang w:val="en-US"/>
              </w:rPr>
              <w:t>А.С.Пушкина</w:t>
            </w:r>
            <w:proofErr w:type="spellEnd"/>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9</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0</w:t>
            </w:r>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2</w:t>
            </w:r>
          </w:p>
        </w:tc>
        <w:tc>
          <w:tcPr>
            <w:tcW w:w="866" w:type="dxa"/>
            <w:tcBorders>
              <w:top w:val="single" w:sz="4" w:space="0" w:color="000000"/>
              <w:left w:val="single" w:sz="4" w:space="0" w:color="000000"/>
              <w:bottom w:val="single" w:sz="5"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45" w:lineRule="auto"/>
              <w:jc w:val="center"/>
              <w:rPr>
                <w:rFonts w:ascii="Cambria" w:eastAsia="MS Mincho" w:hAnsi="Cambria" w:cs="Times New Roman"/>
                <w:lang w:val="en-US"/>
              </w:rPr>
            </w:pPr>
          </w:p>
        </w:tc>
        <w:tc>
          <w:tcPr>
            <w:tcW w:w="7372" w:type="dxa"/>
            <w:tcBorders>
              <w:top w:val="single" w:sz="4" w:space="0" w:color="000000"/>
              <w:left w:val="single" w:sz="4" w:space="0" w:color="000000"/>
              <w:bottom w:val="single" w:sz="5"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50" w:lineRule="auto"/>
              <w:ind w:left="72" w:right="288"/>
              <w:rPr>
                <w:rFonts w:ascii="Cambria" w:eastAsia="MS Mincho" w:hAnsi="Cambria" w:cs="Times New Roman"/>
              </w:rPr>
            </w:pPr>
            <w:r w:rsidRPr="007726D6">
              <w:rPr>
                <w:rFonts w:ascii="Times New Roman" w:eastAsia="Times New Roman" w:hAnsi="Times New Roman" w:cs="Times New Roman"/>
                <w:color w:val="000000"/>
                <w:w w:val="97"/>
                <w:sz w:val="16"/>
              </w:rPr>
              <w:t xml:space="preserve">Слушание стихотворных произведений А. С. Пушкина, обсуждение эмоционального состояния при восприятии описанных картин природы, ответ на вопрос «Какое настроение вызывает произведение? Почему?» На примере отрывков из </w:t>
            </w:r>
            <w:proofErr w:type="spellStart"/>
            <w:proofErr w:type="gramStart"/>
            <w:r w:rsidRPr="007726D6">
              <w:rPr>
                <w:rFonts w:ascii="Times New Roman" w:eastAsia="Times New Roman" w:hAnsi="Times New Roman" w:cs="Times New Roman"/>
                <w:color w:val="000000"/>
                <w:w w:val="97"/>
                <w:sz w:val="16"/>
              </w:rPr>
              <w:t>романа«</w:t>
            </w:r>
            <w:proofErr w:type="gramEnd"/>
            <w:r w:rsidRPr="007726D6">
              <w:rPr>
                <w:rFonts w:ascii="Times New Roman" w:eastAsia="Times New Roman" w:hAnsi="Times New Roman" w:cs="Times New Roman"/>
                <w:color w:val="000000"/>
                <w:w w:val="97"/>
                <w:sz w:val="16"/>
              </w:rPr>
              <w:t>Евгений</w:t>
            </w:r>
            <w:proofErr w:type="spellEnd"/>
            <w:r w:rsidRPr="007726D6">
              <w:rPr>
                <w:rFonts w:ascii="Times New Roman" w:eastAsia="Times New Roman" w:hAnsi="Times New Roman" w:cs="Times New Roman"/>
                <w:color w:val="000000"/>
                <w:w w:val="97"/>
                <w:sz w:val="16"/>
              </w:rPr>
              <w:t xml:space="preserve"> Онегин»: «В тот год осенняя погода…», «Опрятней модного паркета…»;</w:t>
            </w:r>
          </w:p>
        </w:tc>
        <w:tc>
          <w:tcPr>
            <w:tcW w:w="1020" w:type="dxa"/>
            <w:tcBorders>
              <w:top w:val="single" w:sz="4" w:space="0" w:color="000000"/>
              <w:left w:val="single" w:sz="4" w:space="0" w:color="000000"/>
              <w:bottom w:val="single" w:sz="5"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50" w:lineRule="auto"/>
              <w:ind w:left="72"/>
              <w:rPr>
                <w:rFonts w:ascii="Cambria" w:eastAsia="MS Mincho" w:hAnsi="Cambria" w:cs="Times New Roman"/>
                <w:lang w:val="en-US"/>
              </w:rPr>
            </w:pPr>
            <w:proofErr w:type="spellStart"/>
            <w:r w:rsidRPr="007726D6">
              <w:rPr>
                <w:rFonts w:ascii="Times New Roman" w:eastAsia="Times New Roman" w:hAnsi="Times New Roman" w:cs="Times New Roman"/>
                <w:color w:val="000000"/>
                <w:w w:val="97"/>
                <w:sz w:val="16"/>
                <w:lang w:val="en-US"/>
              </w:rPr>
              <w:t>Устный</w:t>
            </w:r>
            <w:proofErr w:type="spellEnd"/>
            <w:r w:rsidRPr="007726D6">
              <w:rPr>
                <w:rFonts w:ascii="Times New Roman" w:eastAsia="Times New Roman" w:hAnsi="Times New Roman" w:cs="Times New Roman"/>
                <w:color w:val="000000"/>
                <w:w w:val="97"/>
                <w:sz w:val="16"/>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97"/>
                <w:sz w:val="16"/>
                <w:lang w:val="en-US"/>
              </w:rPr>
              <w:t>опрос</w:t>
            </w:r>
            <w:proofErr w:type="spellEnd"/>
            <w:r w:rsidRPr="007726D6">
              <w:rPr>
                <w:rFonts w:ascii="Times New Roman" w:eastAsia="Times New Roman" w:hAnsi="Times New Roman" w:cs="Times New Roman"/>
                <w:color w:val="000000"/>
                <w:w w:val="97"/>
                <w:sz w:val="16"/>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97"/>
                <w:sz w:val="16"/>
                <w:lang w:val="en-US"/>
              </w:rPr>
              <w:t>Письменный</w:t>
            </w:r>
            <w:proofErr w:type="spellEnd"/>
            <w:r w:rsidRPr="007726D6">
              <w:rPr>
                <w:rFonts w:ascii="Times New Roman" w:eastAsia="Times New Roman" w:hAnsi="Times New Roman" w:cs="Times New Roman"/>
                <w:color w:val="000000"/>
                <w:w w:val="97"/>
                <w:sz w:val="16"/>
                <w:lang w:val="en-US"/>
              </w:rPr>
              <w:t xml:space="preserve"> </w:t>
            </w:r>
            <w:proofErr w:type="spellStart"/>
            <w:r w:rsidRPr="007726D6">
              <w:rPr>
                <w:rFonts w:ascii="Times New Roman" w:eastAsia="Times New Roman" w:hAnsi="Times New Roman" w:cs="Times New Roman"/>
                <w:color w:val="000000"/>
                <w:w w:val="97"/>
                <w:sz w:val="16"/>
                <w:lang w:val="en-US"/>
              </w:rPr>
              <w:t>контроль</w:t>
            </w:r>
            <w:proofErr w:type="spellEnd"/>
            <w:r w:rsidRPr="007726D6">
              <w:rPr>
                <w:rFonts w:ascii="Times New Roman" w:eastAsia="Times New Roman" w:hAnsi="Times New Roman" w:cs="Times New Roman"/>
                <w:color w:val="000000"/>
                <w:w w:val="97"/>
                <w:sz w:val="16"/>
                <w:lang w:val="en-US"/>
              </w:rPr>
              <w:t>;</w:t>
            </w:r>
          </w:p>
        </w:tc>
        <w:tc>
          <w:tcPr>
            <w:tcW w:w="1406" w:type="dxa"/>
            <w:tcBorders>
              <w:top w:val="single" w:sz="4" w:space="0" w:color="000000"/>
              <w:left w:val="single" w:sz="4" w:space="0" w:color="000000"/>
              <w:bottom w:val="single" w:sz="5"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52" w:lineRule="auto"/>
              <w:ind w:left="72"/>
              <w:rPr>
                <w:rFonts w:ascii="Cambria" w:eastAsia="MS Mincho" w:hAnsi="Cambria" w:cs="Times New Roman"/>
              </w:rPr>
            </w:pPr>
            <w:proofErr w:type="spellStart"/>
            <w:r w:rsidRPr="007726D6">
              <w:rPr>
                <w:rFonts w:ascii="Times New Roman" w:eastAsia="Times New Roman" w:hAnsi="Times New Roman" w:cs="Times New Roman"/>
                <w:color w:val="000000"/>
                <w:w w:val="97"/>
                <w:sz w:val="16"/>
              </w:rPr>
              <w:t>Рябущкина</w:t>
            </w:r>
            <w:proofErr w:type="spellEnd"/>
            <w:r w:rsidRPr="007726D6">
              <w:rPr>
                <w:rFonts w:ascii="Times New Roman" w:eastAsia="Times New Roman" w:hAnsi="Times New Roman" w:cs="Times New Roman"/>
                <w:color w:val="000000"/>
                <w:w w:val="97"/>
                <w:sz w:val="16"/>
              </w:rPr>
              <w:t xml:space="preserve"> И.В.,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 xml:space="preserve">Стефаненко Н.А. </w:t>
            </w:r>
            <w:proofErr w:type="spellStart"/>
            <w:r w:rsidRPr="007726D6">
              <w:rPr>
                <w:rFonts w:ascii="Times New Roman" w:eastAsia="Times New Roman" w:hAnsi="Times New Roman" w:cs="Times New Roman"/>
                <w:color w:val="000000"/>
                <w:w w:val="97"/>
                <w:sz w:val="16"/>
              </w:rPr>
              <w:t>Аудиоприложение</w:t>
            </w:r>
            <w:proofErr w:type="spellEnd"/>
            <w:r w:rsidRPr="007726D6">
              <w:rPr>
                <w:rFonts w:ascii="Times New Roman" w:eastAsia="Times New Roman" w:hAnsi="Times New Roman" w:cs="Times New Roman"/>
                <w:color w:val="000000"/>
                <w:w w:val="97"/>
                <w:sz w:val="16"/>
              </w:rPr>
              <w:t xml:space="preserve"> к учебнику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 xml:space="preserve">литературного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чтения: 3 класс</w:t>
            </w:r>
          </w:p>
        </w:tc>
      </w:tr>
      <w:tr w:rsidR="007726D6" w:rsidRPr="007726D6" w:rsidTr="00391BF5">
        <w:trPr>
          <w:trHeight w:hRule="exact" w:val="1308"/>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4"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1.4.</w:t>
            </w:r>
          </w:p>
        </w:tc>
        <w:tc>
          <w:tcPr>
            <w:tcW w:w="1598" w:type="dxa"/>
            <w:tcBorders>
              <w:top w:val="single" w:sz="5"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4" w:after="0" w:line="245" w:lineRule="auto"/>
              <w:ind w:left="72" w:right="432"/>
              <w:rPr>
                <w:rFonts w:ascii="Cambria" w:eastAsia="MS Mincho" w:hAnsi="Cambria" w:cs="Times New Roman"/>
                <w:lang w:val="en-US"/>
              </w:rPr>
            </w:pPr>
            <w:proofErr w:type="spellStart"/>
            <w:r w:rsidRPr="007726D6">
              <w:rPr>
                <w:rFonts w:ascii="Times New Roman" w:eastAsia="Times New Roman" w:hAnsi="Times New Roman" w:cs="Times New Roman"/>
                <w:b/>
                <w:color w:val="000000"/>
                <w:w w:val="97"/>
                <w:sz w:val="16"/>
                <w:lang w:val="en-US"/>
              </w:rPr>
              <w:t>Творчество</w:t>
            </w:r>
            <w:proofErr w:type="spellEnd"/>
            <w:r w:rsidRPr="007726D6">
              <w:rPr>
                <w:rFonts w:ascii="Times New Roman" w:eastAsia="Times New Roman" w:hAnsi="Times New Roman" w:cs="Times New Roman"/>
                <w:b/>
                <w:color w:val="000000"/>
                <w:w w:val="97"/>
                <w:sz w:val="16"/>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b/>
                <w:color w:val="000000"/>
                <w:w w:val="97"/>
                <w:sz w:val="16"/>
                <w:lang w:val="en-US"/>
              </w:rPr>
              <w:t>И.А.Крылова</w:t>
            </w:r>
            <w:proofErr w:type="spellEnd"/>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4" w:after="0" w:line="230"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3</w:t>
            </w:r>
          </w:p>
        </w:tc>
        <w:tc>
          <w:tcPr>
            <w:tcW w:w="1104" w:type="dxa"/>
            <w:tcBorders>
              <w:top w:val="single" w:sz="5"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4" w:after="0" w:line="230"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0</w:t>
            </w:r>
          </w:p>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4" w:after="0" w:line="230"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1</w:t>
            </w:r>
          </w:p>
        </w:tc>
        <w:tc>
          <w:tcPr>
            <w:tcW w:w="866" w:type="dxa"/>
            <w:tcBorders>
              <w:top w:val="single" w:sz="5"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4" w:after="0" w:line="245" w:lineRule="auto"/>
              <w:jc w:val="center"/>
              <w:rPr>
                <w:rFonts w:ascii="Cambria" w:eastAsia="MS Mincho" w:hAnsi="Cambria" w:cs="Times New Roman"/>
                <w:lang w:val="en-US"/>
              </w:rPr>
            </w:pPr>
          </w:p>
        </w:tc>
        <w:tc>
          <w:tcPr>
            <w:tcW w:w="7372" w:type="dxa"/>
            <w:tcBorders>
              <w:top w:val="single" w:sz="5"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4" w:after="0" w:line="250" w:lineRule="auto"/>
              <w:ind w:left="72"/>
              <w:rPr>
                <w:rFonts w:ascii="Cambria" w:eastAsia="MS Mincho" w:hAnsi="Cambria" w:cs="Times New Roman"/>
              </w:rPr>
            </w:pPr>
            <w:r w:rsidRPr="007726D6">
              <w:rPr>
                <w:rFonts w:ascii="Times New Roman" w:eastAsia="Times New Roman" w:hAnsi="Times New Roman" w:cs="Times New Roman"/>
                <w:color w:val="000000"/>
                <w:w w:val="97"/>
                <w:sz w:val="16"/>
              </w:rPr>
              <w:t xml:space="preserve">Слушание басен И. А. Крылова (не менее двух, например: «Мартышка и Очки», «Ворона и Лисица», «Слон и </w:t>
            </w:r>
            <w:proofErr w:type="spellStart"/>
            <w:r w:rsidRPr="007726D6">
              <w:rPr>
                <w:rFonts w:ascii="Times New Roman" w:eastAsia="Times New Roman" w:hAnsi="Times New Roman" w:cs="Times New Roman"/>
                <w:color w:val="000000"/>
                <w:w w:val="97"/>
                <w:sz w:val="16"/>
              </w:rPr>
              <w:t>Моська</w:t>
            </w:r>
            <w:proofErr w:type="gramStart"/>
            <w:r w:rsidRPr="007726D6">
              <w:rPr>
                <w:rFonts w:ascii="Times New Roman" w:eastAsia="Times New Roman" w:hAnsi="Times New Roman" w:cs="Times New Roman"/>
                <w:color w:val="000000"/>
                <w:w w:val="97"/>
                <w:sz w:val="16"/>
              </w:rPr>
              <w:t>»,«</w:t>
            </w:r>
            <w:proofErr w:type="gramEnd"/>
            <w:r w:rsidRPr="007726D6">
              <w:rPr>
                <w:rFonts w:ascii="Times New Roman" w:eastAsia="Times New Roman" w:hAnsi="Times New Roman" w:cs="Times New Roman"/>
                <w:color w:val="000000"/>
                <w:w w:val="97"/>
                <w:sz w:val="16"/>
              </w:rPr>
              <w:t>Чиж</w:t>
            </w:r>
            <w:proofErr w:type="spellEnd"/>
            <w:r w:rsidRPr="007726D6">
              <w:rPr>
                <w:rFonts w:ascii="Times New Roman" w:eastAsia="Times New Roman" w:hAnsi="Times New Roman" w:cs="Times New Roman"/>
                <w:color w:val="000000"/>
                <w:w w:val="97"/>
                <w:sz w:val="16"/>
              </w:rPr>
              <w:t xml:space="preserve"> и Голубь», «Лисица и Виноград», «Кукушка и Петух» (по выбору), подготовка ответа на вопрос «Какое качество высмеивает автор?»;</w:t>
            </w:r>
          </w:p>
        </w:tc>
        <w:tc>
          <w:tcPr>
            <w:tcW w:w="1020" w:type="dxa"/>
            <w:tcBorders>
              <w:top w:val="single" w:sz="5"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4" w:after="0" w:line="250" w:lineRule="auto"/>
              <w:ind w:left="72"/>
              <w:rPr>
                <w:rFonts w:ascii="Cambria" w:eastAsia="MS Mincho" w:hAnsi="Cambria" w:cs="Times New Roman"/>
                <w:lang w:val="en-US"/>
              </w:rPr>
            </w:pPr>
            <w:proofErr w:type="spellStart"/>
            <w:r w:rsidRPr="007726D6">
              <w:rPr>
                <w:rFonts w:ascii="Times New Roman" w:eastAsia="Times New Roman" w:hAnsi="Times New Roman" w:cs="Times New Roman"/>
                <w:color w:val="000000"/>
                <w:w w:val="97"/>
                <w:sz w:val="16"/>
                <w:lang w:val="en-US"/>
              </w:rPr>
              <w:t>Устный</w:t>
            </w:r>
            <w:proofErr w:type="spellEnd"/>
            <w:r w:rsidRPr="007726D6">
              <w:rPr>
                <w:rFonts w:ascii="Times New Roman" w:eastAsia="Times New Roman" w:hAnsi="Times New Roman" w:cs="Times New Roman"/>
                <w:color w:val="000000"/>
                <w:w w:val="97"/>
                <w:sz w:val="16"/>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97"/>
                <w:sz w:val="16"/>
                <w:lang w:val="en-US"/>
              </w:rPr>
              <w:t>опрос</w:t>
            </w:r>
            <w:proofErr w:type="spellEnd"/>
            <w:r w:rsidRPr="007726D6">
              <w:rPr>
                <w:rFonts w:ascii="Times New Roman" w:eastAsia="Times New Roman" w:hAnsi="Times New Roman" w:cs="Times New Roman"/>
                <w:color w:val="000000"/>
                <w:w w:val="97"/>
                <w:sz w:val="16"/>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97"/>
                <w:sz w:val="16"/>
                <w:lang w:val="en-US"/>
              </w:rPr>
              <w:t>Письменный</w:t>
            </w:r>
            <w:proofErr w:type="spellEnd"/>
            <w:r w:rsidRPr="007726D6">
              <w:rPr>
                <w:rFonts w:ascii="Times New Roman" w:eastAsia="Times New Roman" w:hAnsi="Times New Roman" w:cs="Times New Roman"/>
                <w:color w:val="000000"/>
                <w:w w:val="97"/>
                <w:sz w:val="16"/>
                <w:lang w:val="en-US"/>
              </w:rPr>
              <w:t xml:space="preserve"> </w:t>
            </w:r>
            <w:proofErr w:type="spellStart"/>
            <w:r w:rsidRPr="007726D6">
              <w:rPr>
                <w:rFonts w:ascii="Times New Roman" w:eastAsia="Times New Roman" w:hAnsi="Times New Roman" w:cs="Times New Roman"/>
                <w:color w:val="000000"/>
                <w:w w:val="97"/>
                <w:sz w:val="16"/>
                <w:lang w:val="en-US"/>
              </w:rPr>
              <w:t>контроль</w:t>
            </w:r>
            <w:proofErr w:type="spellEnd"/>
            <w:r w:rsidRPr="007726D6">
              <w:rPr>
                <w:rFonts w:ascii="Times New Roman" w:eastAsia="Times New Roman" w:hAnsi="Times New Roman" w:cs="Times New Roman"/>
                <w:color w:val="000000"/>
                <w:w w:val="97"/>
                <w:sz w:val="16"/>
                <w:lang w:val="en-US"/>
              </w:rPr>
              <w:t>;</w:t>
            </w:r>
          </w:p>
        </w:tc>
        <w:tc>
          <w:tcPr>
            <w:tcW w:w="1406" w:type="dxa"/>
            <w:tcBorders>
              <w:top w:val="single" w:sz="5"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4" w:after="0" w:line="252" w:lineRule="auto"/>
              <w:ind w:left="72"/>
              <w:rPr>
                <w:rFonts w:ascii="Cambria" w:eastAsia="MS Mincho" w:hAnsi="Cambria" w:cs="Times New Roman"/>
              </w:rPr>
            </w:pPr>
            <w:proofErr w:type="spellStart"/>
            <w:r w:rsidRPr="007726D6">
              <w:rPr>
                <w:rFonts w:ascii="Times New Roman" w:eastAsia="Times New Roman" w:hAnsi="Times New Roman" w:cs="Times New Roman"/>
                <w:color w:val="000000"/>
                <w:w w:val="97"/>
                <w:sz w:val="16"/>
              </w:rPr>
              <w:t>Рябущкина</w:t>
            </w:r>
            <w:proofErr w:type="spellEnd"/>
            <w:r w:rsidRPr="007726D6">
              <w:rPr>
                <w:rFonts w:ascii="Times New Roman" w:eastAsia="Times New Roman" w:hAnsi="Times New Roman" w:cs="Times New Roman"/>
                <w:color w:val="000000"/>
                <w:w w:val="97"/>
                <w:sz w:val="16"/>
              </w:rPr>
              <w:t xml:space="preserve"> И.В.,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 xml:space="preserve">Стефаненко Н.А. </w:t>
            </w:r>
            <w:proofErr w:type="spellStart"/>
            <w:r w:rsidRPr="007726D6">
              <w:rPr>
                <w:rFonts w:ascii="Times New Roman" w:eastAsia="Times New Roman" w:hAnsi="Times New Roman" w:cs="Times New Roman"/>
                <w:color w:val="000000"/>
                <w:w w:val="97"/>
                <w:sz w:val="16"/>
              </w:rPr>
              <w:t>Аудиоприложение</w:t>
            </w:r>
            <w:proofErr w:type="spellEnd"/>
            <w:r w:rsidRPr="007726D6">
              <w:rPr>
                <w:rFonts w:ascii="Times New Roman" w:eastAsia="Times New Roman" w:hAnsi="Times New Roman" w:cs="Times New Roman"/>
                <w:color w:val="000000"/>
                <w:w w:val="97"/>
                <w:sz w:val="16"/>
              </w:rPr>
              <w:t xml:space="preserve"> к учебнику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 xml:space="preserve">литературного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чтения: 3 класс</w:t>
            </w:r>
          </w:p>
        </w:tc>
      </w:tr>
      <w:tr w:rsidR="007726D6" w:rsidRPr="007726D6" w:rsidTr="00391BF5">
        <w:trPr>
          <w:trHeight w:hRule="exact" w:val="150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33"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1.5.</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50" w:lineRule="auto"/>
              <w:ind w:left="72"/>
              <w:rPr>
                <w:rFonts w:ascii="Cambria" w:eastAsia="MS Mincho" w:hAnsi="Cambria" w:cs="Times New Roman"/>
              </w:rPr>
            </w:pPr>
            <w:r w:rsidRPr="007726D6">
              <w:rPr>
                <w:rFonts w:ascii="Times New Roman" w:eastAsia="Times New Roman" w:hAnsi="Times New Roman" w:cs="Times New Roman"/>
                <w:b/>
                <w:color w:val="000000"/>
                <w:w w:val="97"/>
                <w:sz w:val="16"/>
              </w:rPr>
              <w:t xml:space="preserve">Картины природы в произведениях </w:t>
            </w:r>
            <w:r w:rsidRPr="007726D6">
              <w:rPr>
                <w:rFonts w:ascii="Cambria" w:eastAsia="MS Mincho" w:hAnsi="Cambria" w:cs="Times New Roman"/>
              </w:rPr>
              <w:br/>
            </w:r>
            <w:r w:rsidRPr="007726D6">
              <w:rPr>
                <w:rFonts w:ascii="Times New Roman" w:eastAsia="Times New Roman" w:hAnsi="Times New Roman" w:cs="Times New Roman"/>
                <w:b/>
                <w:color w:val="000000"/>
                <w:w w:val="97"/>
                <w:sz w:val="16"/>
              </w:rPr>
              <w:t xml:space="preserve">поэтов и </w:t>
            </w:r>
            <w:r w:rsidRPr="007726D6">
              <w:rPr>
                <w:rFonts w:ascii="Cambria" w:eastAsia="MS Mincho" w:hAnsi="Cambria" w:cs="Times New Roman"/>
              </w:rPr>
              <w:br/>
            </w:r>
            <w:r w:rsidRPr="007726D6">
              <w:rPr>
                <w:rFonts w:ascii="Times New Roman" w:eastAsia="Times New Roman" w:hAnsi="Times New Roman" w:cs="Times New Roman"/>
                <w:b/>
                <w:color w:val="000000"/>
                <w:w w:val="97"/>
                <w:sz w:val="16"/>
              </w:rPr>
              <w:t>писателей Х</w:t>
            </w:r>
            <w:r w:rsidRPr="007726D6">
              <w:rPr>
                <w:rFonts w:ascii="Times New Roman" w:eastAsia="Times New Roman" w:hAnsi="Times New Roman" w:cs="Times New Roman"/>
                <w:b/>
                <w:color w:val="000000"/>
                <w:w w:val="97"/>
                <w:sz w:val="16"/>
                <w:lang w:val="en-US"/>
              </w:rPr>
              <w:t>I</w:t>
            </w:r>
            <w:r w:rsidRPr="007726D6">
              <w:rPr>
                <w:rFonts w:ascii="Times New Roman" w:eastAsia="Times New Roman" w:hAnsi="Times New Roman" w:cs="Times New Roman"/>
                <w:b/>
                <w:color w:val="000000"/>
                <w:w w:val="97"/>
                <w:sz w:val="16"/>
              </w:rPr>
              <w:t>Х века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33"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10</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33"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33"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0</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45" w:lineRule="auto"/>
              <w:jc w:val="center"/>
              <w:rPr>
                <w:rFonts w:ascii="Cambria" w:eastAsia="MS Mincho" w:hAnsi="Cambria" w:cs="Times New Roman"/>
                <w:lang w:val="en-US"/>
              </w:rPr>
            </w:pPr>
          </w:p>
        </w:tc>
        <w:tc>
          <w:tcPr>
            <w:tcW w:w="737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52" w:lineRule="auto"/>
              <w:ind w:left="72"/>
              <w:rPr>
                <w:rFonts w:ascii="Cambria" w:eastAsia="MS Mincho" w:hAnsi="Cambria" w:cs="Times New Roman"/>
              </w:rPr>
            </w:pPr>
            <w:r w:rsidRPr="007726D6">
              <w:rPr>
                <w:rFonts w:ascii="Times New Roman" w:eastAsia="Times New Roman" w:hAnsi="Times New Roman" w:cs="Times New Roman"/>
                <w:color w:val="000000"/>
                <w:w w:val="97"/>
                <w:sz w:val="16"/>
              </w:rPr>
              <w:t xml:space="preserve">Слушание лирических произведений, обсуждение эмоционального состояние при восприятии описанных картин природы, ответ на вопрос «Какое чувство создаёт произведение? Почему?» На примере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стихотворений Ф. И. Тютчева «</w:t>
            </w:r>
            <w:proofErr w:type="spellStart"/>
            <w:r w:rsidRPr="007726D6">
              <w:rPr>
                <w:rFonts w:ascii="Times New Roman" w:eastAsia="Times New Roman" w:hAnsi="Times New Roman" w:cs="Times New Roman"/>
                <w:color w:val="000000"/>
                <w:w w:val="97"/>
                <w:sz w:val="16"/>
              </w:rPr>
              <w:t>Листья</w:t>
            </w:r>
            <w:proofErr w:type="gramStart"/>
            <w:r w:rsidRPr="007726D6">
              <w:rPr>
                <w:rFonts w:ascii="Times New Roman" w:eastAsia="Times New Roman" w:hAnsi="Times New Roman" w:cs="Times New Roman"/>
                <w:color w:val="000000"/>
                <w:w w:val="97"/>
                <w:sz w:val="16"/>
              </w:rPr>
              <w:t>»,«</w:t>
            </w:r>
            <w:proofErr w:type="gramEnd"/>
            <w:r w:rsidRPr="007726D6">
              <w:rPr>
                <w:rFonts w:ascii="Times New Roman" w:eastAsia="Times New Roman" w:hAnsi="Times New Roman" w:cs="Times New Roman"/>
                <w:color w:val="000000"/>
                <w:w w:val="97"/>
                <w:sz w:val="16"/>
              </w:rPr>
              <w:t>Весенняя</w:t>
            </w:r>
            <w:proofErr w:type="spellEnd"/>
            <w:r w:rsidRPr="007726D6">
              <w:rPr>
                <w:rFonts w:ascii="Times New Roman" w:eastAsia="Times New Roman" w:hAnsi="Times New Roman" w:cs="Times New Roman"/>
                <w:color w:val="000000"/>
                <w:w w:val="97"/>
                <w:sz w:val="16"/>
              </w:rPr>
              <w:t xml:space="preserve"> гроза», «Есть в осени первоначальной…», «В небе тают облака», А. А. Фета «Осень», «Мама! Глянь-ка из окошка…», «Кот поёт, глаза </w:t>
            </w:r>
            <w:proofErr w:type="spellStart"/>
            <w:r w:rsidRPr="007726D6">
              <w:rPr>
                <w:rFonts w:ascii="Times New Roman" w:eastAsia="Times New Roman" w:hAnsi="Times New Roman" w:cs="Times New Roman"/>
                <w:color w:val="000000"/>
                <w:w w:val="97"/>
                <w:sz w:val="16"/>
              </w:rPr>
              <w:t>прищуря</w:t>
            </w:r>
            <w:proofErr w:type="spellEnd"/>
            <w:r w:rsidRPr="007726D6">
              <w:rPr>
                <w:rFonts w:ascii="Times New Roman" w:eastAsia="Times New Roman" w:hAnsi="Times New Roman" w:cs="Times New Roman"/>
                <w:color w:val="000000"/>
                <w:w w:val="97"/>
                <w:sz w:val="16"/>
              </w:rPr>
              <w:t xml:space="preserve">…», И. С. </w:t>
            </w:r>
            <w:proofErr w:type="spellStart"/>
            <w:proofErr w:type="gramStart"/>
            <w:r w:rsidRPr="007726D6">
              <w:rPr>
                <w:rFonts w:ascii="Times New Roman" w:eastAsia="Times New Roman" w:hAnsi="Times New Roman" w:cs="Times New Roman"/>
                <w:color w:val="000000"/>
                <w:w w:val="97"/>
                <w:sz w:val="16"/>
              </w:rPr>
              <w:t>Никитина«</w:t>
            </w:r>
            <w:proofErr w:type="gramEnd"/>
            <w:r w:rsidRPr="007726D6">
              <w:rPr>
                <w:rFonts w:ascii="Times New Roman" w:eastAsia="Times New Roman" w:hAnsi="Times New Roman" w:cs="Times New Roman"/>
                <w:color w:val="000000"/>
                <w:w w:val="97"/>
                <w:sz w:val="16"/>
              </w:rPr>
              <w:t>Встреча</w:t>
            </w:r>
            <w:proofErr w:type="spellEnd"/>
            <w:r w:rsidRPr="007726D6">
              <w:rPr>
                <w:rFonts w:ascii="Times New Roman" w:eastAsia="Times New Roman" w:hAnsi="Times New Roman" w:cs="Times New Roman"/>
                <w:color w:val="000000"/>
                <w:w w:val="97"/>
                <w:sz w:val="16"/>
              </w:rPr>
              <w:t xml:space="preserve"> зимы», Н. А. Некрасова «Не ветер бушует над бором…»,«Славная осень! Здоровый, ядрёный…</w:t>
            </w:r>
            <w:proofErr w:type="gramStart"/>
            <w:r w:rsidRPr="007726D6">
              <w:rPr>
                <w:rFonts w:ascii="Times New Roman" w:eastAsia="Times New Roman" w:hAnsi="Times New Roman" w:cs="Times New Roman"/>
                <w:color w:val="000000"/>
                <w:w w:val="97"/>
                <w:sz w:val="16"/>
              </w:rPr>
              <w:t>»,«</w:t>
            </w:r>
            <w:proofErr w:type="gramEnd"/>
            <w:r w:rsidRPr="007726D6">
              <w:rPr>
                <w:rFonts w:ascii="Times New Roman" w:eastAsia="Times New Roman" w:hAnsi="Times New Roman" w:cs="Times New Roman"/>
                <w:color w:val="000000"/>
                <w:w w:val="97"/>
                <w:sz w:val="16"/>
              </w:rPr>
              <w:t xml:space="preserve">Однажды в студёную зимнюю пору…», А. Н. </w:t>
            </w:r>
            <w:proofErr w:type="spellStart"/>
            <w:r w:rsidRPr="007726D6">
              <w:rPr>
                <w:rFonts w:ascii="Times New Roman" w:eastAsia="Times New Roman" w:hAnsi="Times New Roman" w:cs="Times New Roman"/>
                <w:color w:val="000000"/>
                <w:w w:val="97"/>
                <w:sz w:val="16"/>
              </w:rPr>
              <w:t>Майкова</w:t>
            </w:r>
            <w:proofErr w:type="spellEnd"/>
            <w:r w:rsidRPr="007726D6">
              <w:rPr>
                <w:rFonts w:ascii="Times New Roman" w:eastAsia="Times New Roman" w:hAnsi="Times New Roman" w:cs="Times New Roman"/>
                <w:color w:val="000000"/>
                <w:w w:val="97"/>
                <w:sz w:val="16"/>
              </w:rPr>
              <w:t xml:space="preserve"> «Осень», «Весна», И. С. Никитина «Утро», И. З.</w:t>
            </w:r>
          </w:p>
          <w:p w:rsidR="007726D6" w:rsidRPr="007726D6" w:rsidRDefault="007726D6" w:rsidP="007726D6">
            <w:pPr>
              <w:autoSpaceDE w:val="0"/>
              <w:autoSpaceDN w:val="0"/>
              <w:spacing w:before="20" w:after="0" w:line="230" w:lineRule="auto"/>
              <w:ind w:left="72"/>
              <w:rPr>
                <w:rFonts w:ascii="Cambria" w:eastAsia="MS Mincho" w:hAnsi="Cambria" w:cs="Times New Roman"/>
              </w:rPr>
            </w:pPr>
            <w:r w:rsidRPr="007726D6">
              <w:rPr>
                <w:rFonts w:ascii="Times New Roman" w:eastAsia="Times New Roman" w:hAnsi="Times New Roman" w:cs="Times New Roman"/>
                <w:color w:val="000000"/>
                <w:w w:val="97"/>
                <w:sz w:val="16"/>
              </w:rPr>
              <w:t>Сурикова «Детство» (не менее пяти авторов по выбору);</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45" w:lineRule="auto"/>
              <w:ind w:left="72" w:right="288"/>
              <w:rPr>
                <w:rFonts w:ascii="Cambria" w:eastAsia="MS Mincho" w:hAnsi="Cambria" w:cs="Times New Roman"/>
                <w:lang w:val="en-US"/>
              </w:rPr>
            </w:pPr>
            <w:proofErr w:type="spellStart"/>
            <w:r w:rsidRPr="007726D6">
              <w:rPr>
                <w:rFonts w:ascii="Times New Roman" w:eastAsia="Times New Roman" w:hAnsi="Times New Roman" w:cs="Times New Roman"/>
                <w:color w:val="000000"/>
                <w:w w:val="97"/>
                <w:sz w:val="16"/>
                <w:lang w:val="en-US"/>
              </w:rPr>
              <w:t>Устный</w:t>
            </w:r>
            <w:proofErr w:type="spellEnd"/>
            <w:r w:rsidRPr="007726D6">
              <w:rPr>
                <w:rFonts w:ascii="Times New Roman" w:eastAsia="Times New Roman" w:hAnsi="Times New Roman" w:cs="Times New Roman"/>
                <w:color w:val="000000"/>
                <w:w w:val="97"/>
                <w:sz w:val="16"/>
                <w:lang w:val="en-US"/>
              </w:rPr>
              <w:t xml:space="preserve"> </w:t>
            </w:r>
            <w:proofErr w:type="spellStart"/>
            <w:r w:rsidRPr="007726D6">
              <w:rPr>
                <w:rFonts w:ascii="Times New Roman" w:eastAsia="Times New Roman" w:hAnsi="Times New Roman" w:cs="Times New Roman"/>
                <w:color w:val="000000"/>
                <w:w w:val="97"/>
                <w:sz w:val="16"/>
                <w:lang w:val="en-US"/>
              </w:rPr>
              <w:t>опрос</w:t>
            </w:r>
            <w:proofErr w:type="spellEnd"/>
            <w:r w:rsidRPr="007726D6">
              <w:rPr>
                <w:rFonts w:ascii="Times New Roman" w:eastAsia="Times New Roman" w:hAnsi="Times New Roman" w:cs="Times New Roman"/>
                <w:color w:val="000000"/>
                <w:w w:val="97"/>
                <w:sz w:val="16"/>
                <w:lang w:val="en-US"/>
              </w:rPr>
              <w:t>;</w:t>
            </w:r>
          </w:p>
        </w:tc>
        <w:tc>
          <w:tcPr>
            <w:tcW w:w="1406"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52" w:lineRule="auto"/>
              <w:ind w:left="72"/>
              <w:rPr>
                <w:rFonts w:ascii="Cambria" w:eastAsia="MS Mincho" w:hAnsi="Cambria" w:cs="Times New Roman"/>
              </w:rPr>
            </w:pPr>
            <w:proofErr w:type="spellStart"/>
            <w:r w:rsidRPr="007726D6">
              <w:rPr>
                <w:rFonts w:ascii="Times New Roman" w:eastAsia="Times New Roman" w:hAnsi="Times New Roman" w:cs="Times New Roman"/>
                <w:color w:val="000000"/>
                <w:w w:val="97"/>
                <w:sz w:val="16"/>
              </w:rPr>
              <w:t>Рябущкина</w:t>
            </w:r>
            <w:proofErr w:type="spellEnd"/>
            <w:r w:rsidRPr="007726D6">
              <w:rPr>
                <w:rFonts w:ascii="Times New Roman" w:eastAsia="Times New Roman" w:hAnsi="Times New Roman" w:cs="Times New Roman"/>
                <w:color w:val="000000"/>
                <w:w w:val="97"/>
                <w:sz w:val="16"/>
              </w:rPr>
              <w:t xml:space="preserve"> И.В.,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 xml:space="preserve">Стефаненко Н.А. </w:t>
            </w:r>
            <w:proofErr w:type="spellStart"/>
            <w:r w:rsidRPr="007726D6">
              <w:rPr>
                <w:rFonts w:ascii="Times New Roman" w:eastAsia="Times New Roman" w:hAnsi="Times New Roman" w:cs="Times New Roman"/>
                <w:color w:val="000000"/>
                <w:w w:val="97"/>
                <w:sz w:val="16"/>
              </w:rPr>
              <w:t>Аудиоприложение</w:t>
            </w:r>
            <w:proofErr w:type="spellEnd"/>
            <w:r w:rsidRPr="007726D6">
              <w:rPr>
                <w:rFonts w:ascii="Times New Roman" w:eastAsia="Times New Roman" w:hAnsi="Times New Roman" w:cs="Times New Roman"/>
                <w:color w:val="000000"/>
                <w:w w:val="97"/>
                <w:sz w:val="16"/>
              </w:rPr>
              <w:t xml:space="preserve"> к учебнику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 xml:space="preserve">литературного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чтения: 3 класс</w:t>
            </w:r>
          </w:p>
        </w:tc>
      </w:tr>
      <w:tr w:rsidR="007726D6" w:rsidRPr="007726D6" w:rsidTr="00391BF5">
        <w:trPr>
          <w:trHeight w:hRule="exact" w:val="131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1.6.</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45" w:lineRule="auto"/>
              <w:ind w:left="72" w:right="432"/>
              <w:rPr>
                <w:rFonts w:ascii="Cambria" w:eastAsia="MS Mincho" w:hAnsi="Cambria" w:cs="Times New Roman"/>
                <w:lang w:val="en-US"/>
              </w:rPr>
            </w:pPr>
            <w:proofErr w:type="spellStart"/>
            <w:r w:rsidRPr="007726D6">
              <w:rPr>
                <w:rFonts w:ascii="Times New Roman" w:eastAsia="Times New Roman" w:hAnsi="Times New Roman" w:cs="Times New Roman"/>
                <w:b/>
                <w:color w:val="000000"/>
                <w:w w:val="97"/>
                <w:sz w:val="16"/>
                <w:lang w:val="en-US"/>
              </w:rPr>
              <w:t>Творчество</w:t>
            </w:r>
            <w:proofErr w:type="spellEnd"/>
            <w:r w:rsidRPr="007726D6">
              <w:rPr>
                <w:rFonts w:ascii="Times New Roman" w:eastAsia="Times New Roman" w:hAnsi="Times New Roman" w:cs="Times New Roman"/>
                <w:b/>
                <w:color w:val="000000"/>
                <w:w w:val="97"/>
                <w:sz w:val="16"/>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b/>
                <w:color w:val="000000"/>
                <w:w w:val="97"/>
                <w:sz w:val="16"/>
                <w:lang w:val="en-US"/>
              </w:rPr>
              <w:t>Л.Н.Толстого</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7</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0</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45" w:lineRule="auto"/>
              <w:jc w:val="center"/>
              <w:rPr>
                <w:rFonts w:ascii="Cambria" w:eastAsia="MS Mincho" w:hAnsi="Cambria" w:cs="Times New Roman"/>
                <w:lang w:val="en-US"/>
              </w:rPr>
            </w:pPr>
          </w:p>
        </w:tc>
        <w:tc>
          <w:tcPr>
            <w:tcW w:w="737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47" w:lineRule="auto"/>
              <w:ind w:left="72" w:right="144"/>
              <w:rPr>
                <w:rFonts w:ascii="Cambria" w:eastAsia="MS Mincho" w:hAnsi="Cambria" w:cs="Times New Roman"/>
              </w:rPr>
            </w:pPr>
            <w:r w:rsidRPr="007726D6">
              <w:rPr>
                <w:rFonts w:ascii="Times New Roman" w:eastAsia="Times New Roman" w:hAnsi="Times New Roman" w:cs="Times New Roman"/>
                <w:color w:val="000000"/>
                <w:w w:val="97"/>
                <w:sz w:val="16"/>
              </w:rPr>
              <w:t xml:space="preserve">Слушание и чтение произведений Л. Н. Толстого: рассказы «Акула», «Лебеди», «Зайцы», «Какая бывает роса на </w:t>
            </w:r>
            <w:proofErr w:type="spellStart"/>
            <w:r w:rsidRPr="007726D6">
              <w:rPr>
                <w:rFonts w:ascii="Times New Roman" w:eastAsia="Times New Roman" w:hAnsi="Times New Roman" w:cs="Times New Roman"/>
                <w:color w:val="000000"/>
                <w:w w:val="97"/>
                <w:sz w:val="16"/>
              </w:rPr>
              <w:t>траве</w:t>
            </w:r>
            <w:proofErr w:type="gramStart"/>
            <w:r w:rsidRPr="007726D6">
              <w:rPr>
                <w:rFonts w:ascii="Times New Roman" w:eastAsia="Times New Roman" w:hAnsi="Times New Roman" w:cs="Times New Roman"/>
                <w:color w:val="000000"/>
                <w:w w:val="97"/>
                <w:sz w:val="16"/>
              </w:rPr>
              <w:t>»,«</w:t>
            </w:r>
            <w:proofErr w:type="gramEnd"/>
            <w:r w:rsidRPr="007726D6">
              <w:rPr>
                <w:rFonts w:ascii="Times New Roman" w:eastAsia="Times New Roman" w:hAnsi="Times New Roman" w:cs="Times New Roman"/>
                <w:color w:val="000000"/>
                <w:w w:val="97"/>
                <w:sz w:val="16"/>
              </w:rPr>
              <w:t>Куда</w:t>
            </w:r>
            <w:proofErr w:type="spellEnd"/>
            <w:r w:rsidRPr="007726D6">
              <w:rPr>
                <w:rFonts w:ascii="Times New Roman" w:eastAsia="Times New Roman" w:hAnsi="Times New Roman" w:cs="Times New Roman"/>
                <w:color w:val="000000"/>
                <w:w w:val="97"/>
                <w:sz w:val="16"/>
              </w:rPr>
              <w:t xml:space="preserve"> девается вода из моря?», быль «Прыжок», «Лев и собачка», сказка «Ореховая ветка», басня «Белка и волк» и др.(не менее трёх произведений по выбору);</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45" w:lineRule="auto"/>
              <w:ind w:left="72" w:right="288"/>
              <w:rPr>
                <w:rFonts w:ascii="Cambria" w:eastAsia="MS Mincho" w:hAnsi="Cambria" w:cs="Times New Roman"/>
                <w:lang w:val="en-US"/>
              </w:rPr>
            </w:pPr>
            <w:proofErr w:type="spellStart"/>
            <w:r w:rsidRPr="007726D6">
              <w:rPr>
                <w:rFonts w:ascii="Times New Roman" w:eastAsia="Times New Roman" w:hAnsi="Times New Roman" w:cs="Times New Roman"/>
                <w:color w:val="000000"/>
                <w:w w:val="97"/>
                <w:sz w:val="16"/>
                <w:lang w:val="en-US"/>
              </w:rPr>
              <w:t>Устный</w:t>
            </w:r>
            <w:proofErr w:type="spellEnd"/>
            <w:r w:rsidRPr="007726D6">
              <w:rPr>
                <w:rFonts w:ascii="Times New Roman" w:eastAsia="Times New Roman" w:hAnsi="Times New Roman" w:cs="Times New Roman"/>
                <w:color w:val="000000"/>
                <w:w w:val="97"/>
                <w:sz w:val="16"/>
                <w:lang w:val="en-US"/>
              </w:rPr>
              <w:t xml:space="preserve"> </w:t>
            </w:r>
            <w:proofErr w:type="spellStart"/>
            <w:r w:rsidRPr="007726D6">
              <w:rPr>
                <w:rFonts w:ascii="Times New Roman" w:eastAsia="Times New Roman" w:hAnsi="Times New Roman" w:cs="Times New Roman"/>
                <w:color w:val="000000"/>
                <w:w w:val="97"/>
                <w:sz w:val="16"/>
                <w:lang w:val="en-US"/>
              </w:rPr>
              <w:t>опрос</w:t>
            </w:r>
            <w:proofErr w:type="spellEnd"/>
            <w:r w:rsidRPr="007726D6">
              <w:rPr>
                <w:rFonts w:ascii="Times New Roman" w:eastAsia="Times New Roman" w:hAnsi="Times New Roman" w:cs="Times New Roman"/>
                <w:color w:val="000000"/>
                <w:w w:val="97"/>
                <w:sz w:val="16"/>
                <w:lang w:val="en-US"/>
              </w:rPr>
              <w:t>;</w:t>
            </w:r>
          </w:p>
        </w:tc>
        <w:tc>
          <w:tcPr>
            <w:tcW w:w="1406"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52" w:lineRule="auto"/>
              <w:ind w:left="72"/>
              <w:rPr>
                <w:rFonts w:ascii="Cambria" w:eastAsia="MS Mincho" w:hAnsi="Cambria" w:cs="Times New Roman"/>
              </w:rPr>
            </w:pPr>
            <w:proofErr w:type="spellStart"/>
            <w:r w:rsidRPr="007726D6">
              <w:rPr>
                <w:rFonts w:ascii="Times New Roman" w:eastAsia="Times New Roman" w:hAnsi="Times New Roman" w:cs="Times New Roman"/>
                <w:color w:val="000000"/>
                <w:w w:val="97"/>
                <w:sz w:val="16"/>
              </w:rPr>
              <w:t>Рябущкина</w:t>
            </w:r>
            <w:proofErr w:type="spellEnd"/>
            <w:r w:rsidRPr="007726D6">
              <w:rPr>
                <w:rFonts w:ascii="Times New Roman" w:eastAsia="Times New Roman" w:hAnsi="Times New Roman" w:cs="Times New Roman"/>
                <w:color w:val="000000"/>
                <w:w w:val="97"/>
                <w:sz w:val="16"/>
              </w:rPr>
              <w:t xml:space="preserve"> И.В.,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 xml:space="preserve">Стефаненко Н.А. </w:t>
            </w:r>
            <w:proofErr w:type="spellStart"/>
            <w:r w:rsidRPr="007726D6">
              <w:rPr>
                <w:rFonts w:ascii="Times New Roman" w:eastAsia="Times New Roman" w:hAnsi="Times New Roman" w:cs="Times New Roman"/>
                <w:color w:val="000000"/>
                <w:w w:val="97"/>
                <w:sz w:val="16"/>
              </w:rPr>
              <w:t>Аудиоприложение</w:t>
            </w:r>
            <w:proofErr w:type="spellEnd"/>
            <w:r w:rsidRPr="007726D6">
              <w:rPr>
                <w:rFonts w:ascii="Times New Roman" w:eastAsia="Times New Roman" w:hAnsi="Times New Roman" w:cs="Times New Roman"/>
                <w:color w:val="000000"/>
                <w:w w:val="97"/>
                <w:sz w:val="16"/>
              </w:rPr>
              <w:t xml:space="preserve"> к учебнику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 xml:space="preserve">литературного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чтения: 3 класс</w:t>
            </w:r>
          </w:p>
        </w:tc>
      </w:tr>
      <w:tr w:rsidR="007726D6" w:rsidRPr="007726D6" w:rsidTr="00391BF5">
        <w:trPr>
          <w:trHeight w:hRule="exact" w:val="128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33"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1.7.</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45" w:lineRule="auto"/>
              <w:ind w:left="72" w:right="432"/>
              <w:rPr>
                <w:rFonts w:ascii="Cambria" w:eastAsia="MS Mincho" w:hAnsi="Cambria" w:cs="Times New Roman"/>
                <w:lang w:val="en-US"/>
              </w:rPr>
            </w:pPr>
            <w:proofErr w:type="spellStart"/>
            <w:r w:rsidRPr="007726D6">
              <w:rPr>
                <w:rFonts w:ascii="Times New Roman" w:eastAsia="Times New Roman" w:hAnsi="Times New Roman" w:cs="Times New Roman"/>
                <w:b/>
                <w:color w:val="000000"/>
                <w:w w:val="97"/>
                <w:sz w:val="16"/>
                <w:lang w:val="en-US"/>
              </w:rPr>
              <w:t>Литературная</w:t>
            </w:r>
            <w:proofErr w:type="spellEnd"/>
            <w:r w:rsidRPr="007726D6">
              <w:rPr>
                <w:rFonts w:ascii="Times New Roman" w:eastAsia="Times New Roman" w:hAnsi="Times New Roman" w:cs="Times New Roman"/>
                <w:b/>
                <w:color w:val="000000"/>
                <w:w w:val="97"/>
                <w:sz w:val="16"/>
                <w:lang w:val="en-US"/>
              </w:rPr>
              <w:t xml:space="preserve"> </w:t>
            </w:r>
            <w:proofErr w:type="spellStart"/>
            <w:r w:rsidRPr="007726D6">
              <w:rPr>
                <w:rFonts w:ascii="Times New Roman" w:eastAsia="Times New Roman" w:hAnsi="Times New Roman" w:cs="Times New Roman"/>
                <w:b/>
                <w:color w:val="000000"/>
                <w:w w:val="97"/>
                <w:sz w:val="16"/>
                <w:lang w:val="en-US"/>
              </w:rPr>
              <w:t>сказка</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33"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17</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33"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33"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3</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45" w:lineRule="auto"/>
              <w:jc w:val="center"/>
              <w:rPr>
                <w:rFonts w:ascii="Cambria" w:eastAsia="MS Mincho" w:hAnsi="Cambria" w:cs="Times New Roman"/>
                <w:lang w:val="en-US"/>
              </w:rPr>
            </w:pPr>
          </w:p>
        </w:tc>
        <w:tc>
          <w:tcPr>
            <w:tcW w:w="737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52" w:lineRule="auto"/>
              <w:ind w:left="72"/>
              <w:rPr>
                <w:rFonts w:ascii="Cambria" w:eastAsia="MS Mincho" w:hAnsi="Cambria" w:cs="Times New Roman"/>
              </w:rPr>
            </w:pPr>
            <w:r w:rsidRPr="007726D6">
              <w:rPr>
                <w:rFonts w:ascii="Times New Roman" w:eastAsia="Times New Roman" w:hAnsi="Times New Roman" w:cs="Times New Roman"/>
                <w:color w:val="000000"/>
                <w:w w:val="97"/>
                <w:sz w:val="16"/>
              </w:rPr>
              <w:t>Слушание и чтение литературных сказок (не менее двух). Например, произведения Д. Н. Мамина-</w:t>
            </w:r>
            <w:proofErr w:type="spellStart"/>
            <w:proofErr w:type="gramStart"/>
            <w:r w:rsidRPr="007726D6">
              <w:rPr>
                <w:rFonts w:ascii="Times New Roman" w:eastAsia="Times New Roman" w:hAnsi="Times New Roman" w:cs="Times New Roman"/>
                <w:color w:val="000000"/>
                <w:w w:val="97"/>
                <w:sz w:val="16"/>
              </w:rPr>
              <w:t>Сибиряка«</w:t>
            </w:r>
            <w:proofErr w:type="gramEnd"/>
            <w:r w:rsidRPr="007726D6">
              <w:rPr>
                <w:rFonts w:ascii="Times New Roman" w:eastAsia="Times New Roman" w:hAnsi="Times New Roman" w:cs="Times New Roman"/>
                <w:color w:val="000000"/>
                <w:w w:val="97"/>
                <w:sz w:val="16"/>
              </w:rPr>
              <w:t>Сказка</w:t>
            </w:r>
            <w:proofErr w:type="spellEnd"/>
            <w:r w:rsidRPr="007726D6">
              <w:rPr>
                <w:rFonts w:ascii="Times New Roman" w:eastAsia="Times New Roman" w:hAnsi="Times New Roman" w:cs="Times New Roman"/>
                <w:color w:val="000000"/>
                <w:w w:val="97"/>
                <w:sz w:val="16"/>
              </w:rPr>
              <w:t xml:space="preserve"> про храброго зайца — длинные уши, косые глаза, короткий хвост», «Сказка про Воробья </w:t>
            </w:r>
            <w:proofErr w:type="spellStart"/>
            <w:r w:rsidRPr="007726D6">
              <w:rPr>
                <w:rFonts w:ascii="Times New Roman" w:eastAsia="Times New Roman" w:hAnsi="Times New Roman" w:cs="Times New Roman"/>
                <w:color w:val="000000"/>
                <w:w w:val="97"/>
                <w:sz w:val="16"/>
              </w:rPr>
              <w:t>Воробеича</w:t>
            </w:r>
            <w:proofErr w:type="spellEnd"/>
            <w:r w:rsidRPr="007726D6">
              <w:rPr>
                <w:rFonts w:ascii="Times New Roman" w:eastAsia="Times New Roman" w:hAnsi="Times New Roman" w:cs="Times New Roman"/>
                <w:color w:val="000000"/>
                <w:w w:val="97"/>
                <w:sz w:val="16"/>
              </w:rPr>
              <w:t xml:space="preserve">, Ерша </w:t>
            </w:r>
            <w:proofErr w:type="spellStart"/>
            <w:r w:rsidRPr="007726D6">
              <w:rPr>
                <w:rFonts w:ascii="Times New Roman" w:eastAsia="Times New Roman" w:hAnsi="Times New Roman" w:cs="Times New Roman"/>
                <w:color w:val="000000"/>
                <w:w w:val="97"/>
                <w:sz w:val="16"/>
              </w:rPr>
              <w:t>Ершовича</w:t>
            </w:r>
            <w:proofErr w:type="spellEnd"/>
            <w:r w:rsidRPr="007726D6">
              <w:rPr>
                <w:rFonts w:ascii="Times New Roman" w:eastAsia="Times New Roman" w:hAnsi="Times New Roman" w:cs="Times New Roman"/>
                <w:color w:val="000000"/>
                <w:w w:val="97"/>
                <w:sz w:val="16"/>
              </w:rPr>
              <w:t xml:space="preserve"> и весёлого трубочиста Яшу», «Серая шейка», «Умнее всех», И. С. Соколова-Микитова «</w:t>
            </w:r>
            <w:proofErr w:type="spellStart"/>
            <w:r w:rsidRPr="007726D6">
              <w:rPr>
                <w:rFonts w:ascii="Times New Roman" w:eastAsia="Times New Roman" w:hAnsi="Times New Roman" w:cs="Times New Roman"/>
                <w:color w:val="000000"/>
                <w:w w:val="97"/>
                <w:sz w:val="16"/>
              </w:rPr>
              <w:t>Листопадничек</w:t>
            </w:r>
            <w:proofErr w:type="spellEnd"/>
            <w:r w:rsidRPr="007726D6">
              <w:rPr>
                <w:rFonts w:ascii="Times New Roman" w:eastAsia="Times New Roman" w:hAnsi="Times New Roman" w:cs="Times New Roman"/>
                <w:color w:val="000000"/>
                <w:w w:val="97"/>
                <w:sz w:val="16"/>
              </w:rPr>
              <w:t>», В. Ф. Одоевского «Мороз Иванович», В. М. Гаршина «Лягушка-</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путешественница»;</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50" w:lineRule="auto"/>
              <w:ind w:left="72"/>
              <w:rPr>
                <w:rFonts w:ascii="Cambria" w:eastAsia="MS Mincho" w:hAnsi="Cambria" w:cs="Times New Roman"/>
                <w:lang w:val="en-US"/>
              </w:rPr>
            </w:pPr>
            <w:proofErr w:type="spellStart"/>
            <w:r w:rsidRPr="007726D6">
              <w:rPr>
                <w:rFonts w:ascii="Times New Roman" w:eastAsia="Times New Roman" w:hAnsi="Times New Roman" w:cs="Times New Roman"/>
                <w:color w:val="000000"/>
                <w:w w:val="97"/>
                <w:sz w:val="16"/>
                <w:lang w:val="en-US"/>
              </w:rPr>
              <w:t>Устный</w:t>
            </w:r>
            <w:proofErr w:type="spellEnd"/>
            <w:r w:rsidRPr="007726D6">
              <w:rPr>
                <w:rFonts w:ascii="Times New Roman" w:eastAsia="Times New Roman" w:hAnsi="Times New Roman" w:cs="Times New Roman"/>
                <w:color w:val="000000"/>
                <w:w w:val="97"/>
                <w:sz w:val="16"/>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97"/>
                <w:sz w:val="16"/>
                <w:lang w:val="en-US"/>
              </w:rPr>
              <w:t>опрос</w:t>
            </w:r>
            <w:proofErr w:type="spellEnd"/>
            <w:r w:rsidRPr="007726D6">
              <w:rPr>
                <w:rFonts w:ascii="Times New Roman" w:eastAsia="Times New Roman" w:hAnsi="Times New Roman" w:cs="Times New Roman"/>
                <w:color w:val="000000"/>
                <w:w w:val="97"/>
                <w:sz w:val="16"/>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97"/>
                <w:sz w:val="16"/>
                <w:lang w:val="en-US"/>
              </w:rPr>
              <w:t>Письменный</w:t>
            </w:r>
            <w:proofErr w:type="spellEnd"/>
            <w:r w:rsidRPr="007726D6">
              <w:rPr>
                <w:rFonts w:ascii="Times New Roman" w:eastAsia="Times New Roman" w:hAnsi="Times New Roman" w:cs="Times New Roman"/>
                <w:color w:val="000000"/>
                <w:w w:val="97"/>
                <w:sz w:val="16"/>
                <w:lang w:val="en-US"/>
              </w:rPr>
              <w:t xml:space="preserve"> </w:t>
            </w:r>
            <w:proofErr w:type="spellStart"/>
            <w:r w:rsidRPr="007726D6">
              <w:rPr>
                <w:rFonts w:ascii="Times New Roman" w:eastAsia="Times New Roman" w:hAnsi="Times New Roman" w:cs="Times New Roman"/>
                <w:color w:val="000000"/>
                <w:w w:val="97"/>
                <w:sz w:val="16"/>
                <w:lang w:val="en-US"/>
              </w:rPr>
              <w:t>контроль</w:t>
            </w:r>
            <w:proofErr w:type="spellEnd"/>
            <w:r w:rsidRPr="007726D6">
              <w:rPr>
                <w:rFonts w:ascii="Times New Roman" w:eastAsia="Times New Roman" w:hAnsi="Times New Roman" w:cs="Times New Roman"/>
                <w:color w:val="000000"/>
                <w:w w:val="97"/>
                <w:sz w:val="16"/>
                <w:lang w:val="en-US"/>
              </w:rPr>
              <w:t>;</w:t>
            </w:r>
          </w:p>
        </w:tc>
        <w:tc>
          <w:tcPr>
            <w:tcW w:w="1406"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52" w:lineRule="auto"/>
              <w:ind w:left="72"/>
              <w:rPr>
                <w:rFonts w:ascii="Cambria" w:eastAsia="MS Mincho" w:hAnsi="Cambria" w:cs="Times New Roman"/>
              </w:rPr>
            </w:pPr>
            <w:proofErr w:type="spellStart"/>
            <w:r w:rsidRPr="007726D6">
              <w:rPr>
                <w:rFonts w:ascii="Times New Roman" w:eastAsia="Times New Roman" w:hAnsi="Times New Roman" w:cs="Times New Roman"/>
                <w:color w:val="000000"/>
                <w:w w:val="97"/>
                <w:sz w:val="16"/>
              </w:rPr>
              <w:t>Рябущкина</w:t>
            </w:r>
            <w:proofErr w:type="spellEnd"/>
            <w:r w:rsidRPr="007726D6">
              <w:rPr>
                <w:rFonts w:ascii="Times New Roman" w:eastAsia="Times New Roman" w:hAnsi="Times New Roman" w:cs="Times New Roman"/>
                <w:color w:val="000000"/>
                <w:w w:val="97"/>
                <w:sz w:val="16"/>
              </w:rPr>
              <w:t xml:space="preserve"> И.В.,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 xml:space="preserve">Стефаненко Н.А. </w:t>
            </w:r>
            <w:proofErr w:type="spellStart"/>
            <w:r w:rsidRPr="007726D6">
              <w:rPr>
                <w:rFonts w:ascii="Times New Roman" w:eastAsia="Times New Roman" w:hAnsi="Times New Roman" w:cs="Times New Roman"/>
                <w:color w:val="000000"/>
                <w:w w:val="97"/>
                <w:sz w:val="16"/>
              </w:rPr>
              <w:t>Аудиоприложение</w:t>
            </w:r>
            <w:proofErr w:type="spellEnd"/>
            <w:r w:rsidRPr="007726D6">
              <w:rPr>
                <w:rFonts w:ascii="Times New Roman" w:eastAsia="Times New Roman" w:hAnsi="Times New Roman" w:cs="Times New Roman"/>
                <w:color w:val="000000"/>
                <w:w w:val="97"/>
                <w:sz w:val="16"/>
              </w:rPr>
              <w:t xml:space="preserve"> к учебнику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 xml:space="preserve">литературного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чтения: 3 класс</w:t>
            </w:r>
          </w:p>
        </w:tc>
      </w:tr>
    </w:tbl>
    <w:p w:rsidR="007726D6" w:rsidRPr="007726D6" w:rsidRDefault="007726D6" w:rsidP="007726D6">
      <w:pPr>
        <w:autoSpaceDE w:val="0"/>
        <w:autoSpaceDN w:val="0"/>
        <w:spacing w:after="0" w:line="14" w:lineRule="exact"/>
        <w:rPr>
          <w:rFonts w:ascii="Cambria" w:eastAsia="MS Mincho" w:hAnsi="Cambria" w:cs="Times New Roman"/>
        </w:rPr>
      </w:pPr>
    </w:p>
    <w:p w:rsidR="007726D6" w:rsidRPr="007726D6" w:rsidRDefault="007726D6" w:rsidP="007726D6">
      <w:pPr>
        <w:rPr>
          <w:rFonts w:ascii="Cambria" w:eastAsia="MS Mincho" w:hAnsi="Cambria" w:cs="Times New Roman"/>
        </w:rPr>
        <w:sectPr w:rsidR="007726D6" w:rsidRPr="007726D6">
          <w:pgSz w:w="16840" w:h="11900"/>
          <w:pgMar w:top="282" w:right="640" w:bottom="286" w:left="666" w:header="720" w:footer="720" w:gutter="0"/>
          <w:cols w:space="720" w:equalWidth="0">
            <w:col w:w="15534" w:space="0"/>
          </w:cols>
          <w:docGrid w:linePitch="360"/>
        </w:sectPr>
      </w:pPr>
    </w:p>
    <w:p w:rsidR="007726D6" w:rsidRPr="007726D6" w:rsidRDefault="007726D6" w:rsidP="007726D6">
      <w:pPr>
        <w:autoSpaceDE w:val="0"/>
        <w:autoSpaceDN w:val="0"/>
        <w:spacing w:after="66" w:line="220" w:lineRule="exact"/>
        <w:rPr>
          <w:rFonts w:ascii="Cambria" w:eastAsia="MS Mincho" w:hAnsi="Cambria" w:cs="Times New Roman"/>
        </w:rPr>
      </w:pPr>
    </w:p>
    <w:tbl>
      <w:tblPr>
        <w:tblW w:w="0" w:type="auto"/>
        <w:tblInd w:w="6" w:type="dxa"/>
        <w:tblLayout w:type="fixed"/>
        <w:tblLook w:val="04A0" w:firstRow="1" w:lastRow="0" w:firstColumn="1" w:lastColumn="0" w:noHBand="0" w:noVBand="1"/>
      </w:tblPr>
      <w:tblGrid>
        <w:gridCol w:w="468"/>
        <w:gridCol w:w="1598"/>
        <w:gridCol w:w="528"/>
        <w:gridCol w:w="1104"/>
        <w:gridCol w:w="1140"/>
        <w:gridCol w:w="866"/>
        <w:gridCol w:w="7372"/>
        <w:gridCol w:w="1020"/>
        <w:gridCol w:w="1406"/>
      </w:tblGrid>
      <w:tr w:rsidR="007726D6" w:rsidRPr="007726D6" w:rsidTr="00391BF5">
        <w:trPr>
          <w:trHeight w:hRule="exact" w:val="130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1.8.</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50" w:lineRule="auto"/>
              <w:ind w:left="72" w:right="144"/>
              <w:rPr>
                <w:rFonts w:ascii="Cambria" w:eastAsia="MS Mincho" w:hAnsi="Cambria" w:cs="Times New Roman"/>
              </w:rPr>
            </w:pPr>
            <w:r w:rsidRPr="007726D6">
              <w:rPr>
                <w:rFonts w:ascii="Times New Roman" w:eastAsia="Times New Roman" w:hAnsi="Times New Roman" w:cs="Times New Roman"/>
                <w:b/>
                <w:color w:val="000000"/>
                <w:w w:val="97"/>
                <w:sz w:val="16"/>
              </w:rPr>
              <w:t xml:space="preserve">Картины природы в произведениях </w:t>
            </w:r>
            <w:r w:rsidRPr="007726D6">
              <w:rPr>
                <w:rFonts w:ascii="Cambria" w:eastAsia="MS Mincho" w:hAnsi="Cambria" w:cs="Times New Roman"/>
              </w:rPr>
              <w:br/>
            </w:r>
            <w:r w:rsidRPr="007726D6">
              <w:rPr>
                <w:rFonts w:ascii="Times New Roman" w:eastAsia="Times New Roman" w:hAnsi="Times New Roman" w:cs="Times New Roman"/>
                <w:b/>
                <w:color w:val="000000"/>
                <w:w w:val="97"/>
                <w:sz w:val="16"/>
              </w:rPr>
              <w:t xml:space="preserve">поэтов и писателей </w:t>
            </w:r>
            <w:r w:rsidRPr="007726D6">
              <w:rPr>
                <w:rFonts w:ascii="Times New Roman" w:eastAsia="Times New Roman" w:hAnsi="Times New Roman" w:cs="Times New Roman"/>
                <w:b/>
                <w:color w:val="000000"/>
                <w:w w:val="97"/>
                <w:sz w:val="16"/>
                <w:lang w:val="en-US"/>
              </w:rPr>
              <w:t>XX</w:t>
            </w:r>
            <w:r w:rsidRPr="007726D6">
              <w:rPr>
                <w:rFonts w:ascii="Times New Roman" w:eastAsia="Times New Roman" w:hAnsi="Times New Roman" w:cs="Times New Roman"/>
                <w:b/>
                <w:color w:val="000000"/>
                <w:w w:val="97"/>
                <w:sz w:val="16"/>
              </w:rPr>
              <w:t xml:space="preserve"> века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16</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1</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45" w:lineRule="auto"/>
              <w:jc w:val="center"/>
              <w:rPr>
                <w:rFonts w:ascii="Cambria" w:eastAsia="MS Mincho" w:hAnsi="Cambria" w:cs="Times New Roman"/>
                <w:lang w:val="en-US"/>
              </w:rPr>
            </w:pPr>
          </w:p>
        </w:tc>
        <w:tc>
          <w:tcPr>
            <w:tcW w:w="737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52" w:lineRule="auto"/>
              <w:ind w:left="72"/>
              <w:rPr>
                <w:rFonts w:ascii="Cambria" w:eastAsia="MS Mincho" w:hAnsi="Cambria" w:cs="Times New Roman"/>
              </w:rPr>
            </w:pPr>
            <w:r w:rsidRPr="007726D6">
              <w:rPr>
                <w:rFonts w:ascii="Times New Roman" w:eastAsia="Times New Roman" w:hAnsi="Times New Roman" w:cs="Times New Roman"/>
                <w:color w:val="000000"/>
                <w:w w:val="97"/>
                <w:sz w:val="16"/>
              </w:rPr>
              <w:t xml:space="preserve">Слушание художественных произведений, обсуждение эмоционального состояния при восприятии описанных картин природы (пейзажа), ответ на вопрос «Какое чувство создаёт произведение? Почему?». На примере произведений И. А. </w:t>
            </w:r>
            <w:proofErr w:type="spellStart"/>
            <w:proofErr w:type="gramStart"/>
            <w:r w:rsidRPr="007726D6">
              <w:rPr>
                <w:rFonts w:ascii="Times New Roman" w:eastAsia="Times New Roman" w:hAnsi="Times New Roman" w:cs="Times New Roman"/>
                <w:color w:val="000000"/>
                <w:w w:val="97"/>
                <w:sz w:val="16"/>
              </w:rPr>
              <w:t>Бунина«</w:t>
            </w:r>
            <w:proofErr w:type="gramEnd"/>
            <w:r w:rsidRPr="007726D6">
              <w:rPr>
                <w:rFonts w:ascii="Times New Roman" w:eastAsia="Times New Roman" w:hAnsi="Times New Roman" w:cs="Times New Roman"/>
                <w:color w:val="000000"/>
                <w:w w:val="97"/>
                <w:sz w:val="16"/>
              </w:rPr>
              <w:t>Первый</w:t>
            </w:r>
            <w:proofErr w:type="spellEnd"/>
            <w:r w:rsidRPr="007726D6">
              <w:rPr>
                <w:rFonts w:ascii="Times New Roman" w:eastAsia="Times New Roman" w:hAnsi="Times New Roman" w:cs="Times New Roman"/>
                <w:color w:val="000000"/>
                <w:w w:val="97"/>
                <w:sz w:val="16"/>
              </w:rPr>
              <w:t xml:space="preserve"> снег», «Полевые цветы», А. П. Чехова «Степь» (отрывок), А. А. Блока «Ворона», «Сны», К. Д. Бальмонта «Снежинка», «Золотое слово», С. А. Есенина «Нивы сжаты, рощи голы», «Черёмуха», «С добрый утром!», «Берёза», Саши Чёрного «Летом», С. Я. Маршака «Гроза днём», «В лесу над росистой поляной», «Ландыш» (по выбору);</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50" w:lineRule="auto"/>
              <w:ind w:left="72"/>
              <w:rPr>
                <w:rFonts w:ascii="Cambria" w:eastAsia="MS Mincho" w:hAnsi="Cambria" w:cs="Times New Roman"/>
                <w:lang w:val="en-US"/>
              </w:rPr>
            </w:pPr>
            <w:proofErr w:type="spellStart"/>
            <w:r w:rsidRPr="007726D6">
              <w:rPr>
                <w:rFonts w:ascii="Times New Roman" w:eastAsia="Times New Roman" w:hAnsi="Times New Roman" w:cs="Times New Roman"/>
                <w:color w:val="000000"/>
                <w:w w:val="97"/>
                <w:sz w:val="16"/>
                <w:lang w:val="en-US"/>
              </w:rPr>
              <w:t>Устный</w:t>
            </w:r>
            <w:proofErr w:type="spellEnd"/>
            <w:r w:rsidRPr="007726D6">
              <w:rPr>
                <w:rFonts w:ascii="Times New Roman" w:eastAsia="Times New Roman" w:hAnsi="Times New Roman" w:cs="Times New Roman"/>
                <w:color w:val="000000"/>
                <w:w w:val="97"/>
                <w:sz w:val="16"/>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97"/>
                <w:sz w:val="16"/>
                <w:lang w:val="en-US"/>
              </w:rPr>
              <w:t>опрос</w:t>
            </w:r>
            <w:proofErr w:type="spellEnd"/>
            <w:r w:rsidRPr="007726D6">
              <w:rPr>
                <w:rFonts w:ascii="Times New Roman" w:eastAsia="Times New Roman" w:hAnsi="Times New Roman" w:cs="Times New Roman"/>
                <w:color w:val="000000"/>
                <w:w w:val="97"/>
                <w:sz w:val="16"/>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97"/>
                <w:sz w:val="16"/>
                <w:lang w:val="en-US"/>
              </w:rPr>
              <w:t>Письменный</w:t>
            </w:r>
            <w:proofErr w:type="spellEnd"/>
            <w:r w:rsidRPr="007726D6">
              <w:rPr>
                <w:rFonts w:ascii="Times New Roman" w:eastAsia="Times New Roman" w:hAnsi="Times New Roman" w:cs="Times New Roman"/>
                <w:color w:val="000000"/>
                <w:w w:val="97"/>
                <w:sz w:val="16"/>
                <w:lang w:val="en-US"/>
              </w:rPr>
              <w:t xml:space="preserve"> </w:t>
            </w:r>
            <w:proofErr w:type="spellStart"/>
            <w:r w:rsidRPr="007726D6">
              <w:rPr>
                <w:rFonts w:ascii="Times New Roman" w:eastAsia="Times New Roman" w:hAnsi="Times New Roman" w:cs="Times New Roman"/>
                <w:color w:val="000000"/>
                <w:w w:val="97"/>
                <w:sz w:val="16"/>
                <w:lang w:val="en-US"/>
              </w:rPr>
              <w:t>контроль</w:t>
            </w:r>
            <w:proofErr w:type="spellEnd"/>
            <w:r w:rsidRPr="007726D6">
              <w:rPr>
                <w:rFonts w:ascii="Times New Roman" w:eastAsia="Times New Roman" w:hAnsi="Times New Roman" w:cs="Times New Roman"/>
                <w:color w:val="000000"/>
                <w:w w:val="97"/>
                <w:sz w:val="16"/>
                <w:lang w:val="en-US"/>
              </w:rPr>
              <w:t>;</w:t>
            </w:r>
          </w:p>
        </w:tc>
        <w:tc>
          <w:tcPr>
            <w:tcW w:w="1406"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52" w:lineRule="auto"/>
              <w:ind w:left="72"/>
              <w:rPr>
                <w:rFonts w:ascii="Cambria" w:eastAsia="MS Mincho" w:hAnsi="Cambria" w:cs="Times New Roman"/>
              </w:rPr>
            </w:pPr>
            <w:proofErr w:type="spellStart"/>
            <w:r w:rsidRPr="007726D6">
              <w:rPr>
                <w:rFonts w:ascii="Times New Roman" w:eastAsia="Times New Roman" w:hAnsi="Times New Roman" w:cs="Times New Roman"/>
                <w:color w:val="000000"/>
                <w:w w:val="97"/>
                <w:sz w:val="16"/>
              </w:rPr>
              <w:t>Рябущкина</w:t>
            </w:r>
            <w:proofErr w:type="spellEnd"/>
            <w:r w:rsidRPr="007726D6">
              <w:rPr>
                <w:rFonts w:ascii="Times New Roman" w:eastAsia="Times New Roman" w:hAnsi="Times New Roman" w:cs="Times New Roman"/>
                <w:color w:val="000000"/>
                <w:w w:val="97"/>
                <w:sz w:val="16"/>
              </w:rPr>
              <w:t xml:space="preserve"> И.В.,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 xml:space="preserve">Стефаненко Н.А. </w:t>
            </w:r>
            <w:proofErr w:type="spellStart"/>
            <w:r w:rsidRPr="007726D6">
              <w:rPr>
                <w:rFonts w:ascii="Times New Roman" w:eastAsia="Times New Roman" w:hAnsi="Times New Roman" w:cs="Times New Roman"/>
                <w:color w:val="000000"/>
                <w:w w:val="97"/>
                <w:sz w:val="16"/>
              </w:rPr>
              <w:t>Аудиоприложение</w:t>
            </w:r>
            <w:proofErr w:type="spellEnd"/>
            <w:r w:rsidRPr="007726D6">
              <w:rPr>
                <w:rFonts w:ascii="Times New Roman" w:eastAsia="Times New Roman" w:hAnsi="Times New Roman" w:cs="Times New Roman"/>
                <w:color w:val="000000"/>
                <w:w w:val="97"/>
                <w:sz w:val="16"/>
              </w:rPr>
              <w:t xml:space="preserve"> к учебнику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 xml:space="preserve">литературного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чтения: 3 класс</w:t>
            </w:r>
          </w:p>
        </w:tc>
      </w:tr>
      <w:tr w:rsidR="007726D6" w:rsidRPr="007726D6" w:rsidTr="00391BF5">
        <w:trPr>
          <w:trHeight w:hRule="exact" w:val="131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1.9.</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50" w:lineRule="auto"/>
              <w:ind w:left="72" w:right="144"/>
              <w:rPr>
                <w:rFonts w:ascii="Cambria" w:eastAsia="MS Mincho" w:hAnsi="Cambria" w:cs="Times New Roman"/>
              </w:rPr>
            </w:pPr>
            <w:r w:rsidRPr="007726D6">
              <w:rPr>
                <w:rFonts w:ascii="Times New Roman" w:eastAsia="Times New Roman" w:hAnsi="Times New Roman" w:cs="Times New Roman"/>
                <w:b/>
                <w:color w:val="000000"/>
                <w:w w:val="97"/>
                <w:sz w:val="16"/>
              </w:rPr>
              <w:t xml:space="preserve">Произведения о </w:t>
            </w:r>
            <w:r w:rsidRPr="007726D6">
              <w:rPr>
                <w:rFonts w:ascii="Cambria" w:eastAsia="MS Mincho" w:hAnsi="Cambria" w:cs="Times New Roman"/>
              </w:rPr>
              <w:br/>
            </w:r>
            <w:r w:rsidRPr="007726D6">
              <w:rPr>
                <w:rFonts w:ascii="Times New Roman" w:eastAsia="Times New Roman" w:hAnsi="Times New Roman" w:cs="Times New Roman"/>
                <w:b/>
                <w:color w:val="000000"/>
                <w:w w:val="97"/>
                <w:sz w:val="16"/>
              </w:rPr>
              <w:t xml:space="preserve">взаимоотношениях человека и </w:t>
            </w:r>
            <w:r w:rsidRPr="007726D6">
              <w:rPr>
                <w:rFonts w:ascii="Cambria" w:eastAsia="MS Mincho" w:hAnsi="Cambria" w:cs="Times New Roman"/>
              </w:rPr>
              <w:br/>
            </w:r>
            <w:r w:rsidRPr="007726D6">
              <w:rPr>
                <w:rFonts w:ascii="Times New Roman" w:eastAsia="Times New Roman" w:hAnsi="Times New Roman" w:cs="Times New Roman"/>
                <w:b/>
                <w:color w:val="000000"/>
                <w:w w:val="97"/>
                <w:sz w:val="16"/>
              </w:rPr>
              <w:t>животных</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18</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1</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45" w:lineRule="auto"/>
              <w:jc w:val="center"/>
              <w:rPr>
                <w:rFonts w:ascii="Cambria" w:eastAsia="MS Mincho" w:hAnsi="Cambria" w:cs="Times New Roman"/>
                <w:lang w:val="en-US"/>
              </w:rPr>
            </w:pPr>
          </w:p>
        </w:tc>
        <w:tc>
          <w:tcPr>
            <w:tcW w:w="737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50" w:lineRule="auto"/>
              <w:ind w:left="72" w:right="144"/>
              <w:rPr>
                <w:rFonts w:ascii="Cambria" w:eastAsia="MS Mincho" w:hAnsi="Cambria" w:cs="Times New Roman"/>
              </w:rPr>
            </w:pPr>
            <w:r w:rsidRPr="007726D6">
              <w:rPr>
                <w:rFonts w:ascii="Times New Roman" w:eastAsia="Times New Roman" w:hAnsi="Times New Roman" w:cs="Times New Roman"/>
                <w:color w:val="000000"/>
                <w:w w:val="97"/>
                <w:sz w:val="16"/>
              </w:rPr>
              <w:t xml:space="preserve">Чтение вслух и про себя (молча) рассказов К. Г. Паустовского «Заячьи лапы», «Барсучий нос», «Кот-ворюга», Д. Н. Мамина-Сибиряка «Приёмыш», А. И. Куприна «Барбос и </w:t>
            </w:r>
            <w:proofErr w:type="spellStart"/>
            <w:r w:rsidRPr="007726D6">
              <w:rPr>
                <w:rFonts w:ascii="Times New Roman" w:eastAsia="Times New Roman" w:hAnsi="Times New Roman" w:cs="Times New Roman"/>
                <w:color w:val="000000"/>
                <w:w w:val="97"/>
                <w:sz w:val="16"/>
              </w:rPr>
              <w:t>Жулька</w:t>
            </w:r>
            <w:proofErr w:type="spellEnd"/>
            <w:r w:rsidRPr="007726D6">
              <w:rPr>
                <w:rFonts w:ascii="Times New Roman" w:eastAsia="Times New Roman" w:hAnsi="Times New Roman" w:cs="Times New Roman"/>
                <w:color w:val="000000"/>
                <w:w w:val="97"/>
                <w:sz w:val="16"/>
              </w:rPr>
              <w:t xml:space="preserve">», «Слон», М. М. Пришвина «Выскочка», «Жаркий час», Б. С. Житкова «Про обезьянку», стихотворений А. Л. </w:t>
            </w:r>
            <w:proofErr w:type="spellStart"/>
            <w:r w:rsidRPr="007726D6">
              <w:rPr>
                <w:rFonts w:ascii="Times New Roman" w:eastAsia="Times New Roman" w:hAnsi="Times New Roman" w:cs="Times New Roman"/>
                <w:color w:val="000000"/>
                <w:w w:val="97"/>
                <w:sz w:val="16"/>
              </w:rPr>
              <w:t>Барто</w:t>
            </w:r>
            <w:proofErr w:type="spellEnd"/>
            <w:r w:rsidRPr="007726D6">
              <w:rPr>
                <w:rFonts w:ascii="Times New Roman" w:eastAsia="Times New Roman" w:hAnsi="Times New Roman" w:cs="Times New Roman"/>
                <w:color w:val="000000"/>
                <w:w w:val="97"/>
                <w:sz w:val="16"/>
              </w:rPr>
              <w:t>, Саши Чёрного и других писателей и поэтов;</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50" w:lineRule="auto"/>
              <w:ind w:left="72"/>
              <w:rPr>
                <w:rFonts w:ascii="Cambria" w:eastAsia="MS Mincho" w:hAnsi="Cambria" w:cs="Times New Roman"/>
                <w:lang w:val="en-US"/>
              </w:rPr>
            </w:pPr>
            <w:proofErr w:type="spellStart"/>
            <w:r w:rsidRPr="007726D6">
              <w:rPr>
                <w:rFonts w:ascii="Times New Roman" w:eastAsia="Times New Roman" w:hAnsi="Times New Roman" w:cs="Times New Roman"/>
                <w:color w:val="000000"/>
                <w:w w:val="97"/>
                <w:sz w:val="16"/>
                <w:lang w:val="en-US"/>
              </w:rPr>
              <w:t>Устный</w:t>
            </w:r>
            <w:proofErr w:type="spellEnd"/>
            <w:r w:rsidRPr="007726D6">
              <w:rPr>
                <w:rFonts w:ascii="Times New Roman" w:eastAsia="Times New Roman" w:hAnsi="Times New Roman" w:cs="Times New Roman"/>
                <w:color w:val="000000"/>
                <w:w w:val="97"/>
                <w:sz w:val="16"/>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97"/>
                <w:sz w:val="16"/>
                <w:lang w:val="en-US"/>
              </w:rPr>
              <w:t>опрос</w:t>
            </w:r>
            <w:proofErr w:type="spellEnd"/>
            <w:r w:rsidRPr="007726D6">
              <w:rPr>
                <w:rFonts w:ascii="Times New Roman" w:eastAsia="Times New Roman" w:hAnsi="Times New Roman" w:cs="Times New Roman"/>
                <w:color w:val="000000"/>
                <w:w w:val="97"/>
                <w:sz w:val="16"/>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97"/>
                <w:sz w:val="16"/>
                <w:lang w:val="en-US"/>
              </w:rPr>
              <w:t>Письменный</w:t>
            </w:r>
            <w:proofErr w:type="spellEnd"/>
            <w:r w:rsidRPr="007726D6">
              <w:rPr>
                <w:rFonts w:ascii="Times New Roman" w:eastAsia="Times New Roman" w:hAnsi="Times New Roman" w:cs="Times New Roman"/>
                <w:color w:val="000000"/>
                <w:w w:val="97"/>
                <w:sz w:val="16"/>
                <w:lang w:val="en-US"/>
              </w:rPr>
              <w:t xml:space="preserve"> </w:t>
            </w:r>
            <w:proofErr w:type="spellStart"/>
            <w:r w:rsidRPr="007726D6">
              <w:rPr>
                <w:rFonts w:ascii="Times New Roman" w:eastAsia="Times New Roman" w:hAnsi="Times New Roman" w:cs="Times New Roman"/>
                <w:color w:val="000000"/>
                <w:w w:val="97"/>
                <w:sz w:val="16"/>
                <w:lang w:val="en-US"/>
              </w:rPr>
              <w:t>контроль</w:t>
            </w:r>
            <w:proofErr w:type="spellEnd"/>
            <w:r w:rsidRPr="007726D6">
              <w:rPr>
                <w:rFonts w:ascii="Times New Roman" w:eastAsia="Times New Roman" w:hAnsi="Times New Roman" w:cs="Times New Roman"/>
                <w:color w:val="000000"/>
                <w:w w:val="97"/>
                <w:sz w:val="16"/>
                <w:lang w:val="en-US"/>
              </w:rPr>
              <w:t>;</w:t>
            </w:r>
          </w:p>
        </w:tc>
        <w:tc>
          <w:tcPr>
            <w:tcW w:w="1406"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52" w:lineRule="auto"/>
              <w:ind w:left="72"/>
              <w:rPr>
                <w:rFonts w:ascii="Cambria" w:eastAsia="MS Mincho" w:hAnsi="Cambria" w:cs="Times New Roman"/>
              </w:rPr>
            </w:pPr>
            <w:proofErr w:type="spellStart"/>
            <w:r w:rsidRPr="007726D6">
              <w:rPr>
                <w:rFonts w:ascii="Times New Roman" w:eastAsia="Times New Roman" w:hAnsi="Times New Roman" w:cs="Times New Roman"/>
                <w:color w:val="000000"/>
                <w:w w:val="97"/>
                <w:sz w:val="16"/>
              </w:rPr>
              <w:t>Рябущкина</w:t>
            </w:r>
            <w:proofErr w:type="spellEnd"/>
            <w:r w:rsidRPr="007726D6">
              <w:rPr>
                <w:rFonts w:ascii="Times New Roman" w:eastAsia="Times New Roman" w:hAnsi="Times New Roman" w:cs="Times New Roman"/>
                <w:color w:val="000000"/>
                <w:w w:val="97"/>
                <w:sz w:val="16"/>
              </w:rPr>
              <w:t xml:space="preserve"> И.В.,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 xml:space="preserve">Стефаненко Н.А. </w:t>
            </w:r>
            <w:proofErr w:type="spellStart"/>
            <w:r w:rsidRPr="007726D6">
              <w:rPr>
                <w:rFonts w:ascii="Times New Roman" w:eastAsia="Times New Roman" w:hAnsi="Times New Roman" w:cs="Times New Roman"/>
                <w:color w:val="000000"/>
                <w:w w:val="97"/>
                <w:sz w:val="16"/>
              </w:rPr>
              <w:t>Аудиоприложение</w:t>
            </w:r>
            <w:proofErr w:type="spellEnd"/>
            <w:r w:rsidRPr="007726D6">
              <w:rPr>
                <w:rFonts w:ascii="Times New Roman" w:eastAsia="Times New Roman" w:hAnsi="Times New Roman" w:cs="Times New Roman"/>
                <w:color w:val="000000"/>
                <w:w w:val="97"/>
                <w:sz w:val="16"/>
              </w:rPr>
              <w:t xml:space="preserve"> к учебнику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 xml:space="preserve">литературного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чтения: 3 класс</w:t>
            </w:r>
          </w:p>
        </w:tc>
      </w:tr>
      <w:tr w:rsidR="007726D6" w:rsidRPr="007726D6" w:rsidTr="00391BF5">
        <w:trPr>
          <w:trHeight w:hRule="exact" w:val="130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33"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1.10.</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45" w:lineRule="auto"/>
              <w:ind w:left="72" w:right="288"/>
              <w:rPr>
                <w:rFonts w:ascii="Cambria" w:eastAsia="MS Mincho" w:hAnsi="Cambria" w:cs="Times New Roman"/>
                <w:lang w:val="en-US"/>
              </w:rPr>
            </w:pPr>
            <w:proofErr w:type="spellStart"/>
            <w:r w:rsidRPr="007726D6">
              <w:rPr>
                <w:rFonts w:ascii="Times New Roman" w:eastAsia="Times New Roman" w:hAnsi="Times New Roman" w:cs="Times New Roman"/>
                <w:b/>
                <w:color w:val="000000"/>
                <w:w w:val="97"/>
                <w:sz w:val="16"/>
                <w:lang w:val="en-US"/>
              </w:rPr>
              <w:t>Произведения</w:t>
            </w:r>
            <w:proofErr w:type="spellEnd"/>
            <w:r w:rsidRPr="007726D6">
              <w:rPr>
                <w:rFonts w:ascii="Times New Roman" w:eastAsia="Times New Roman" w:hAnsi="Times New Roman" w:cs="Times New Roman"/>
                <w:b/>
                <w:color w:val="000000"/>
                <w:w w:val="97"/>
                <w:sz w:val="16"/>
                <w:lang w:val="en-US"/>
              </w:rPr>
              <w:t xml:space="preserve"> о </w:t>
            </w:r>
            <w:proofErr w:type="spellStart"/>
            <w:r w:rsidRPr="007726D6">
              <w:rPr>
                <w:rFonts w:ascii="Times New Roman" w:eastAsia="Times New Roman" w:hAnsi="Times New Roman" w:cs="Times New Roman"/>
                <w:b/>
                <w:color w:val="000000"/>
                <w:w w:val="97"/>
                <w:sz w:val="16"/>
                <w:lang w:val="en-US"/>
              </w:rPr>
              <w:t>детях</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33"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10</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33"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33"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2</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45" w:lineRule="auto"/>
              <w:jc w:val="center"/>
              <w:rPr>
                <w:rFonts w:ascii="Cambria" w:eastAsia="MS Mincho" w:hAnsi="Cambria" w:cs="Times New Roman"/>
                <w:lang w:val="en-US"/>
              </w:rPr>
            </w:pPr>
          </w:p>
        </w:tc>
        <w:tc>
          <w:tcPr>
            <w:tcW w:w="737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52" w:lineRule="auto"/>
              <w:ind w:left="72"/>
              <w:rPr>
                <w:rFonts w:ascii="Cambria" w:eastAsia="MS Mincho" w:hAnsi="Cambria" w:cs="Times New Roman"/>
              </w:rPr>
            </w:pPr>
            <w:r w:rsidRPr="007726D6">
              <w:rPr>
                <w:rFonts w:ascii="Times New Roman" w:eastAsia="Times New Roman" w:hAnsi="Times New Roman" w:cs="Times New Roman"/>
                <w:color w:val="000000"/>
                <w:w w:val="97"/>
                <w:sz w:val="16"/>
              </w:rPr>
              <w:t>Чтение вслух и про себя (молча) произведений о жизни детей в разное время (по выбору не менее двух-трёх авторов</w:t>
            </w:r>
            <w:proofErr w:type="gramStart"/>
            <w:r w:rsidRPr="007726D6">
              <w:rPr>
                <w:rFonts w:ascii="Times New Roman" w:eastAsia="Times New Roman" w:hAnsi="Times New Roman" w:cs="Times New Roman"/>
                <w:color w:val="000000"/>
                <w:w w:val="97"/>
                <w:sz w:val="16"/>
              </w:rPr>
              <w:t>):А.</w:t>
            </w:r>
            <w:proofErr w:type="gramEnd"/>
            <w:r w:rsidRPr="007726D6">
              <w:rPr>
                <w:rFonts w:ascii="Times New Roman" w:eastAsia="Times New Roman" w:hAnsi="Times New Roman" w:cs="Times New Roman"/>
                <w:color w:val="000000"/>
                <w:w w:val="97"/>
                <w:sz w:val="16"/>
              </w:rPr>
              <w:t xml:space="preserve"> П. Чехов «Ванька», В. Г. Короленко «Слепой музыкант», М. Горький «</w:t>
            </w:r>
            <w:proofErr w:type="spellStart"/>
            <w:r w:rsidRPr="007726D6">
              <w:rPr>
                <w:rFonts w:ascii="Times New Roman" w:eastAsia="Times New Roman" w:hAnsi="Times New Roman" w:cs="Times New Roman"/>
                <w:color w:val="000000"/>
                <w:w w:val="97"/>
                <w:sz w:val="16"/>
              </w:rPr>
              <w:t>Пепе</w:t>
            </w:r>
            <w:proofErr w:type="spellEnd"/>
            <w:r w:rsidRPr="007726D6">
              <w:rPr>
                <w:rFonts w:ascii="Times New Roman" w:eastAsia="Times New Roman" w:hAnsi="Times New Roman" w:cs="Times New Roman"/>
                <w:color w:val="000000"/>
                <w:w w:val="97"/>
                <w:sz w:val="16"/>
              </w:rPr>
              <w:t xml:space="preserve">», Л. </w:t>
            </w:r>
            <w:proofErr w:type="spellStart"/>
            <w:r w:rsidRPr="007726D6">
              <w:rPr>
                <w:rFonts w:ascii="Times New Roman" w:eastAsia="Times New Roman" w:hAnsi="Times New Roman" w:cs="Times New Roman"/>
                <w:color w:val="000000"/>
                <w:w w:val="97"/>
                <w:sz w:val="16"/>
              </w:rPr>
              <w:t>Пантелеев«Честное</w:t>
            </w:r>
            <w:proofErr w:type="spellEnd"/>
            <w:r w:rsidRPr="007726D6">
              <w:rPr>
                <w:rFonts w:ascii="Times New Roman" w:eastAsia="Times New Roman" w:hAnsi="Times New Roman" w:cs="Times New Roman"/>
                <w:color w:val="000000"/>
                <w:w w:val="97"/>
                <w:sz w:val="16"/>
              </w:rPr>
              <w:t xml:space="preserve"> слово», «На ялике», Л. А. Кассиль «Алексей Андреевич», А. П. Гайдар «Горячий </w:t>
            </w:r>
            <w:proofErr w:type="spellStart"/>
            <w:r w:rsidRPr="007726D6">
              <w:rPr>
                <w:rFonts w:ascii="Times New Roman" w:eastAsia="Times New Roman" w:hAnsi="Times New Roman" w:cs="Times New Roman"/>
                <w:color w:val="000000"/>
                <w:w w:val="97"/>
                <w:sz w:val="16"/>
              </w:rPr>
              <w:t>камень»,«Тимур</w:t>
            </w:r>
            <w:proofErr w:type="spellEnd"/>
            <w:r w:rsidRPr="007726D6">
              <w:rPr>
                <w:rFonts w:ascii="Times New Roman" w:eastAsia="Times New Roman" w:hAnsi="Times New Roman" w:cs="Times New Roman"/>
                <w:color w:val="000000"/>
                <w:w w:val="97"/>
                <w:sz w:val="16"/>
              </w:rPr>
              <w:t xml:space="preserve"> и его команда», Н. Н. Носов «Огурцы», Е. А. Пермяк «Дедушкин характер», В. Ф. </w:t>
            </w:r>
            <w:proofErr w:type="spellStart"/>
            <w:r w:rsidRPr="007726D6">
              <w:rPr>
                <w:rFonts w:ascii="Times New Roman" w:eastAsia="Times New Roman" w:hAnsi="Times New Roman" w:cs="Times New Roman"/>
                <w:color w:val="000000"/>
                <w:w w:val="97"/>
                <w:sz w:val="16"/>
              </w:rPr>
              <w:t>Панова«Серёжа</w:t>
            </w:r>
            <w:proofErr w:type="spellEnd"/>
            <w:r w:rsidRPr="007726D6">
              <w:rPr>
                <w:rFonts w:ascii="Times New Roman" w:eastAsia="Times New Roman" w:hAnsi="Times New Roman" w:cs="Times New Roman"/>
                <w:color w:val="000000"/>
                <w:w w:val="97"/>
                <w:sz w:val="16"/>
              </w:rPr>
              <w:t xml:space="preserve">», С. В. Михалков «Данила Кузьмич», А. И. </w:t>
            </w:r>
            <w:proofErr w:type="spellStart"/>
            <w:r w:rsidRPr="007726D6">
              <w:rPr>
                <w:rFonts w:ascii="Times New Roman" w:eastAsia="Times New Roman" w:hAnsi="Times New Roman" w:cs="Times New Roman"/>
                <w:color w:val="000000"/>
                <w:w w:val="97"/>
                <w:sz w:val="16"/>
              </w:rPr>
              <w:t>Мусатов</w:t>
            </w:r>
            <w:proofErr w:type="spellEnd"/>
            <w:r w:rsidRPr="007726D6">
              <w:rPr>
                <w:rFonts w:ascii="Times New Roman" w:eastAsia="Times New Roman" w:hAnsi="Times New Roman" w:cs="Times New Roman"/>
                <w:color w:val="000000"/>
                <w:w w:val="97"/>
                <w:sz w:val="16"/>
              </w:rPr>
              <w:t xml:space="preserve"> «Оружие», И. Никулина «Бабушкин </w:t>
            </w:r>
            <w:proofErr w:type="spellStart"/>
            <w:r w:rsidRPr="007726D6">
              <w:rPr>
                <w:rFonts w:ascii="Times New Roman" w:eastAsia="Times New Roman" w:hAnsi="Times New Roman" w:cs="Times New Roman"/>
                <w:color w:val="000000"/>
                <w:w w:val="97"/>
                <w:sz w:val="16"/>
              </w:rPr>
              <w:t>кактус»и</w:t>
            </w:r>
            <w:proofErr w:type="spellEnd"/>
            <w:r w:rsidRPr="007726D6">
              <w:rPr>
                <w:rFonts w:ascii="Times New Roman" w:eastAsia="Times New Roman" w:hAnsi="Times New Roman" w:cs="Times New Roman"/>
                <w:color w:val="000000"/>
                <w:w w:val="97"/>
                <w:sz w:val="16"/>
              </w:rPr>
              <w:t xml:space="preserve"> др.;</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50" w:lineRule="auto"/>
              <w:ind w:left="72"/>
              <w:rPr>
                <w:rFonts w:ascii="Cambria" w:eastAsia="MS Mincho" w:hAnsi="Cambria" w:cs="Times New Roman"/>
                <w:lang w:val="en-US"/>
              </w:rPr>
            </w:pPr>
            <w:proofErr w:type="spellStart"/>
            <w:r w:rsidRPr="007726D6">
              <w:rPr>
                <w:rFonts w:ascii="Times New Roman" w:eastAsia="Times New Roman" w:hAnsi="Times New Roman" w:cs="Times New Roman"/>
                <w:color w:val="000000"/>
                <w:w w:val="97"/>
                <w:sz w:val="16"/>
                <w:lang w:val="en-US"/>
              </w:rPr>
              <w:t>Устный</w:t>
            </w:r>
            <w:proofErr w:type="spellEnd"/>
            <w:r w:rsidRPr="007726D6">
              <w:rPr>
                <w:rFonts w:ascii="Times New Roman" w:eastAsia="Times New Roman" w:hAnsi="Times New Roman" w:cs="Times New Roman"/>
                <w:color w:val="000000"/>
                <w:w w:val="97"/>
                <w:sz w:val="16"/>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97"/>
                <w:sz w:val="16"/>
                <w:lang w:val="en-US"/>
              </w:rPr>
              <w:t>опрос</w:t>
            </w:r>
            <w:proofErr w:type="spellEnd"/>
            <w:r w:rsidRPr="007726D6">
              <w:rPr>
                <w:rFonts w:ascii="Times New Roman" w:eastAsia="Times New Roman" w:hAnsi="Times New Roman" w:cs="Times New Roman"/>
                <w:color w:val="000000"/>
                <w:w w:val="97"/>
                <w:sz w:val="16"/>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97"/>
                <w:sz w:val="16"/>
                <w:lang w:val="en-US"/>
              </w:rPr>
              <w:t>Письменный</w:t>
            </w:r>
            <w:proofErr w:type="spellEnd"/>
            <w:r w:rsidRPr="007726D6">
              <w:rPr>
                <w:rFonts w:ascii="Times New Roman" w:eastAsia="Times New Roman" w:hAnsi="Times New Roman" w:cs="Times New Roman"/>
                <w:color w:val="000000"/>
                <w:w w:val="97"/>
                <w:sz w:val="16"/>
                <w:lang w:val="en-US"/>
              </w:rPr>
              <w:t xml:space="preserve"> </w:t>
            </w:r>
            <w:proofErr w:type="spellStart"/>
            <w:r w:rsidRPr="007726D6">
              <w:rPr>
                <w:rFonts w:ascii="Times New Roman" w:eastAsia="Times New Roman" w:hAnsi="Times New Roman" w:cs="Times New Roman"/>
                <w:color w:val="000000"/>
                <w:w w:val="97"/>
                <w:sz w:val="16"/>
                <w:lang w:val="en-US"/>
              </w:rPr>
              <w:t>контроль</w:t>
            </w:r>
            <w:proofErr w:type="spellEnd"/>
            <w:r w:rsidRPr="007726D6">
              <w:rPr>
                <w:rFonts w:ascii="Times New Roman" w:eastAsia="Times New Roman" w:hAnsi="Times New Roman" w:cs="Times New Roman"/>
                <w:color w:val="000000"/>
                <w:w w:val="97"/>
                <w:sz w:val="16"/>
                <w:lang w:val="en-US"/>
              </w:rPr>
              <w:t>;</w:t>
            </w:r>
          </w:p>
        </w:tc>
        <w:tc>
          <w:tcPr>
            <w:tcW w:w="1406"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52" w:lineRule="auto"/>
              <w:ind w:left="72"/>
              <w:rPr>
                <w:rFonts w:ascii="Cambria" w:eastAsia="MS Mincho" w:hAnsi="Cambria" w:cs="Times New Roman"/>
              </w:rPr>
            </w:pPr>
            <w:proofErr w:type="spellStart"/>
            <w:r w:rsidRPr="007726D6">
              <w:rPr>
                <w:rFonts w:ascii="Times New Roman" w:eastAsia="Times New Roman" w:hAnsi="Times New Roman" w:cs="Times New Roman"/>
                <w:color w:val="000000"/>
                <w:w w:val="97"/>
                <w:sz w:val="16"/>
              </w:rPr>
              <w:t>Рябущкина</w:t>
            </w:r>
            <w:proofErr w:type="spellEnd"/>
            <w:r w:rsidRPr="007726D6">
              <w:rPr>
                <w:rFonts w:ascii="Times New Roman" w:eastAsia="Times New Roman" w:hAnsi="Times New Roman" w:cs="Times New Roman"/>
                <w:color w:val="000000"/>
                <w:w w:val="97"/>
                <w:sz w:val="16"/>
              </w:rPr>
              <w:t xml:space="preserve"> И.В.,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 xml:space="preserve">Стефаненко Н.А. </w:t>
            </w:r>
            <w:proofErr w:type="spellStart"/>
            <w:r w:rsidRPr="007726D6">
              <w:rPr>
                <w:rFonts w:ascii="Times New Roman" w:eastAsia="Times New Roman" w:hAnsi="Times New Roman" w:cs="Times New Roman"/>
                <w:color w:val="000000"/>
                <w:w w:val="97"/>
                <w:sz w:val="16"/>
              </w:rPr>
              <w:t>Аудиоприложение</w:t>
            </w:r>
            <w:proofErr w:type="spellEnd"/>
            <w:r w:rsidRPr="007726D6">
              <w:rPr>
                <w:rFonts w:ascii="Times New Roman" w:eastAsia="Times New Roman" w:hAnsi="Times New Roman" w:cs="Times New Roman"/>
                <w:color w:val="000000"/>
                <w:w w:val="97"/>
                <w:sz w:val="16"/>
              </w:rPr>
              <w:t xml:space="preserve"> к учебнику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 xml:space="preserve">литературного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чтения: 3 класс</w:t>
            </w:r>
          </w:p>
        </w:tc>
      </w:tr>
      <w:tr w:rsidR="007726D6" w:rsidRPr="007726D6" w:rsidTr="00391BF5">
        <w:trPr>
          <w:trHeight w:hRule="exact" w:val="13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1.11.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45" w:lineRule="auto"/>
              <w:ind w:left="72" w:right="144"/>
              <w:rPr>
                <w:rFonts w:ascii="Cambria" w:eastAsia="MS Mincho" w:hAnsi="Cambria" w:cs="Times New Roman"/>
                <w:lang w:val="en-US"/>
              </w:rPr>
            </w:pPr>
            <w:proofErr w:type="spellStart"/>
            <w:r w:rsidRPr="007726D6">
              <w:rPr>
                <w:rFonts w:ascii="Times New Roman" w:eastAsia="Times New Roman" w:hAnsi="Times New Roman" w:cs="Times New Roman"/>
                <w:b/>
                <w:color w:val="000000"/>
                <w:w w:val="97"/>
                <w:sz w:val="16"/>
                <w:lang w:val="en-US"/>
              </w:rPr>
              <w:t>Юмористические</w:t>
            </w:r>
            <w:proofErr w:type="spellEnd"/>
            <w:r w:rsidRPr="007726D6">
              <w:rPr>
                <w:rFonts w:ascii="Times New Roman" w:eastAsia="Times New Roman" w:hAnsi="Times New Roman" w:cs="Times New Roman"/>
                <w:b/>
                <w:color w:val="000000"/>
                <w:w w:val="97"/>
                <w:sz w:val="16"/>
                <w:lang w:val="en-US"/>
              </w:rPr>
              <w:t xml:space="preserve"> </w:t>
            </w:r>
            <w:proofErr w:type="spellStart"/>
            <w:r w:rsidRPr="007726D6">
              <w:rPr>
                <w:rFonts w:ascii="Times New Roman" w:eastAsia="Times New Roman" w:hAnsi="Times New Roman" w:cs="Times New Roman"/>
                <w:b/>
                <w:color w:val="000000"/>
                <w:w w:val="97"/>
                <w:sz w:val="16"/>
                <w:lang w:val="en-US"/>
              </w:rPr>
              <w:t>произведения</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14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3</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45" w:lineRule="auto"/>
              <w:jc w:val="center"/>
              <w:rPr>
                <w:rFonts w:ascii="Cambria" w:eastAsia="MS Mincho" w:hAnsi="Cambria" w:cs="Times New Roman"/>
                <w:lang w:val="en-US"/>
              </w:rPr>
            </w:pPr>
          </w:p>
        </w:tc>
        <w:tc>
          <w:tcPr>
            <w:tcW w:w="737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50" w:lineRule="auto"/>
              <w:ind w:left="72" w:right="144"/>
              <w:rPr>
                <w:rFonts w:ascii="Cambria" w:eastAsia="MS Mincho" w:hAnsi="Cambria" w:cs="Times New Roman"/>
                <w:lang w:val="en-US"/>
              </w:rPr>
            </w:pPr>
            <w:r w:rsidRPr="007726D6">
              <w:rPr>
                <w:rFonts w:ascii="Times New Roman" w:eastAsia="Times New Roman" w:hAnsi="Times New Roman" w:cs="Times New Roman"/>
                <w:color w:val="000000"/>
                <w:w w:val="97"/>
                <w:sz w:val="16"/>
              </w:rPr>
              <w:t xml:space="preserve">Слушание чтения художественных произведений, оценка эмоционального состояния при восприятии юмористического произведения, ответ на вопрос «Какое чувство вызывает сюжет рассказа? Почему?». На примере произведений Н. Н. Носова «Федина задача», «Телефон», М. М. Зощенко «Великие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 xml:space="preserve">путешественники», «Пора вставать!» и др. </w:t>
            </w:r>
            <w:r w:rsidRPr="007726D6">
              <w:rPr>
                <w:rFonts w:ascii="Times New Roman" w:eastAsia="Times New Roman" w:hAnsi="Times New Roman" w:cs="Times New Roman"/>
                <w:color w:val="000000"/>
                <w:w w:val="97"/>
                <w:sz w:val="16"/>
                <w:lang w:val="en-US"/>
              </w:rPr>
              <w:t>(</w:t>
            </w:r>
            <w:proofErr w:type="spellStart"/>
            <w:r w:rsidRPr="007726D6">
              <w:rPr>
                <w:rFonts w:ascii="Times New Roman" w:eastAsia="Times New Roman" w:hAnsi="Times New Roman" w:cs="Times New Roman"/>
                <w:color w:val="000000"/>
                <w:w w:val="97"/>
                <w:sz w:val="16"/>
                <w:lang w:val="en-US"/>
              </w:rPr>
              <w:t>не</w:t>
            </w:r>
            <w:proofErr w:type="spellEnd"/>
            <w:r w:rsidRPr="007726D6">
              <w:rPr>
                <w:rFonts w:ascii="Times New Roman" w:eastAsia="Times New Roman" w:hAnsi="Times New Roman" w:cs="Times New Roman"/>
                <w:color w:val="000000"/>
                <w:w w:val="97"/>
                <w:sz w:val="16"/>
                <w:lang w:val="en-US"/>
              </w:rPr>
              <w:t xml:space="preserve"> </w:t>
            </w:r>
            <w:proofErr w:type="spellStart"/>
            <w:r w:rsidRPr="007726D6">
              <w:rPr>
                <w:rFonts w:ascii="Times New Roman" w:eastAsia="Times New Roman" w:hAnsi="Times New Roman" w:cs="Times New Roman"/>
                <w:color w:val="000000"/>
                <w:w w:val="97"/>
                <w:sz w:val="16"/>
                <w:lang w:val="en-US"/>
              </w:rPr>
              <w:t>менее</w:t>
            </w:r>
            <w:proofErr w:type="spellEnd"/>
            <w:r w:rsidRPr="007726D6">
              <w:rPr>
                <w:rFonts w:ascii="Times New Roman" w:eastAsia="Times New Roman" w:hAnsi="Times New Roman" w:cs="Times New Roman"/>
                <w:color w:val="000000"/>
                <w:w w:val="97"/>
                <w:sz w:val="16"/>
                <w:lang w:val="en-US"/>
              </w:rPr>
              <w:t xml:space="preserve"> </w:t>
            </w:r>
            <w:proofErr w:type="spellStart"/>
            <w:r w:rsidRPr="007726D6">
              <w:rPr>
                <w:rFonts w:ascii="Times New Roman" w:eastAsia="Times New Roman" w:hAnsi="Times New Roman" w:cs="Times New Roman"/>
                <w:color w:val="000000"/>
                <w:w w:val="97"/>
                <w:sz w:val="16"/>
                <w:lang w:val="en-US"/>
              </w:rPr>
              <w:t>двух</w:t>
            </w:r>
            <w:proofErr w:type="spellEnd"/>
            <w:r w:rsidRPr="007726D6">
              <w:rPr>
                <w:rFonts w:ascii="Times New Roman" w:eastAsia="Times New Roman" w:hAnsi="Times New Roman" w:cs="Times New Roman"/>
                <w:color w:val="000000"/>
                <w:w w:val="97"/>
                <w:sz w:val="16"/>
                <w:lang w:val="en-US"/>
              </w:rPr>
              <w:t xml:space="preserve"> </w:t>
            </w:r>
            <w:proofErr w:type="spellStart"/>
            <w:r w:rsidRPr="007726D6">
              <w:rPr>
                <w:rFonts w:ascii="Times New Roman" w:eastAsia="Times New Roman" w:hAnsi="Times New Roman" w:cs="Times New Roman"/>
                <w:color w:val="000000"/>
                <w:w w:val="97"/>
                <w:sz w:val="16"/>
                <w:lang w:val="en-US"/>
              </w:rPr>
              <w:t>произведений</w:t>
            </w:r>
            <w:proofErr w:type="spellEnd"/>
            <w:r w:rsidRPr="007726D6">
              <w:rPr>
                <w:rFonts w:ascii="Times New Roman" w:eastAsia="Times New Roman" w:hAnsi="Times New Roman" w:cs="Times New Roman"/>
                <w:color w:val="000000"/>
                <w:w w:val="97"/>
                <w:sz w:val="16"/>
                <w:lang w:val="en-US"/>
              </w:rPr>
              <w:t>);</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50" w:lineRule="auto"/>
              <w:ind w:left="72"/>
              <w:rPr>
                <w:rFonts w:ascii="Cambria" w:eastAsia="MS Mincho" w:hAnsi="Cambria" w:cs="Times New Roman"/>
                <w:lang w:val="en-US"/>
              </w:rPr>
            </w:pPr>
            <w:proofErr w:type="spellStart"/>
            <w:r w:rsidRPr="007726D6">
              <w:rPr>
                <w:rFonts w:ascii="Times New Roman" w:eastAsia="Times New Roman" w:hAnsi="Times New Roman" w:cs="Times New Roman"/>
                <w:color w:val="000000"/>
                <w:w w:val="97"/>
                <w:sz w:val="16"/>
                <w:lang w:val="en-US"/>
              </w:rPr>
              <w:t>Устный</w:t>
            </w:r>
            <w:proofErr w:type="spellEnd"/>
            <w:r w:rsidRPr="007726D6">
              <w:rPr>
                <w:rFonts w:ascii="Times New Roman" w:eastAsia="Times New Roman" w:hAnsi="Times New Roman" w:cs="Times New Roman"/>
                <w:color w:val="000000"/>
                <w:w w:val="97"/>
                <w:sz w:val="16"/>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97"/>
                <w:sz w:val="16"/>
                <w:lang w:val="en-US"/>
              </w:rPr>
              <w:t>опрос</w:t>
            </w:r>
            <w:proofErr w:type="spellEnd"/>
            <w:r w:rsidRPr="007726D6">
              <w:rPr>
                <w:rFonts w:ascii="Times New Roman" w:eastAsia="Times New Roman" w:hAnsi="Times New Roman" w:cs="Times New Roman"/>
                <w:color w:val="000000"/>
                <w:w w:val="97"/>
                <w:sz w:val="16"/>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97"/>
                <w:sz w:val="16"/>
                <w:lang w:val="en-US"/>
              </w:rPr>
              <w:t>Письменный</w:t>
            </w:r>
            <w:proofErr w:type="spellEnd"/>
            <w:r w:rsidRPr="007726D6">
              <w:rPr>
                <w:rFonts w:ascii="Times New Roman" w:eastAsia="Times New Roman" w:hAnsi="Times New Roman" w:cs="Times New Roman"/>
                <w:color w:val="000000"/>
                <w:w w:val="97"/>
                <w:sz w:val="16"/>
                <w:lang w:val="en-US"/>
              </w:rPr>
              <w:t xml:space="preserve"> </w:t>
            </w:r>
            <w:proofErr w:type="spellStart"/>
            <w:r w:rsidRPr="007726D6">
              <w:rPr>
                <w:rFonts w:ascii="Times New Roman" w:eastAsia="Times New Roman" w:hAnsi="Times New Roman" w:cs="Times New Roman"/>
                <w:color w:val="000000"/>
                <w:w w:val="97"/>
                <w:sz w:val="16"/>
                <w:lang w:val="en-US"/>
              </w:rPr>
              <w:t>контроль</w:t>
            </w:r>
            <w:proofErr w:type="spellEnd"/>
            <w:r w:rsidRPr="007726D6">
              <w:rPr>
                <w:rFonts w:ascii="Times New Roman" w:eastAsia="Times New Roman" w:hAnsi="Times New Roman" w:cs="Times New Roman"/>
                <w:color w:val="000000"/>
                <w:w w:val="97"/>
                <w:sz w:val="16"/>
                <w:lang w:val="en-US"/>
              </w:rPr>
              <w:t>;</w:t>
            </w:r>
          </w:p>
        </w:tc>
        <w:tc>
          <w:tcPr>
            <w:tcW w:w="1406"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52" w:lineRule="auto"/>
              <w:ind w:left="72"/>
              <w:rPr>
                <w:rFonts w:ascii="Cambria" w:eastAsia="MS Mincho" w:hAnsi="Cambria" w:cs="Times New Roman"/>
              </w:rPr>
            </w:pPr>
            <w:proofErr w:type="spellStart"/>
            <w:r w:rsidRPr="007726D6">
              <w:rPr>
                <w:rFonts w:ascii="Times New Roman" w:eastAsia="Times New Roman" w:hAnsi="Times New Roman" w:cs="Times New Roman"/>
                <w:color w:val="000000"/>
                <w:w w:val="97"/>
                <w:sz w:val="16"/>
              </w:rPr>
              <w:t>Рябущкина</w:t>
            </w:r>
            <w:proofErr w:type="spellEnd"/>
            <w:r w:rsidRPr="007726D6">
              <w:rPr>
                <w:rFonts w:ascii="Times New Roman" w:eastAsia="Times New Roman" w:hAnsi="Times New Roman" w:cs="Times New Roman"/>
                <w:color w:val="000000"/>
                <w:w w:val="97"/>
                <w:sz w:val="16"/>
              </w:rPr>
              <w:t xml:space="preserve"> И.В.,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 xml:space="preserve">Стефаненко Н.А. </w:t>
            </w:r>
            <w:proofErr w:type="spellStart"/>
            <w:r w:rsidRPr="007726D6">
              <w:rPr>
                <w:rFonts w:ascii="Times New Roman" w:eastAsia="Times New Roman" w:hAnsi="Times New Roman" w:cs="Times New Roman"/>
                <w:color w:val="000000"/>
                <w:w w:val="97"/>
                <w:sz w:val="16"/>
              </w:rPr>
              <w:t>Аудиоприложение</w:t>
            </w:r>
            <w:proofErr w:type="spellEnd"/>
            <w:r w:rsidRPr="007726D6">
              <w:rPr>
                <w:rFonts w:ascii="Times New Roman" w:eastAsia="Times New Roman" w:hAnsi="Times New Roman" w:cs="Times New Roman"/>
                <w:color w:val="000000"/>
                <w:w w:val="97"/>
                <w:sz w:val="16"/>
              </w:rPr>
              <w:t xml:space="preserve"> к учебнику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 xml:space="preserve">литературного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чтения: 3 класс</w:t>
            </w:r>
          </w:p>
        </w:tc>
      </w:tr>
      <w:tr w:rsidR="007726D6" w:rsidRPr="007726D6" w:rsidTr="00391BF5">
        <w:trPr>
          <w:trHeight w:hRule="exact" w:val="131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1.12.</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45" w:lineRule="auto"/>
              <w:ind w:right="576"/>
              <w:jc w:val="center"/>
              <w:rPr>
                <w:rFonts w:ascii="Cambria" w:eastAsia="MS Mincho" w:hAnsi="Cambria" w:cs="Times New Roman"/>
                <w:lang w:val="en-US"/>
              </w:rPr>
            </w:pPr>
            <w:proofErr w:type="spellStart"/>
            <w:r w:rsidRPr="007726D6">
              <w:rPr>
                <w:rFonts w:ascii="Times New Roman" w:eastAsia="Times New Roman" w:hAnsi="Times New Roman" w:cs="Times New Roman"/>
                <w:b/>
                <w:color w:val="000000"/>
                <w:w w:val="97"/>
                <w:sz w:val="16"/>
                <w:lang w:val="en-US"/>
              </w:rPr>
              <w:t>Зарубежная</w:t>
            </w:r>
            <w:proofErr w:type="spellEnd"/>
            <w:r w:rsidRPr="007726D6">
              <w:rPr>
                <w:rFonts w:ascii="Times New Roman" w:eastAsia="Times New Roman" w:hAnsi="Times New Roman" w:cs="Times New Roman"/>
                <w:b/>
                <w:color w:val="000000"/>
                <w:w w:val="97"/>
                <w:sz w:val="16"/>
                <w:lang w:val="en-US"/>
              </w:rPr>
              <w:t xml:space="preserve"> </w:t>
            </w:r>
            <w:proofErr w:type="spellStart"/>
            <w:r w:rsidRPr="007726D6">
              <w:rPr>
                <w:rFonts w:ascii="Times New Roman" w:eastAsia="Times New Roman" w:hAnsi="Times New Roman" w:cs="Times New Roman"/>
                <w:b/>
                <w:color w:val="000000"/>
                <w:w w:val="97"/>
                <w:sz w:val="16"/>
                <w:lang w:val="en-US"/>
              </w:rPr>
              <w:t>литература</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6</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2</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45" w:lineRule="auto"/>
              <w:jc w:val="center"/>
              <w:rPr>
                <w:rFonts w:ascii="Cambria" w:eastAsia="MS Mincho" w:hAnsi="Cambria" w:cs="Times New Roman"/>
                <w:lang w:val="en-US"/>
              </w:rPr>
            </w:pPr>
          </w:p>
        </w:tc>
        <w:tc>
          <w:tcPr>
            <w:tcW w:w="737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50" w:lineRule="auto"/>
              <w:ind w:left="72" w:right="432"/>
              <w:rPr>
                <w:rFonts w:ascii="Cambria" w:eastAsia="MS Mincho" w:hAnsi="Cambria" w:cs="Times New Roman"/>
                <w:lang w:val="en-US"/>
              </w:rPr>
            </w:pPr>
            <w:r w:rsidRPr="007726D6">
              <w:rPr>
                <w:rFonts w:ascii="Times New Roman" w:eastAsia="Times New Roman" w:hAnsi="Times New Roman" w:cs="Times New Roman"/>
                <w:color w:val="000000"/>
                <w:w w:val="97"/>
                <w:sz w:val="16"/>
              </w:rPr>
              <w:t xml:space="preserve">Чтение литературных сказок зарубежных писателей (произведения двух-трёх авторов по выбору). Например, произведения Ш. Перро «Подарки феи», Х.-К. Андерсена «Гадкий утёнок», Ц. </w:t>
            </w:r>
            <w:proofErr w:type="spellStart"/>
            <w:proofErr w:type="gramStart"/>
            <w:r w:rsidRPr="007726D6">
              <w:rPr>
                <w:rFonts w:ascii="Times New Roman" w:eastAsia="Times New Roman" w:hAnsi="Times New Roman" w:cs="Times New Roman"/>
                <w:color w:val="000000"/>
                <w:w w:val="97"/>
                <w:sz w:val="16"/>
              </w:rPr>
              <w:t>Топелиуса«</w:t>
            </w:r>
            <w:proofErr w:type="gramEnd"/>
            <w:r w:rsidRPr="007726D6">
              <w:rPr>
                <w:rFonts w:ascii="Times New Roman" w:eastAsia="Times New Roman" w:hAnsi="Times New Roman" w:cs="Times New Roman"/>
                <w:color w:val="000000"/>
                <w:w w:val="97"/>
                <w:sz w:val="16"/>
              </w:rPr>
              <w:t>Солнечный</w:t>
            </w:r>
            <w:proofErr w:type="spellEnd"/>
            <w:r w:rsidRPr="007726D6">
              <w:rPr>
                <w:rFonts w:ascii="Times New Roman" w:eastAsia="Times New Roman" w:hAnsi="Times New Roman" w:cs="Times New Roman"/>
                <w:color w:val="000000"/>
                <w:w w:val="97"/>
                <w:sz w:val="16"/>
              </w:rPr>
              <w:t xml:space="preserve"> Луч в ноябре», Р. Киплинга «</w:t>
            </w:r>
            <w:proofErr w:type="spellStart"/>
            <w:r w:rsidRPr="007726D6">
              <w:rPr>
                <w:rFonts w:ascii="Times New Roman" w:eastAsia="Times New Roman" w:hAnsi="Times New Roman" w:cs="Times New Roman"/>
                <w:color w:val="000000"/>
                <w:w w:val="97"/>
                <w:sz w:val="16"/>
              </w:rPr>
              <w:t>Маугли</w:t>
            </w:r>
            <w:proofErr w:type="spellEnd"/>
            <w:r w:rsidRPr="007726D6">
              <w:rPr>
                <w:rFonts w:ascii="Times New Roman" w:eastAsia="Times New Roman" w:hAnsi="Times New Roman" w:cs="Times New Roman"/>
                <w:color w:val="000000"/>
                <w:w w:val="97"/>
                <w:sz w:val="16"/>
              </w:rPr>
              <w:t xml:space="preserve">», Дж. </w:t>
            </w:r>
            <w:proofErr w:type="spellStart"/>
            <w:r w:rsidRPr="007726D6">
              <w:rPr>
                <w:rFonts w:ascii="Times New Roman" w:eastAsia="Times New Roman" w:hAnsi="Times New Roman" w:cs="Times New Roman"/>
                <w:color w:val="000000"/>
                <w:w w:val="97"/>
                <w:sz w:val="16"/>
                <w:lang w:val="en-US"/>
              </w:rPr>
              <w:t>Родари</w:t>
            </w:r>
            <w:proofErr w:type="spellEnd"/>
            <w:r w:rsidRPr="007726D6">
              <w:rPr>
                <w:rFonts w:ascii="Times New Roman" w:eastAsia="Times New Roman" w:hAnsi="Times New Roman" w:cs="Times New Roman"/>
                <w:color w:val="000000"/>
                <w:w w:val="97"/>
                <w:sz w:val="16"/>
                <w:lang w:val="en-US"/>
              </w:rPr>
              <w:t xml:space="preserve"> «</w:t>
            </w:r>
            <w:proofErr w:type="spellStart"/>
            <w:r w:rsidRPr="007726D6">
              <w:rPr>
                <w:rFonts w:ascii="Times New Roman" w:eastAsia="Times New Roman" w:hAnsi="Times New Roman" w:cs="Times New Roman"/>
                <w:color w:val="000000"/>
                <w:w w:val="97"/>
                <w:sz w:val="16"/>
                <w:lang w:val="en-US"/>
              </w:rPr>
              <w:t>Волшебный</w:t>
            </w:r>
            <w:proofErr w:type="spellEnd"/>
            <w:r w:rsidRPr="007726D6">
              <w:rPr>
                <w:rFonts w:ascii="Times New Roman" w:eastAsia="Times New Roman" w:hAnsi="Times New Roman" w:cs="Times New Roman"/>
                <w:color w:val="000000"/>
                <w:w w:val="97"/>
                <w:sz w:val="16"/>
                <w:lang w:val="en-US"/>
              </w:rPr>
              <w:t xml:space="preserve"> </w:t>
            </w:r>
            <w:proofErr w:type="spellStart"/>
            <w:r w:rsidRPr="007726D6">
              <w:rPr>
                <w:rFonts w:ascii="Times New Roman" w:eastAsia="Times New Roman" w:hAnsi="Times New Roman" w:cs="Times New Roman"/>
                <w:color w:val="000000"/>
                <w:w w:val="97"/>
                <w:sz w:val="16"/>
                <w:lang w:val="en-US"/>
              </w:rPr>
              <w:t>барабан</w:t>
            </w:r>
            <w:proofErr w:type="spellEnd"/>
            <w:r w:rsidRPr="007726D6">
              <w:rPr>
                <w:rFonts w:ascii="Times New Roman" w:eastAsia="Times New Roman" w:hAnsi="Times New Roman" w:cs="Times New Roman"/>
                <w:color w:val="000000"/>
                <w:w w:val="97"/>
                <w:sz w:val="16"/>
                <w:lang w:val="en-US"/>
              </w:rPr>
              <w:t>»;</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50" w:lineRule="auto"/>
              <w:ind w:left="72"/>
              <w:rPr>
                <w:rFonts w:ascii="Cambria" w:eastAsia="MS Mincho" w:hAnsi="Cambria" w:cs="Times New Roman"/>
                <w:lang w:val="en-US"/>
              </w:rPr>
            </w:pPr>
            <w:proofErr w:type="spellStart"/>
            <w:r w:rsidRPr="007726D6">
              <w:rPr>
                <w:rFonts w:ascii="Times New Roman" w:eastAsia="Times New Roman" w:hAnsi="Times New Roman" w:cs="Times New Roman"/>
                <w:color w:val="000000"/>
                <w:w w:val="97"/>
                <w:sz w:val="16"/>
                <w:lang w:val="en-US"/>
              </w:rPr>
              <w:t>Устный</w:t>
            </w:r>
            <w:proofErr w:type="spellEnd"/>
            <w:r w:rsidRPr="007726D6">
              <w:rPr>
                <w:rFonts w:ascii="Times New Roman" w:eastAsia="Times New Roman" w:hAnsi="Times New Roman" w:cs="Times New Roman"/>
                <w:color w:val="000000"/>
                <w:w w:val="97"/>
                <w:sz w:val="16"/>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97"/>
                <w:sz w:val="16"/>
                <w:lang w:val="en-US"/>
              </w:rPr>
              <w:t>опрос</w:t>
            </w:r>
            <w:proofErr w:type="spellEnd"/>
            <w:r w:rsidRPr="007726D6">
              <w:rPr>
                <w:rFonts w:ascii="Times New Roman" w:eastAsia="Times New Roman" w:hAnsi="Times New Roman" w:cs="Times New Roman"/>
                <w:color w:val="000000"/>
                <w:w w:val="97"/>
                <w:sz w:val="16"/>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97"/>
                <w:sz w:val="16"/>
                <w:lang w:val="en-US"/>
              </w:rPr>
              <w:t>Письменный</w:t>
            </w:r>
            <w:proofErr w:type="spellEnd"/>
            <w:r w:rsidRPr="007726D6">
              <w:rPr>
                <w:rFonts w:ascii="Times New Roman" w:eastAsia="Times New Roman" w:hAnsi="Times New Roman" w:cs="Times New Roman"/>
                <w:color w:val="000000"/>
                <w:w w:val="97"/>
                <w:sz w:val="16"/>
                <w:lang w:val="en-US"/>
              </w:rPr>
              <w:t xml:space="preserve"> </w:t>
            </w:r>
            <w:proofErr w:type="spellStart"/>
            <w:r w:rsidRPr="007726D6">
              <w:rPr>
                <w:rFonts w:ascii="Times New Roman" w:eastAsia="Times New Roman" w:hAnsi="Times New Roman" w:cs="Times New Roman"/>
                <w:color w:val="000000"/>
                <w:w w:val="97"/>
                <w:sz w:val="16"/>
                <w:lang w:val="en-US"/>
              </w:rPr>
              <w:t>контроль</w:t>
            </w:r>
            <w:proofErr w:type="spellEnd"/>
            <w:r w:rsidRPr="007726D6">
              <w:rPr>
                <w:rFonts w:ascii="Times New Roman" w:eastAsia="Times New Roman" w:hAnsi="Times New Roman" w:cs="Times New Roman"/>
                <w:color w:val="000000"/>
                <w:w w:val="97"/>
                <w:sz w:val="16"/>
                <w:lang w:val="en-US"/>
              </w:rPr>
              <w:t>;</w:t>
            </w:r>
          </w:p>
        </w:tc>
        <w:tc>
          <w:tcPr>
            <w:tcW w:w="1406"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52" w:lineRule="auto"/>
              <w:ind w:left="72"/>
              <w:rPr>
                <w:rFonts w:ascii="Cambria" w:eastAsia="MS Mincho" w:hAnsi="Cambria" w:cs="Times New Roman"/>
              </w:rPr>
            </w:pPr>
            <w:proofErr w:type="spellStart"/>
            <w:r w:rsidRPr="007726D6">
              <w:rPr>
                <w:rFonts w:ascii="Times New Roman" w:eastAsia="Times New Roman" w:hAnsi="Times New Roman" w:cs="Times New Roman"/>
                <w:color w:val="000000"/>
                <w:w w:val="97"/>
                <w:sz w:val="16"/>
              </w:rPr>
              <w:t>Рябущкина</w:t>
            </w:r>
            <w:proofErr w:type="spellEnd"/>
            <w:r w:rsidRPr="007726D6">
              <w:rPr>
                <w:rFonts w:ascii="Times New Roman" w:eastAsia="Times New Roman" w:hAnsi="Times New Roman" w:cs="Times New Roman"/>
                <w:color w:val="000000"/>
                <w:w w:val="97"/>
                <w:sz w:val="16"/>
              </w:rPr>
              <w:t xml:space="preserve"> И.В.,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 xml:space="preserve">Стефаненко Н.А. </w:t>
            </w:r>
            <w:proofErr w:type="spellStart"/>
            <w:r w:rsidRPr="007726D6">
              <w:rPr>
                <w:rFonts w:ascii="Times New Roman" w:eastAsia="Times New Roman" w:hAnsi="Times New Roman" w:cs="Times New Roman"/>
                <w:color w:val="000000"/>
                <w:w w:val="97"/>
                <w:sz w:val="16"/>
              </w:rPr>
              <w:t>Аудиоприложение</w:t>
            </w:r>
            <w:proofErr w:type="spellEnd"/>
            <w:r w:rsidRPr="007726D6">
              <w:rPr>
                <w:rFonts w:ascii="Times New Roman" w:eastAsia="Times New Roman" w:hAnsi="Times New Roman" w:cs="Times New Roman"/>
                <w:color w:val="000000"/>
                <w:w w:val="97"/>
                <w:sz w:val="16"/>
              </w:rPr>
              <w:t xml:space="preserve"> к учебнику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 xml:space="preserve">литературного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чтения: 3 класс</w:t>
            </w:r>
          </w:p>
        </w:tc>
      </w:tr>
      <w:tr w:rsidR="007726D6" w:rsidRPr="007726D6" w:rsidTr="00391BF5">
        <w:trPr>
          <w:trHeight w:hRule="exact" w:val="130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33"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1.13.</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52" w:lineRule="auto"/>
              <w:ind w:left="72"/>
              <w:rPr>
                <w:rFonts w:ascii="Cambria" w:eastAsia="MS Mincho" w:hAnsi="Cambria" w:cs="Times New Roman"/>
              </w:rPr>
            </w:pPr>
            <w:r w:rsidRPr="007726D6">
              <w:rPr>
                <w:rFonts w:ascii="Times New Roman" w:eastAsia="Times New Roman" w:hAnsi="Times New Roman" w:cs="Times New Roman"/>
                <w:b/>
                <w:color w:val="000000"/>
                <w:w w:val="97"/>
                <w:sz w:val="16"/>
              </w:rPr>
              <w:t xml:space="preserve">Библиографическая культура (работа с детской книгой и </w:t>
            </w:r>
            <w:r w:rsidRPr="007726D6">
              <w:rPr>
                <w:rFonts w:ascii="Cambria" w:eastAsia="MS Mincho" w:hAnsi="Cambria" w:cs="Times New Roman"/>
              </w:rPr>
              <w:br/>
            </w:r>
            <w:r w:rsidRPr="007726D6">
              <w:rPr>
                <w:rFonts w:ascii="Times New Roman" w:eastAsia="Times New Roman" w:hAnsi="Times New Roman" w:cs="Times New Roman"/>
                <w:b/>
                <w:color w:val="000000"/>
                <w:w w:val="97"/>
                <w:sz w:val="16"/>
              </w:rPr>
              <w:t xml:space="preserve">справочной </w:t>
            </w:r>
            <w:r w:rsidRPr="007726D6">
              <w:rPr>
                <w:rFonts w:ascii="Cambria" w:eastAsia="MS Mincho" w:hAnsi="Cambria" w:cs="Times New Roman"/>
              </w:rPr>
              <w:br/>
            </w:r>
            <w:r w:rsidRPr="007726D6">
              <w:rPr>
                <w:rFonts w:ascii="Times New Roman" w:eastAsia="Times New Roman" w:hAnsi="Times New Roman" w:cs="Times New Roman"/>
                <w:b/>
                <w:color w:val="000000"/>
                <w:w w:val="97"/>
                <w:sz w:val="16"/>
              </w:rPr>
              <w:t>литературой)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33"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33"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33"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0</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45" w:lineRule="auto"/>
              <w:jc w:val="center"/>
              <w:rPr>
                <w:rFonts w:ascii="Cambria" w:eastAsia="MS Mincho" w:hAnsi="Cambria" w:cs="Times New Roman"/>
                <w:lang w:val="en-US"/>
              </w:rPr>
            </w:pPr>
          </w:p>
        </w:tc>
        <w:tc>
          <w:tcPr>
            <w:tcW w:w="737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50" w:lineRule="auto"/>
              <w:ind w:left="72"/>
              <w:rPr>
                <w:rFonts w:ascii="Cambria" w:eastAsia="MS Mincho" w:hAnsi="Cambria" w:cs="Times New Roman"/>
              </w:rPr>
            </w:pPr>
            <w:r w:rsidRPr="007726D6">
              <w:rPr>
                <w:rFonts w:ascii="Times New Roman" w:eastAsia="Times New Roman" w:hAnsi="Times New Roman" w:cs="Times New Roman"/>
                <w:color w:val="000000"/>
                <w:w w:val="97"/>
                <w:sz w:val="16"/>
              </w:rPr>
              <w:t>Обсуждение (устно) ответа на вопрос «Для чего нужна книга?» и написание небольшого текста-</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рассуждения на тему «Почему так важно читать?», корректирование (редактирование) собственного текста с использованием словаря;</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45" w:lineRule="auto"/>
              <w:ind w:left="72" w:right="288"/>
              <w:rPr>
                <w:rFonts w:ascii="Cambria" w:eastAsia="MS Mincho" w:hAnsi="Cambria" w:cs="Times New Roman"/>
                <w:lang w:val="en-US"/>
              </w:rPr>
            </w:pPr>
            <w:proofErr w:type="spellStart"/>
            <w:r w:rsidRPr="007726D6">
              <w:rPr>
                <w:rFonts w:ascii="Times New Roman" w:eastAsia="Times New Roman" w:hAnsi="Times New Roman" w:cs="Times New Roman"/>
                <w:color w:val="000000"/>
                <w:w w:val="97"/>
                <w:sz w:val="16"/>
                <w:lang w:val="en-US"/>
              </w:rPr>
              <w:t>Устный</w:t>
            </w:r>
            <w:proofErr w:type="spellEnd"/>
            <w:r w:rsidRPr="007726D6">
              <w:rPr>
                <w:rFonts w:ascii="Times New Roman" w:eastAsia="Times New Roman" w:hAnsi="Times New Roman" w:cs="Times New Roman"/>
                <w:color w:val="000000"/>
                <w:w w:val="97"/>
                <w:sz w:val="16"/>
                <w:lang w:val="en-US"/>
              </w:rPr>
              <w:t xml:space="preserve"> </w:t>
            </w:r>
            <w:proofErr w:type="spellStart"/>
            <w:r w:rsidRPr="007726D6">
              <w:rPr>
                <w:rFonts w:ascii="Times New Roman" w:eastAsia="Times New Roman" w:hAnsi="Times New Roman" w:cs="Times New Roman"/>
                <w:color w:val="000000"/>
                <w:w w:val="97"/>
                <w:sz w:val="16"/>
                <w:lang w:val="en-US"/>
              </w:rPr>
              <w:t>опрос</w:t>
            </w:r>
            <w:proofErr w:type="spellEnd"/>
            <w:r w:rsidRPr="007726D6">
              <w:rPr>
                <w:rFonts w:ascii="Times New Roman" w:eastAsia="Times New Roman" w:hAnsi="Times New Roman" w:cs="Times New Roman"/>
                <w:color w:val="000000"/>
                <w:w w:val="97"/>
                <w:sz w:val="16"/>
                <w:lang w:val="en-US"/>
              </w:rPr>
              <w:t>;</w:t>
            </w:r>
          </w:p>
        </w:tc>
        <w:tc>
          <w:tcPr>
            <w:tcW w:w="1406"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6" w:after="0" w:line="252" w:lineRule="auto"/>
              <w:ind w:left="72"/>
              <w:rPr>
                <w:rFonts w:ascii="Cambria" w:eastAsia="MS Mincho" w:hAnsi="Cambria" w:cs="Times New Roman"/>
              </w:rPr>
            </w:pPr>
            <w:proofErr w:type="spellStart"/>
            <w:r w:rsidRPr="007726D6">
              <w:rPr>
                <w:rFonts w:ascii="Times New Roman" w:eastAsia="Times New Roman" w:hAnsi="Times New Roman" w:cs="Times New Roman"/>
                <w:color w:val="000000"/>
                <w:w w:val="97"/>
                <w:sz w:val="16"/>
              </w:rPr>
              <w:t>Рябущкина</w:t>
            </w:r>
            <w:proofErr w:type="spellEnd"/>
            <w:r w:rsidRPr="007726D6">
              <w:rPr>
                <w:rFonts w:ascii="Times New Roman" w:eastAsia="Times New Roman" w:hAnsi="Times New Roman" w:cs="Times New Roman"/>
                <w:color w:val="000000"/>
                <w:w w:val="97"/>
                <w:sz w:val="16"/>
              </w:rPr>
              <w:t xml:space="preserve"> И.В.,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 xml:space="preserve">Стефаненко Н.А. </w:t>
            </w:r>
            <w:proofErr w:type="spellStart"/>
            <w:r w:rsidRPr="007726D6">
              <w:rPr>
                <w:rFonts w:ascii="Times New Roman" w:eastAsia="Times New Roman" w:hAnsi="Times New Roman" w:cs="Times New Roman"/>
                <w:color w:val="000000"/>
                <w:w w:val="97"/>
                <w:sz w:val="16"/>
              </w:rPr>
              <w:t>Аудиоприложение</w:t>
            </w:r>
            <w:proofErr w:type="spellEnd"/>
            <w:r w:rsidRPr="007726D6">
              <w:rPr>
                <w:rFonts w:ascii="Times New Roman" w:eastAsia="Times New Roman" w:hAnsi="Times New Roman" w:cs="Times New Roman"/>
                <w:color w:val="000000"/>
                <w:w w:val="97"/>
                <w:sz w:val="16"/>
              </w:rPr>
              <w:t xml:space="preserve"> к учебнику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 xml:space="preserve">литературного </w:t>
            </w:r>
            <w:r w:rsidRPr="007726D6">
              <w:rPr>
                <w:rFonts w:ascii="Cambria" w:eastAsia="MS Mincho" w:hAnsi="Cambria" w:cs="Times New Roman"/>
              </w:rPr>
              <w:br/>
            </w:r>
            <w:r w:rsidRPr="007726D6">
              <w:rPr>
                <w:rFonts w:ascii="Times New Roman" w:eastAsia="Times New Roman" w:hAnsi="Times New Roman" w:cs="Times New Roman"/>
                <w:color w:val="000000"/>
                <w:w w:val="97"/>
                <w:sz w:val="16"/>
              </w:rPr>
              <w:t>чтения: 3 класс</w:t>
            </w:r>
          </w:p>
        </w:tc>
      </w:tr>
      <w:tr w:rsidR="007726D6" w:rsidRPr="007726D6" w:rsidTr="00391BF5">
        <w:trPr>
          <w:trHeight w:hRule="exact" w:val="348"/>
        </w:trPr>
        <w:tc>
          <w:tcPr>
            <w:tcW w:w="206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ind w:left="72"/>
              <w:rPr>
                <w:rFonts w:ascii="Cambria" w:eastAsia="MS Mincho" w:hAnsi="Cambria" w:cs="Times New Roman"/>
                <w:lang w:val="en-US"/>
              </w:rPr>
            </w:pPr>
            <w:proofErr w:type="spellStart"/>
            <w:r w:rsidRPr="007726D6">
              <w:rPr>
                <w:rFonts w:ascii="Times New Roman" w:eastAsia="Times New Roman" w:hAnsi="Times New Roman" w:cs="Times New Roman"/>
                <w:color w:val="000000"/>
                <w:w w:val="97"/>
                <w:sz w:val="16"/>
                <w:lang w:val="en-US"/>
              </w:rPr>
              <w:t>Резервное</w:t>
            </w:r>
            <w:proofErr w:type="spellEnd"/>
            <w:r w:rsidRPr="007726D6">
              <w:rPr>
                <w:rFonts w:ascii="Times New Roman" w:eastAsia="Times New Roman" w:hAnsi="Times New Roman" w:cs="Times New Roman"/>
                <w:color w:val="000000"/>
                <w:w w:val="97"/>
                <w:sz w:val="16"/>
                <w:lang w:val="en-US"/>
              </w:rPr>
              <w:t xml:space="preserve"> </w:t>
            </w:r>
            <w:proofErr w:type="spellStart"/>
            <w:r w:rsidRPr="007726D6">
              <w:rPr>
                <w:rFonts w:ascii="Times New Roman" w:eastAsia="Times New Roman" w:hAnsi="Times New Roman" w:cs="Times New Roman"/>
                <w:color w:val="000000"/>
                <w:w w:val="97"/>
                <w:sz w:val="16"/>
                <w:lang w:val="en-US"/>
              </w:rPr>
              <w:t>время</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10</w:t>
            </w:r>
          </w:p>
        </w:tc>
        <w:tc>
          <w:tcPr>
            <w:tcW w:w="12908"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r>
      <w:tr w:rsidR="007726D6" w:rsidRPr="007726D6" w:rsidTr="00391BF5">
        <w:trPr>
          <w:trHeight w:hRule="exact" w:val="522"/>
        </w:trPr>
        <w:tc>
          <w:tcPr>
            <w:tcW w:w="2066"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45" w:lineRule="auto"/>
              <w:ind w:left="72" w:right="144"/>
              <w:rPr>
                <w:rFonts w:ascii="Cambria" w:eastAsia="MS Mincho" w:hAnsi="Cambria" w:cs="Times New Roman"/>
              </w:rPr>
            </w:pPr>
            <w:r w:rsidRPr="007726D6">
              <w:rPr>
                <w:rFonts w:ascii="Times New Roman" w:eastAsia="Times New Roman" w:hAnsi="Times New Roman" w:cs="Times New Roman"/>
                <w:color w:val="000000"/>
                <w:w w:val="97"/>
                <w:sz w:val="16"/>
              </w:rPr>
              <w:t>ОБЩЕЕ КОЛИЧЕСТВО ЧАСОВ ПО ПРОГРАММЕ</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136</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0</w:t>
            </w:r>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7726D6" w:rsidRPr="007726D6" w:rsidRDefault="007726D6" w:rsidP="007726D6">
            <w:pPr>
              <w:autoSpaceDE w:val="0"/>
              <w:autoSpaceDN w:val="0"/>
              <w:spacing w:before="78" w:after="0" w:line="230" w:lineRule="auto"/>
              <w:ind w:left="72"/>
              <w:rPr>
                <w:rFonts w:ascii="Cambria" w:eastAsia="MS Mincho" w:hAnsi="Cambria" w:cs="Times New Roman"/>
                <w:lang w:val="en-US"/>
              </w:rPr>
            </w:pPr>
            <w:r w:rsidRPr="007726D6">
              <w:rPr>
                <w:rFonts w:ascii="Times New Roman" w:eastAsia="Times New Roman" w:hAnsi="Times New Roman" w:cs="Times New Roman"/>
                <w:color w:val="000000"/>
                <w:w w:val="97"/>
                <w:sz w:val="16"/>
                <w:lang w:val="en-US"/>
              </w:rPr>
              <w:t>16</w:t>
            </w:r>
          </w:p>
        </w:tc>
        <w:tc>
          <w:tcPr>
            <w:tcW w:w="10664" w:type="dxa"/>
            <w:gridSpan w:val="4"/>
            <w:tcBorders>
              <w:top w:val="single" w:sz="4" w:space="0" w:color="000000"/>
              <w:left w:val="single" w:sz="4" w:space="0" w:color="000000"/>
              <w:bottom w:val="single" w:sz="5"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r>
    </w:tbl>
    <w:p w:rsidR="007726D6" w:rsidRPr="007726D6" w:rsidRDefault="007726D6" w:rsidP="007726D6">
      <w:pPr>
        <w:autoSpaceDE w:val="0"/>
        <w:autoSpaceDN w:val="0"/>
        <w:spacing w:after="0" w:line="14" w:lineRule="exact"/>
        <w:rPr>
          <w:rFonts w:ascii="Cambria" w:eastAsia="MS Mincho" w:hAnsi="Cambria" w:cs="Times New Roman"/>
          <w:lang w:val="en-US"/>
        </w:rPr>
      </w:pPr>
    </w:p>
    <w:p w:rsidR="00BD3A37" w:rsidRDefault="00BD3A37"/>
    <w:p w:rsidR="007726D6" w:rsidRDefault="007726D6">
      <w:pPr>
        <w:sectPr w:rsidR="007726D6" w:rsidSect="007726D6">
          <w:pgSz w:w="16838" w:h="11906" w:orient="landscape"/>
          <w:pgMar w:top="851" w:right="1134" w:bottom="1701" w:left="1134" w:header="709" w:footer="709" w:gutter="0"/>
          <w:cols w:space="708"/>
          <w:docGrid w:linePitch="360"/>
        </w:sectPr>
      </w:pPr>
    </w:p>
    <w:p w:rsidR="007726D6" w:rsidRPr="007726D6" w:rsidRDefault="007726D6" w:rsidP="007726D6">
      <w:pPr>
        <w:autoSpaceDE w:val="0"/>
        <w:autoSpaceDN w:val="0"/>
        <w:spacing w:after="312" w:line="230" w:lineRule="auto"/>
        <w:rPr>
          <w:rFonts w:ascii="Cambria" w:eastAsia="MS Mincho" w:hAnsi="Cambria" w:cs="Times New Roman"/>
          <w:lang w:val="en-US"/>
        </w:rPr>
      </w:pPr>
      <w:r w:rsidRPr="007726D6">
        <w:rPr>
          <w:rFonts w:ascii="Times New Roman" w:eastAsia="Times New Roman" w:hAnsi="Times New Roman" w:cs="Times New Roman"/>
          <w:b/>
          <w:color w:val="000000"/>
          <w:w w:val="101"/>
          <w:sz w:val="23"/>
          <w:lang w:val="en-US"/>
        </w:rPr>
        <w:lastRenderedPageBreak/>
        <w:t xml:space="preserve">ПОУРОЧНОЕ ПЛАНИРОВАНИЕ </w:t>
      </w:r>
    </w:p>
    <w:tbl>
      <w:tblPr>
        <w:tblW w:w="0" w:type="auto"/>
        <w:tblInd w:w="5" w:type="dxa"/>
        <w:tblLayout w:type="fixed"/>
        <w:tblLook w:val="04A0" w:firstRow="1" w:lastRow="0" w:firstColumn="1" w:lastColumn="0" w:noHBand="0" w:noVBand="1"/>
      </w:tblPr>
      <w:tblGrid>
        <w:gridCol w:w="562"/>
        <w:gridCol w:w="3344"/>
        <w:gridCol w:w="714"/>
        <w:gridCol w:w="1584"/>
        <w:gridCol w:w="1630"/>
        <w:gridCol w:w="1208"/>
        <w:gridCol w:w="1608"/>
      </w:tblGrid>
      <w:tr w:rsidR="007726D6" w:rsidRPr="007726D6" w:rsidTr="00391BF5">
        <w:trPr>
          <w:trHeight w:hRule="exact" w:val="482"/>
        </w:trPr>
        <w:tc>
          <w:tcPr>
            <w:tcW w:w="56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144"/>
              <w:rPr>
                <w:rFonts w:ascii="Cambria" w:eastAsia="MS Mincho" w:hAnsi="Cambria" w:cs="Times New Roman"/>
                <w:lang w:val="en-US"/>
              </w:rPr>
            </w:pPr>
            <w:r w:rsidRPr="007726D6">
              <w:rPr>
                <w:rFonts w:ascii="Times New Roman" w:eastAsia="Times New Roman" w:hAnsi="Times New Roman" w:cs="Times New Roman"/>
                <w:b/>
                <w:color w:val="000000"/>
                <w:w w:val="101"/>
                <w:sz w:val="23"/>
                <w:lang w:val="en-US"/>
              </w:rPr>
              <w:t>№</w:t>
            </w:r>
            <w:r w:rsidRPr="007726D6">
              <w:rPr>
                <w:rFonts w:ascii="Cambria" w:eastAsia="MS Mincho" w:hAnsi="Cambria" w:cs="Times New Roman"/>
                <w:lang w:val="en-US"/>
              </w:rPr>
              <w:br/>
            </w:r>
            <w:r w:rsidRPr="007726D6">
              <w:rPr>
                <w:rFonts w:ascii="Times New Roman" w:eastAsia="Times New Roman" w:hAnsi="Times New Roman" w:cs="Times New Roman"/>
                <w:b/>
                <w:color w:val="000000"/>
                <w:w w:val="101"/>
                <w:sz w:val="23"/>
                <w:lang w:val="en-US"/>
              </w:rPr>
              <w:t>п/п</w:t>
            </w:r>
          </w:p>
        </w:tc>
        <w:tc>
          <w:tcPr>
            <w:tcW w:w="334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roofErr w:type="spellStart"/>
            <w:r w:rsidRPr="007726D6">
              <w:rPr>
                <w:rFonts w:ascii="Times New Roman" w:eastAsia="Times New Roman" w:hAnsi="Times New Roman" w:cs="Times New Roman"/>
                <w:b/>
                <w:color w:val="000000"/>
                <w:w w:val="101"/>
                <w:sz w:val="23"/>
                <w:lang w:val="en-US"/>
              </w:rPr>
              <w:t>Тема</w:t>
            </w:r>
            <w:proofErr w:type="spellEnd"/>
            <w:r w:rsidRPr="007726D6">
              <w:rPr>
                <w:rFonts w:ascii="Times New Roman" w:eastAsia="Times New Roman" w:hAnsi="Times New Roman" w:cs="Times New Roman"/>
                <w:b/>
                <w:color w:val="000000"/>
                <w:w w:val="101"/>
                <w:sz w:val="23"/>
                <w:lang w:val="en-US"/>
              </w:rPr>
              <w:t xml:space="preserve"> </w:t>
            </w:r>
            <w:proofErr w:type="spellStart"/>
            <w:r w:rsidRPr="007726D6">
              <w:rPr>
                <w:rFonts w:ascii="Times New Roman" w:eastAsia="Times New Roman" w:hAnsi="Times New Roman" w:cs="Times New Roman"/>
                <w:b/>
                <w:color w:val="000000"/>
                <w:w w:val="101"/>
                <w:sz w:val="23"/>
                <w:lang w:val="en-US"/>
              </w:rPr>
              <w:t>урока</w:t>
            </w:r>
            <w:proofErr w:type="spellEnd"/>
          </w:p>
        </w:tc>
        <w:tc>
          <w:tcPr>
            <w:tcW w:w="3928"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roofErr w:type="spellStart"/>
            <w:r w:rsidRPr="007726D6">
              <w:rPr>
                <w:rFonts w:ascii="Times New Roman" w:eastAsia="Times New Roman" w:hAnsi="Times New Roman" w:cs="Times New Roman"/>
                <w:b/>
                <w:color w:val="000000"/>
                <w:w w:val="101"/>
                <w:sz w:val="23"/>
                <w:lang w:val="en-US"/>
              </w:rPr>
              <w:t>Количество</w:t>
            </w:r>
            <w:proofErr w:type="spellEnd"/>
            <w:r w:rsidRPr="007726D6">
              <w:rPr>
                <w:rFonts w:ascii="Times New Roman" w:eastAsia="Times New Roman" w:hAnsi="Times New Roman" w:cs="Times New Roman"/>
                <w:b/>
                <w:color w:val="000000"/>
                <w:w w:val="101"/>
                <w:sz w:val="23"/>
                <w:lang w:val="en-US"/>
              </w:rPr>
              <w:t xml:space="preserve"> </w:t>
            </w:r>
            <w:proofErr w:type="spellStart"/>
            <w:r w:rsidRPr="007726D6">
              <w:rPr>
                <w:rFonts w:ascii="Times New Roman" w:eastAsia="Times New Roman" w:hAnsi="Times New Roman" w:cs="Times New Roman"/>
                <w:b/>
                <w:color w:val="000000"/>
                <w:w w:val="101"/>
                <w:sz w:val="23"/>
                <w:lang w:val="en-US"/>
              </w:rPr>
              <w:t>часов</w:t>
            </w:r>
            <w:proofErr w:type="spellEnd"/>
          </w:p>
        </w:tc>
        <w:tc>
          <w:tcPr>
            <w:tcW w:w="120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144"/>
              <w:rPr>
                <w:rFonts w:ascii="Cambria" w:eastAsia="MS Mincho" w:hAnsi="Cambria" w:cs="Times New Roman"/>
                <w:lang w:val="en-US"/>
              </w:rPr>
            </w:pPr>
            <w:proofErr w:type="spellStart"/>
            <w:r w:rsidRPr="007726D6">
              <w:rPr>
                <w:rFonts w:ascii="Times New Roman" w:eastAsia="Times New Roman" w:hAnsi="Times New Roman" w:cs="Times New Roman"/>
                <w:b/>
                <w:color w:val="000000"/>
                <w:w w:val="101"/>
                <w:sz w:val="23"/>
                <w:lang w:val="en-US"/>
              </w:rPr>
              <w:t>Дата</w:t>
            </w:r>
            <w:proofErr w:type="spellEnd"/>
            <w:r w:rsidRPr="007726D6">
              <w:rPr>
                <w:rFonts w:ascii="Times New Roman" w:eastAsia="Times New Roman" w:hAnsi="Times New Roman" w:cs="Times New Roman"/>
                <w:b/>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b/>
                <w:color w:val="000000"/>
                <w:w w:val="101"/>
                <w:sz w:val="23"/>
                <w:lang w:val="en-US"/>
              </w:rPr>
              <w:t>изучения</w:t>
            </w:r>
            <w:proofErr w:type="spellEnd"/>
          </w:p>
        </w:tc>
        <w:tc>
          <w:tcPr>
            <w:tcW w:w="160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71" w:lineRule="auto"/>
              <w:ind w:left="70" w:right="432"/>
              <w:rPr>
                <w:rFonts w:ascii="Cambria" w:eastAsia="MS Mincho" w:hAnsi="Cambria" w:cs="Times New Roman"/>
                <w:lang w:val="en-US"/>
              </w:rPr>
            </w:pPr>
            <w:proofErr w:type="spellStart"/>
            <w:r w:rsidRPr="007726D6">
              <w:rPr>
                <w:rFonts w:ascii="Times New Roman" w:eastAsia="Times New Roman" w:hAnsi="Times New Roman" w:cs="Times New Roman"/>
                <w:b/>
                <w:color w:val="000000"/>
                <w:w w:val="101"/>
                <w:sz w:val="23"/>
                <w:lang w:val="en-US"/>
              </w:rPr>
              <w:t>Виды</w:t>
            </w:r>
            <w:proofErr w:type="spellEnd"/>
            <w:r w:rsidRPr="007726D6">
              <w:rPr>
                <w:rFonts w:ascii="Times New Roman" w:eastAsia="Times New Roman" w:hAnsi="Times New Roman" w:cs="Times New Roman"/>
                <w:b/>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b/>
                <w:color w:val="000000"/>
                <w:w w:val="101"/>
                <w:sz w:val="23"/>
                <w:lang w:val="en-US"/>
              </w:rPr>
              <w:t>формы</w:t>
            </w:r>
            <w:proofErr w:type="spellEnd"/>
            <w:r w:rsidRPr="007726D6">
              <w:rPr>
                <w:rFonts w:ascii="Times New Roman" w:eastAsia="Times New Roman" w:hAnsi="Times New Roman" w:cs="Times New Roman"/>
                <w:b/>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b/>
                <w:color w:val="000000"/>
                <w:w w:val="101"/>
                <w:sz w:val="23"/>
                <w:lang w:val="en-US"/>
              </w:rPr>
              <w:t>контроля</w:t>
            </w:r>
            <w:proofErr w:type="spellEnd"/>
          </w:p>
        </w:tc>
      </w:tr>
      <w:tr w:rsidR="007726D6" w:rsidRPr="007726D6" w:rsidTr="00391BF5">
        <w:trPr>
          <w:trHeight w:hRule="exact" w:val="808"/>
        </w:trPr>
        <w:tc>
          <w:tcPr>
            <w:tcW w:w="1526" w:type="dxa"/>
            <w:vMerge/>
            <w:tcBorders>
              <w:top w:val="single" w:sz="4" w:space="0" w:color="000000"/>
              <w:left w:val="single" w:sz="4" w:space="0" w:color="000000"/>
              <w:bottom w:val="single" w:sz="4" w:space="0" w:color="000000"/>
              <w:right w:val="single" w:sz="4" w:space="0" w:color="000000"/>
            </w:tcBorders>
          </w:tcPr>
          <w:p w:rsidR="007726D6" w:rsidRPr="007726D6" w:rsidRDefault="007726D6" w:rsidP="007726D6">
            <w:pPr>
              <w:rPr>
                <w:rFonts w:ascii="Cambria" w:eastAsia="MS Mincho" w:hAnsi="Cambria" w:cs="Times New Roman"/>
                <w:lang w:val="en-US"/>
              </w:rPr>
            </w:pPr>
          </w:p>
        </w:tc>
        <w:tc>
          <w:tcPr>
            <w:tcW w:w="1526" w:type="dxa"/>
            <w:vMerge/>
            <w:tcBorders>
              <w:top w:val="single" w:sz="4" w:space="0" w:color="000000"/>
              <w:left w:val="single" w:sz="4" w:space="0" w:color="000000"/>
              <w:bottom w:val="single" w:sz="4" w:space="0" w:color="000000"/>
              <w:right w:val="single" w:sz="4" w:space="0" w:color="000000"/>
            </w:tcBorders>
          </w:tcPr>
          <w:p w:rsidR="007726D6" w:rsidRPr="007726D6" w:rsidRDefault="007726D6" w:rsidP="007726D6">
            <w:pPr>
              <w:rPr>
                <w:rFonts w:ascii="Cambria" w:eastAsia="MS Mincho" w:hAnsi="Cambria" w:cs="Times New Roman"/>
                <w:lang w:val="en-US"/>
              </w:rPr>
            </w:pP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roofErr w:type="spellStart"/>
            <w:r w:rsidRPr="007726D6">
              <w:rPr>
                <w:rFonts w:ascii="Times New Roman" w:eastAsia="Times New Roman" w:hAnsi="Times New Roman" w:cs="Times New Roman"/>
                <w:b/>
                <w:color w:val="000000"/>
                <w:w w:val="101"/>
                <w:sz w:val="23"/>
                <w:lang w:val="en-US"/>
              </w:rPr>
              <w:t>всего</w:t>
            </w:r>
            <w:proofErr w:type="spellEnd"/>
            <w:r w:rsidRPr="007726D6">
              <w:rPr>
                <w:rFonts w:ascii="Times New Roman" w:eastAsia="Times New Roman" w:hAnsi="Times New Roman" w:cs="Times New Roman"/>
                <w:b/>
                <w:color w:val="000000"/>
                <w:w w:val="101"/>
                <w:sz w:val="23"/>
                <w:lang w:val="en-US"/>
              </w:rPr>
              <w:t xml:space="preserve"> </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Pr>
                <w:rFonts w:ascii="Cambria" w:eastAsia="MS Mincho" w:hAnsi="Cambria" w:cs="Times New Roman"/>
                <w:lang w:val="en-US"/>
              </w:rPr>
            </w:pPr>
            <w:proofErr w:type="spellStart"/>
            <w:r w:rsidRPr="007726D6">
              <w:rPr>
                <w:rFonts w:ascii="Times New Roman" w:eastAsia="Times New Roman" w:hAnsi="Times New Roman" w:cs="Times New Roman"/>
                <w:b/>
                <w:color w:val="000000"/>
                <w:w w:val="101"/>
                <w:sz w:val="23"/>
                <w:lang w:val="en-US"/>
              </w:rPr>
              <w:t>контрольные</w:t>
            </w:r>
            <w:proofErr w:type="spellEnd"/>
            <w:r w:rsidRPr="007726D6">
              <w:rPr>
                <w:rFonts w:ascii="Times New Roman" w:eastAsia="Times New Roman" w:hAnsi="Times New Roman" w:cs="Times New Roman"/>
                <w:b/>
                <w:color w:val="000000"/>
                <w:w w:val="101"/>
                <w:sz w:val="23"/>
                <w:lang w:val="en-US"/>
              </w:rPr>
              <w:t xml:space="preserve"> </w:t>
            </w:r>
            <w:proofErr w:type="spellStart"/>
            <w:r w:rsidRPr="007726D6">
              <w:rPr>
                <w:rFonts w:ascii="Times New Roman" w:eastAsia="Times New Roman" w:hAnsi="Times New Roman" w:cs="Times New Roman"/>
                <w:b/>
                <w:color w:val="000000"/>
                <w:w w:val="101"/>
                <w:sz w:val="23"/>
                <w:lang w:val="en-US"/>
              </w:rPr>
              <w:t>работы</w:t>
            </w:r>
            <w:proofErr w:type="spellEnd"/>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Pr>
                <w:rFonts w:ascii="Cambria" w:eastAsia="MS Mincho" w:hAnsi="Cambria" w:cs="Times New Roman"/>
                <w:lang w:val="en-US"/>
              </w:rPr>
            </w:pPr>
            <w:proofErr w:type="spellStart"/>
            <w:r w:rsidRPr="007726D6">
              <w:rPr>
                <w:rFonts w:ascii="Times New Roman" w:eastAsia="Times New Roman" w:hAnsi="Times New Roman" w:cs="Times New Roman"/>
                <w:b/>
                <w:color w:val="000000"/>
                <w:w w:val="101"/>
                <w:sz w:val="23"/>
                <w:lang w:val="en-US"/>
              </w:rPr>
              <w:t>практические</w:t>
            </w:r>
            <w:proofErr w:type="spellEnd"/>
            <w:r w:rsidRPr="007726D6">
              <w:rPr>
                <w:rFonts w:ascii="Times New Roman" w:eastAsia="Times New Roman" w:hAnsi="Times New Roman" w:cs="Times New Roman"/>
                <w:b/>
                <w:color w:val="000000"/>
                <w:w w:val="101"/>
                <w:sz w:val="23"/>
                <w:lang w:val="en-US"/>
              </w:rPr>
              <w:t xml:space="preserve"> </w:t>
            </w:r>
            <w:proofErr w:type="spellStart"/>
            <w:r w:rsidRPr="007726D6">
              <w:rPr>
                <w:rFonts w:ascii="Times New Roman" w:eastAsia="Times New Roman" w:hAnsi="Times New Roman" w:cs="Times New Roman"/>
                <w:b/>
                <w:color w:val="000000"/>
                <w:w w:val="101"/>
                <w:sz w:val="23"/>
                <w:lang w:val="en-US"/>
              </w:rPr>
              <w:t>работы</w:t>
            </w:r>
            <w:proofErr w:type="spellEnd"/>
          </w:p>
        </w:tc>
        <w:tc>
          <w:tcPr>
            <w:tcW w:w="1526" w:type="dxa"/>
            <w:vMerge/>
            <w:tcBorders>
              <w:top w:val="single" w:sz="4" w:space="0" w:color="000000"/>
              <w:left w:val="single" w:sz="4" w:space="0" w:color="000000"/>
              <w:bottom w:val="single" w:sz="4" w:space="0" w:color="000000"/>
              <w:right w:val="single" w:sz="4" w:space="0" w:color="000000"/>
            </w:tcBorders>
          </w:tcPr>
          <w:p w:rsidR="007726D6" w:rsidRPr="007726D6" w:rsidRDefault="007726D6" w:rsidP="007726D6">
            <w:pPr>
              <w:rPr>
                <w:rFonts w:ascii="Cambria" w:eastAsia="MS Mincho" w:hAnsi="Cambria" w:cs="Times New Roman"/>
                <w:lang w:val="en-US"/>
              </w:rPr>
            </w:pPr>
          </w:p>
        </w:tc>
        <w:tc>
          <w:tcPr>
            <w:tcW w:w="1526" w:type="dxa"/>
            <w:vMerge/>
            <w:tcBorders>
              <w:top w:val="single" w:sz="4" w:space="0" w:color="000000"/>
              <w:left w:val="single" w:sz="4" w:space="0" w:color="000000"/>
              <w:bottom w:val="single" w:sz="4" w:space="0" w:color="000000"/>
              <w:right w:val="single" w:sz="4" w:space="0" w:color="000000"/>
            </w:tcBorders>
          </w:tcPr>
          <w:p w:rsidR="007726D6" w:rsidRPr="007726D6" w:rsidRDefault="007726D6" w:rsidP="007726D6">
            <w:pPr>
              <w:rPr>
                <w:rFonts w:ascii="Cambria" w:eastAsia="MS Mincho" w:hAnsi="Cambria" w:cs="Times New Roman"/>
                <w:lang w:val="en-US"/>
              </w:rPr>
            </w:pP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432"/>
              <w:rPr>
                <w:rFonts w:ascii="Cambria" w:eastAsia="MS Mincho" w:hAnsi="Cambria" w:cs="Times New Roman"/>
              </w:rPr>
            </w:pPr>
            <w:r w:rsidRPr="007726D6">
              <w:rPr>
                <w:rFonts w:ascii="Times New Roman" w:eastAsia="Times New Roman" w:hAnsi="Times New Roman" w:cs="Times New Roman"/>
                <w:color w:val="000000"/>
                <w:w w:val="101"/>
                <w:sz w:val="23"/>
              </w:rPr>
              <w:t>Знакомство с учебником по литературному чтению.</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2.</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1296"/>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Русские</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народные</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песни.Небылицы</w:t>
            </w:r>
            <w:proofErr w:type="spellEnd"/>
            <w:r w:rsidRPr="007726D6">
              <w:rPr>
                <w:rFonts w:ascii="Times New Roman" w:eastAsia="Times New Roman" w:hAnsi="Times New Roman" w:cs="Times New Roman"/>
                <w:color w:val="000000"/>
                <w:w w:val="101"/>
                <w:sz w:val="23"/>
                <w:lang w:val="en-US"/>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3.</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288"/>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Докучные</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сказки</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Народные</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промыслы</w:t>
            </w:r>
            <w:proofErr w:type="spellEnd"/>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113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4.</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71" w:lineRule="auto"/>
              <w:ind w:left="70" w:right="144"/>
              <w:rPr>
                <w:rFonts w:ascii="Cambria" w:eastAsia="MS Mincho" w:hAnsi="Cambria" w:cs="Times New Roman"/>
              </w:rPr>
            </w:pPr>
            <w:r w:rsidRPr="007726D6">
              <w:rPr>
                <w:rFonts w:ascii="Times New Roman" w:eastAsia="Times New Roman" w:hAnsi="Times New Roman" w:cs="Times New Roman"/>
                <w:color w:val="000000"/>
                <w:w w:val="101"/>
                <w:sz w:val="23"/>
              </w:rPr>
              <w:t>Русская народная сказка</w:t>
            </w:r>
            <w:r w:rsidRPr="007726D6">
              <w:rPr>
                <w:rFonts w:ascii="Cambria" w:eastAsia="MS Mincho" w:hAnsi="Cambria" w:cs="Times New Roman"/>
              </w:rPr>
              <w:br/>
            </w:r>
            <w:r w:rsidRPr="007726D6">
              <w:rPr>
                <w:rFonts w:ascii="Times New Roman" w:eastAsia="Times New Roman" w:hAnsi="Times New Roman" w:cs="Times New Roman"/>
                <w:color w:val="000000"/>
                <w:w w:val="101"/>
                <w:sz w:val="23"/>
              </w:rPr>
              <w:t>«Сестрица Аленушка и братец Иванушка».</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113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5.</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71" w:lineRule="auto"/>
              <w:ind w:left="70" w:right="144"/>
              <w:rPr>
                <w:rFonts w:ascii="Cambria" w:eastAsia="MS Mincho" w:hAnsi="Cambria" w:cs="Times New Roman"/>
              </w:rPr>
            </w:pPr>
            <w:r w:rsidRPr="007726D6">
              <w:rPr>
                <w:rFonts w:ascii="Times New Roman" w:eastAsia="Times New Roman" w:hAnsi="Times New Roman" w:cs="Times New Roman"/>
                <w:color w:val="000000"/>
                <w:w w:val="101"/>
                <w:sz w:val="23"/>
              </w:rPr>
              <w:t>Русская народная сказка</w:t>
            </w:r>
            <w:r w:rsidRPr="007726D6">
              <w:rPr>
                <w:rFonts w:ascii="Cambria" w:eastAsia="MS Mincho" w:hAnsi="Cambria" w:cs="Times New Roman"/>
              </w:rPr>
              <w:br/>
            </w:r>
            <w:r w:rsidRPr="007726D6">
              <w:rPr>
                <w:rFonts w:ascii="Times New Roman" w:eastAsia="Times New Roman" w:hAnsi="Times New Roman" w:cs="Times New Roman"/>
                <w:color w:val="000000"/>
                <w:w w:val="101"/>
                <w:sz w:val="23"/>
              </w:rPr>
              <w:t>«Сестрица Аленушка и братец Иванушка».</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6.</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Pr>
                <w:rFonts w:ascii="Cambria" w:eastAsia="MS Mincho" w:hAnsi="Cambria" w:cs="Times New Roman"/>
              </w:rPr>
            </w:pPr>
            <w:r w:rsidRPr="007726D6">
              <w:rPr>
                <w:rFonts w:ascii="Times New Roman" w:eastAsia="Times New Roman" w:hAnsi="Times New Roman" w:cs="Times New Roman"/>
                <w:color w:val="000000"/>
                <w:w w:val="101"/>
                <w:sz w:val="23"/>
              </w:rPr>
              <w:t>Русская народная сказка</w:t>
            </w:r>
            <w:r w:rsidRPr="007726D6">
              <w:rPr>
                <w:rFonts w:ascii="Cambria" w:eastAsia="MS Mincho" w:hAnsi="Cambria" w:cs="Times New Roman"/>
              </w:rPr>
              <w:br/>
            </w:r>
            <w:r w:rsidRPr="007726D6">
              <w:rPr>
                <w:rFonts w:ascii="Times New Roman" w:eastAsia="Times New Roman" w:hAnsi="Times New Roman" w:cs="Times New Roman"/>
                <w:color w:val="000000"/>
                <w:w w:val="101"/>
                <w:sz w:val="23"/>
              </w:rPr>
              <w:t>«Иван-Царевич и Серый Волк».</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7.</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Pr>
                <w:rFonts w:ascii="Cambria" w:eastAsia="MS Mincho" w:hAnsi="Cambria" w:cs="Times New Roman"/>
              </w:rPr>
            </w:pPr>
            <w:r w:rsidRPr="007726D6">
              <w:rPr>
                <w:rFonts w:ascii="Times New Roman" w:eastAsia="Times New Roman" w:hAnsi="Times New Roman" w:cs="Times New Roman"/>
                <w:color w:val="000000"/>
                <w:w w:val="101"/>
                <w:sz w:val="23"/>
              </w:rPr>
              <w:t>Русская народная сказка</w:t>
            </w:r>
            <w:r w:rsidRPr="007726D6">
              <w:rPr>
                <w:rFonts w:ascii="Cambria" w:eastAsia="MS Mincho" w:hAnsi="Cambria" w:cs="Times New Roman"/>
              </w:rPr>
              <w:br/>
            </w:r>
            <w:r w:rsidRPr="007726D6">
              <w:rPr>
                <w:rFonts w:ascii="Times New Roman" w:eastAsia="Times New Roman" w:hAnsi="Times New Roman" w:cs="Times New Roman"/>
                <w:color w:val="000000"/>
                <w:w w:val="101"/>
                <w:sz w:val="23"/>
              </w:rPr>
              <w:t>«Иван-Царевич и Серый Волк».</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8.</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rPr>
            </w:pPr>
            <w:r w:rsidRPr="007726D6">
              <w:rPr>
                <w:rFonts w:ascii="Times New Roman" w:eastAsia="Times New Roman" w:hAnsi="Times New Roman" w:cs="Times New Roman"/>
                <w:color w:val="000000"/>
                <w:w w:val="101"/>
                <w:sz w:val="23"/>
              </w:rPr>
              <w:t xml:space="preserve">Русская народная </w:t>
            </w:r>
            <w:proofErr w:type="spellStart"/>
            <w:proofErr w:type="gramStart"/>
            <w:r w:rsidRPr="007726D6">
              <w:rPr>
                <w:rFonts w:ascii="Times New Roman" w:eastAsia="Times New Roman" w:hAnsi="Times New Roman" w:cs="Times New Roman"/>
                <w:color w:val="000000"/>
                <w:w w:val="101"/>
                <w:sz w:val="23"/>
              </w:rPr>
              <w:t>сказка«</w:t>
            </w:r>
            <w:proofErr w:type="gramEnd"/>
            <w:r w:rsidRPr="007726D6">
              <w:rPr>
                <w:rFonts w:ascii="Times New Roman" w:eastAsia="Times New Roman" w:hAnsi="Times New Roman" w:cs="Times New Roman"/>
                <w:color w:val="000000"/>
                <w:w w:val="101"/>
                <w:sz w:val="23"/>
              </w:rPr>
              <w:t>Сивка</w:t>
            </w:r>
            <w:proofErr w:type="spellEnd"/>
            <w:r w:rsidRPr="007726D6">
              <w:rPr>
                <w:rFonts w:ascii="Times New Roman" w:eastAsia="Times New Roman" w:hAnsi="Times New Roman" w:cs="Times New Roman"/>
                <w:color w:val="000000"/>
                <w:w w:val="101"/>
                <w:sz w:val="23"/>
              </w:rPr>
              <w:t>-бурка»</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1136"/>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4"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9.</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4" w:after="0" w:line="271" w:lineRule="auto"/>
              <w:ind w:left="70" w:right="288"/>
              <w:rPr>
                <w:rFonts w:ascii="Cambria" w:eastAsia="MS Mincho" w:hAnsi="Cambria" w:cs="Times New Roman"/>
              </w:rPr>
            </w:pPr>
            <w:r w:rsidRPr="007726D6">
              <w:rPr>
                <w:rFonts w:ascii="Times New Roman" w:eastAsia="Times New Roman" w:hAnsi="Times New Roman" w:cs="Times New Roman"/>
                <w:color w:val="000000"/>
                <w:w w:val="101"/>
                <w:sz w:val="23"/>
              </w:rPr>
              <w:t xml:space="preserve">Проверка техники чтения </w:t>
            </w:r>
            <w:r w:rsidRPr="007726D6">
              <w:rPr>
                <w:rFonts w:ascii="Cambria" w:eastAsia="MS Mincho" w:hAnsi="Cambria" w:cs="Times New Roman"/>
              </w:rPr>
              <w:br/>
            </w:r>
            <w:r w:rsidRPr="007726D6">
              <w:rPr>
                <w:rFonts w:ascii="Times New Roman" w:eastAsia="Times New Roman" w:hAnsi="Times New Roman" w:cs="Times New Roman"/>
                <w:color w:val="000000"/>
                <w:w w:val="101"/>
                <w:sz w:val="23"/>
              </w:rPr>
              <w:t xml:space="preserve">"Какая бывает роса на траве" </w:t>
            </w:r>
            <w:proofErr w:type="spellStart"/>
            <w:r w:rsidRPr="007726D6">
              <w:rPr>
                <w:rFonts w:ascii="Times New Roman" w:eastAsia="Times New Roman" w:hAnsi="Times New Roman" w:cs="Times New Roman"/>
                <w:color w:val="000000"/>
                <w:w w:val="101"/>
                <w:sz w:val="23"/>
              </w:rPr>
              <w:t>Л.Толстой</w:t>
            </w:r>
            <w:proofErr w:type="spellEnd"/>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4"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4"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4"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4"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4" w:after="0" w:line="230" w:lineRule="auto"/>
              <w:ind w:left="7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Зачет</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10.</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rPr>
            </w:pPr>
            <w:r w:rsidRPr="007726D6">
              <w:rPr>
                <w:rFonts w:ascii="Times New Roman" w:eastAsia="Times New Roman" w:hAnsi="Times New Roman" w:cs="Times New Roman"/>
                <w:color w:val="000000"/>
                <w:w w:val="101"/>
                <w:sz w:val="23"/>
              </w:rPr>
              <w:t xml:space="preserve">Русская народная </w:t>
            </w:r>
            <w:proofErr w:type="spellStart"/>
            <w:proofErr w:type="gramStart"/>
            <w:r w:rsidRPr="007726D6">
              <w:rPr>
                <w:rFonts w:ascii="Times New Roman" w:eastAsia="Times New Roman" w:hAnsi="Times New Roman" w:cs="Times New Roman"/>
                <w:color w:val="000000"/>
                <w:w w:val="101"/>
                <w:sz w:val="23"/>
              </w:rPr>
              <w:t>сказка«</w:t>
            </w:r>
            <w:proofErr w:type="gramEnd"/>
            <w:r w:rsidRPr="007726D6">
              <w:rPr>
                <w:rFonts w:ascii="Times New Roman" w:eastAsia="Times New Roman" w:hAnsi="Times New Roman" w:cs="Times New Roman"/>
                <w:color w:val="000000"/>
                <w:w w:val="101"/>
                <w:sz w:val="23"/>
              </w:rPr>
              <w:t>Сивка</w:t>
            </w:r>
            <w:proofErr w:type="spellEnd"/>
            <w:r w:rsidRPr="007726D6">
              <w:rPr>
                <w:rFonts w:ascii="Times New Roman" w:eastAsia="Times New Roman" w:hAnsi="Times New Roman" w:cs="Times New Roman"/>
                <w:color w:val="000000"/>
                <w:w w:val="101"/>
                <w:sz w:val="23"/>
              </w:rPr>
              <w:t>-бурка»</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113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11.</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71" w:lineRule="auto"/>
              <w:ind w:left="70" w:right="594"/>
              <w:jc w:val="both"/>
              <w:rPr>
                <w:rFonts w:ascii="Cambria" w:eastAsia="MS Mincho" w:hAnsi="Cambria" w:cs="Times New Roman"/>
              </w:rPr>
            </w:pPr>
            <w:proofErr w:type="spellStart"/>
            <w:r w:rsidRPr="007726D6">
              <w:rPr>
                <w:rFonts w:ascii="Times New Roman" w:eastAsia="Times New Roman" w:hAnsi="Times New Roman" w:cs="Times New Roman"/>
                <w:color w:val="000000"/>
                <w:w w:val="101"/>
                <w:sz w:val="23"/>
              </w:rPr>
              <w:t>П.р</w:t>
            </w:r>
            <w:proofErr w:type="spellEnd"/>
            <w:r w:rsidRPr="007726D6">
              <w:rPr>
                <w:rFonts w:ascii="Times New Roman" w:eastAsia="Times New Roman" w:hAnsi="Times New Roman" w:cs="Times New Roman"/>
                <w:color w:val="000000"/>
                <w:w w:val="101"/>
                <w:sz w:val="23"/>
              </w:rPr>
              <w:t xml:space="preserve"> (обобщающий урок по разделу «Устное народное творчеств</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144"/>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Письменный</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контроль</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12.</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144"/>
              <w:rPr>
                <w:rFonts w:ascii="Cambria" w:eastAsia="MS Mincho" w:hAnsi="Cambria" w:cs="Times New Roman"/>
              </w:rPr>
            </w:pPr>
            <w:r w:rsidRPr="007726D6">
              <w:rPr>
                <w:rFonts w:ascii="Times New Roman" w:eastAsia="Times New Roman" w:hAnsi="Times New Roman" w:cs="Times New Roman"/>
                <w:color w:val="000000"/>
                <w:w w:val="101"/>
                <w:sz w:val="23"/>
              </w:rPr>
              <w:t xml:space="preserve">Как научиться читать </w:t>
            </w:r>
            <w:r w:rsidRPr="007726D6">
              <w:rPr>
                <w:rFonts w:ascii="Cambria" w:eastAsia="MS Mincho" w:hAnsi="Cambria" w:cs="Times New Roman"/>
              </w:rPr>
              <w:br/>
            </w:r>
            <w:proofErr w:type="spellStart"/>
            <w:r w:rsidRPr="007726D6">
              <w:rPr>
                <w:rFonts w:ascii="Times New Roman" w:eastAsia="Times New Roman" w:hAnsi="Times New Roman" w:cs="Times New Roman"/>
                <w:color w:val="000000"/>
                <w:w w:val="101"/>
                <w:sz w:val="23"/>
              </w:rPr>
              <w:t>стихи.Что</w:t>
            </w:r>
            <w:proofErr w:type="spellEnd"/>
            <w:r w:rsidRPr="007726D6">
              <w:rPr>
                <w:rFonts w:ascii="Times New Roman" w:eastAsia="Times New Roman" w:hAnsi="Times New Roman" w:cs="Times New Roman"/>
                <w:color w:val="000000"/>
                <w:w w:val="101"/>
                <w:sz w:val="23"/>
              </w:rPr>
              <w:t xml:space="preserve"> уже знаем и умеем.</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13.</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 xml:space="preserve">В </w:t>
            </w:r>
            <w:proofErr w:type="spellStart"/>
            <w:r w:rsidRPr="007726D6">
              <w:rPr>
                <w:rFonts w:ascii="Times New Roman" w:eastAsia="Times New Roman" w:hAnsi="Times New Roman" w:cs="Times New Roman"/>
                <w:color w:val="000000"/>
                <w:w w:val="101"/>
                <w:sz w:val="23"/>
                <w:lang w:val="en-US"/>
              </w:rPr>
              <w:t>мире</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книг</w:t>
            </w:r>
            <w:proofErr w:type="spellEnd"/>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14.</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 xml:space="preserve">Ф. И. </w:t>
            </w:r>
            <w:proofErr w:type="spellStart"/>
            <w:r w:rsidRPr="007726D6">
              <w:rPr>
                <w:rFonts w:ascii="Times New Roman" w:eastAsia="Times New Roman" w:hAnsi="Times New Roman" w:cs="Times New Roman"/>
                <w:color w:val="000000"/>
                <w:w w:val="101"/>
                <w:sz w:val="23"/>
                <w:lang w:val="en-US"/>
              </w:rPr>
              <w:t>Тютчев</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Листья</w:t>
            </w:r>
            <w:proofErr w:type="spellEnd"/>
            <w:r w:rsidRPr="007726D6">
              <w:rPr>
                <w:rFonts w:ascii="Times New Roman" w:eastAsia="Times New Roman" w:hAnsi="Times New Roman" w:cs="Times New Roman"/>
                <w:color w:val="000000"/>
                <w:w w:val="101"/>
                <w:sz w:val="23"/>
                <w:lang w:val="en-US"/>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78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15.</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144"/>
              <w:rPr>
                <w:rFonts w:ascii="Cambria" w:eastAsia="MS Mincho" w:hAnsi="Cambria" w:cs="Times New Roman"/>
              </w:rPr>
            </w:pPr>
            <w:r w:rsidRPr="007726D6">
              <w:rPr>
                <w:rFonts w:ascii="Times New Roman" w:eastAsia="Times New Roman" w:hAnsi="Times New Roman" w:cs="Times New Roman"/>
                <w:color w:val="000000"/>
                <w:w w:val="101"/>
                <w:sz w:val="23"/>
              </w:rPr>
              <w:t xml:space="preserve">А. А. Фет «Мама! Глянь-ка из окошка...» </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bl>
    <w:p w:rsidR="007726D6" w:rsidRPr="007726D6" w:rsidRDefault="007726D6" w:rsidP="007726D6">
      <w:pPr>
        <w:autoSpaceDE w:val="0"/>
        <w:autoSpaceDN w:val="0"/>
        <w:spacing w:after="0" w:line="14" w:lineRule="exact"/>
        <w:rPr>
          <w:rFonts w:ascii="Cambria" w:eastAsia="MS Mincho" w:hAnsi="Cambria" w:cs="Times New Roman"/>
          <w:lang w:val="en-US"/>
        </w:rPr>
      </w:pPr>
    </w:p>
    <w:p w:rsidR="007726D6" w:rsidRPr="007726D6" w:rsidRDefault="007726D6" w:rsidP="007726D6">
      <w:pPr>
        <w:rPr>
          <w:rFonts w:ascii="Cambria" w:eastAsia="MS Mincho" w:hAnsi="Cambria" w:cs="Times New Roman"/>
          <w:lang w:val="en-US"/>
        </w:rPr>
        <w:sectPr w:rsidR="007726D6" w:rsidRPr="007726D6">
          <w:pgSz w:w="11900" w:h="16840"/>
          <w:pgMar w:top="298" w:right="556" w:bottom="460" w:left="664" w:header="720" w:footer="720" w:gutter="0"/>
          <w:cols w:space="720" w:equalWidth="0">
            <w:col w:w="10680" w:space="0"/>
          </w:cols>
          <w:docGrid w:linePitch="360"/>
        </w:sectPr>
      </w:pPr>
    </w:p>
    <w:p w:rsidR="007726D6" w:rsidRPr="007726D6" w:rsidRDefault="007726D6" w:rsidP="007726D6">
      <w:pPr>
        <w:autoSpaceDE w:val="0"/>
        <w:autoSpaceDN w:val="0"/>
        <w:spacing w:after="66" w:line="220" w:lineRule="exact"/>
        <w:rPr>
          <w:rFonts w:ascii="Cambria" w:eastAsia="MS Mincho" w:hAnsi="Cambria" w:cs="Times New Roman"/>
          <w:lang w:val="en-US"/>
        </w:rPr>
      </w:pPr>
    </w:p>
    <w:tbl>
      <w:tblPr>
        <w:tblW w:w="0" w:type="auto"/>
        <w:tblInd w:w="5" w:type="dxa"/>
        <w:tblLayout w:type="fixed"/>
        <w:tblLook w:val="04A0" w:firstRow="1" w:lastRow="0" w:firstColumn="1" w:lastColumn="0" w:noHBand="0" w:noVBand="1"/>
      </w:tblPr>
      <w:tblGrid>
        <w:gridCol w:w="562"/>
        <w:gridCol w:w="3344"/>
        <w:gridCol w:w="714"/>
        <w:gridCol w:w="1584"/>
        <w:gridCol w:w="1630"/>
        <w:gridCol w:w="1208"/>
        <w:gridCol w:w="1608"/>
      </w:tblGrid>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16.</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rPr>
            </w:pPr>
            <w:r w:rsidRPr="007726D6">
              <w:rPr>
                <w:rFonts w:ascii="Times New Roman" w:eastAsia="Times New Roman" w:hAnsi="Times New Roman" w:cs="Times New Roman"/>
                <w:color w:val="000000"/>
                <w:w w:val="101"/>
                <w:sz w:val="23"/>
              </w:rPr>
              <w:t>И. С. Никитин «Встреча зимы»</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17.</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 xml:space="preserve">И. 3. </w:t>
            </w:r>
            <w:proofErr w:type="spellStart"/>
            <w:r w:rsidRPr="007726D6">
              <w:rPr>
                <w:rFonts w:ascii="Times New Roman" w:eastAsia="Times New Roman" w:hAnsi="Times New Roman" w:cs="Times New Roman"/>
                <w:color w:val="000000"/>
                <w:w w:val="101"/>
                <w:sz w:val="23"/>
                <w:lang w:val="en-US"/>
              </w:rPr>
              <w:t>Суриков</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Детство</w:t>
            </w:r>
            <w:proofErr w:type="spellEnd"/>
            <w:r w:rsidRPr="007726D6">
              <w:rPr>
                <w:rFonts w:ascii="Times New Roman" w:eastAsia="Times New Roman" w:hAnsi="Times New Roman" w:cs="Times New Roman"/>
                <w:color w:val="000000"/>
                <w:w w:val="101"/>
                <w:sz w:val="23"/>
                <w:lang w:val="en-US"/>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18.</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 xml:space="preserve">И. 3. </w:t>
            </w:r>
            <w:proofErr w:type="spellStart"/>
            <w:r w:rsidRPr="007726D6">
              <w:rPr>
                <w:rFonts w:ascii="Times New Roman" w:eastAsia="Times New Roman" w:hAnsi="Times New Roman" w:cs="Times New Roman"/>
                <w:color w:val="000000"/>
                <w:w w:val="101"/>
                <w:sz w:val="23"/>
                <w:lang w:val="en-US"/>
              </w:rPr>
              <w:t>Суриков</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Зима</w:t>
            </w:r>
            <w:proofErr w:type="spellEnd"/>
            <w:r w:rsidRPr="007726D6">
              <w:rPr>
                <w:rFonts w:ascii="Times New Roman" w:eastAsia="Times New Roman" w:hAnsi="Times New Roman" w:cs="Times New Roman"/>
                <w:color w:val="000000"/>
                <w:w w:val="101"/>
                <w:sz w:val="23"/>
                <w:lang w:val="en-US"/>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19.</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rPr>
            </w:pPr>
            <w:proofErr w:type="spellStart"/>
            <w:r w:rsidRPr="007726D6">
              <w:rPr>
                <w:rFonts w:ascii="Times New Roman" w:eastAsia="Times New Roman" w:hAnsi="Times New Roman" w:cs="Times New Roman"/>
                <w:color w:val="000000"/>
                <w:w w:val="101"/>
                <w:sz w:val="23"/>
              </w:rPr>
              <w:t>Н.А.Некрасов</w:t>
            </w:r>
            <w:proofErr w:type="spellEnd"/>
            <w:r w:rsidRPr="007726D6">
              <w:rPr>
                <w:rFonts w:ascii="Times New Roman" w:eastAsia="Times New Roman" w:hAnsi="Times New Roman" w:cs="Times New Roman"/>
                <w:color w:val="000000"/>
                <w:w w:val="101"/>
                <w:sz w:val="23"/>
              </w:rPr>
              <w:t xml:space="preserve"> «Не ветер бушует над бором…»</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1466"/>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20.</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ind w:left="70" w:right="144"/>
              <w:rPr>
                <w:rFonts w:ascii="Cambria" w:eastAsia="MS Mincho" w:hAnsi="Cambria" w:cs="Times New Roman"/>
              </w:rPr>
            </w:pPr>
            <w:r w:rsidRPr="007726D6">
              <w:rPr>
                <w:rFonts w:ascii="Times New Roman" w:eastAsia="Times New Roman" w:hAnsi="Times New Roman" w:cs="Times New Roman"/>
                <w:color w:val="000000"/>
                <w:w w:val="101"/>
                <w:sz w:val="23"/>
              </w:rPr>
              <w:t xml:space="preserve">Обобщение по </w:t>
            </w:r>
            <w:r w:rsidRPr="007726D6">
              <w:rPr>
                <w:rFonts w:ascii="Cambria" w:eastAsia="MS Mincho" w:hAnsi="Cambria" w:cs="Times New Roman"/>
              </w:rPr>
              <w:br/>
            </w:r>
            <w:proofErr w:type="spellStart"/>
            <w:r w:rsidRPr="007726D6">
              <w:rPr>
                <w:rFonts w:ascii="Times New Roman" w:eastAsia="Times New Roman" w:hAnsi="Times New Roman" w:cs="Times New Roman"/>
                <w:color w:val="000000"/>
                <w:w w:val="101"/>
                <w:sz w:val="23"/>
              </w:rPr>
              <w:t>разделу.Поэтическая</w:t>
            </w:r>
            <w:proofErr w:type="spellEnd"/>
            <w:r w:rsidRPr="007726D6">
              <w:rPr>
                <w:rFonts w:ascii="Times New Roman" w:eastAsia="Times New Roman" w:hAnsi="Times New Roman" w:cs="Times New Roman"/>
                <w:color w:val="000000"/>
                <w:w w:val="101"/>
                <w:sz w:val="23"/>
              </w:rPr>
              <w:t xml:space="preserve"> </w:t>
            </w:r>
            <w:proofErr w:type="gramStart"/>
            <w:r w:rsidRPr="007726D6">
              <w:rPr>
                <w:rFonts w:ascii="Times New Roman" w:eastAsia="Times New Roman" w:hAnsi="Times New Roman" w:cs="Times New Roman"/>
                <w:color w:val="000000"/>
                <w:w w:val="101"/>
                <w:sz w:val="23"/>
              </w:rPr>
              <w:t>тетрадь .Проверка</w:t>
            </w:r>
            <w:proofErr w:type="gramEnd"/>
            <w:r w:rsidRPr="007726D6">
              <w:rPr>
                <w:rFonts w:ascii="Times New Roman" w:eastAsia="Times New Roman" w:hAnsi="Times New Roman" w:cs="Times New Roman"/>
                <w:color w:val="000000"/>
                <w:w w:val="101"/>
                <w:sz w:val="23"/>
              </w:rPr>
              <w:t xml:space="preserve"> </w:t>
            </w:r>
            <w:proofErr w:type="spellStart"/>
            <w:r w:rsidRPr="007726D6">
              <w:rPr>
                <w:rFonts w:ascii="Times New Roman" w:eastAsia="Times New Roman" w:hAnsi="Times New Roman" w:cs="Times New Roman"/>
                <w:color w:val="000000"/>
                <w:w w:val="101"/>
                <w:sz w:val="23"/>
              </w:rPr>
              <w:t>тех.чтения"Лягушка</w:t>
            </w:r>
            <w:proofErr w:type="spellEnd"/>
            <w:r w:rsidRPr="007726D6">
              <w:rPr>
                <w:rFonts w:ascii="Times New Roman" w:eastAsia="Times New Roman" w:hAnsi="Times New Roman" w:cs="Times New Roman"/>
                <w:color w:val="000000"/>
                <w:w w:val="101"/>
                <w:sz w:val="23"/>
              </w:rPr>
              <w:t xml:space="preserve"> и утки"</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Зачет</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482"/>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8"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21.</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8" w:after="0" w:line="230" w:lineRule="auto"/>
              <w:ind w:left="7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Поэтическая</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тетрадь</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Тест</w:t>
            </w:r>
            <w:proofErr w:type="spellEnd"/>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8"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8"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8"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8"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8" w:after="0" w:line="230" w:lineRule="auto"/>
              <w:jc w:val="center"/>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Тестирование</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113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22.</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71" w:lineRule="auto"/>
              <w:ind w:left="70" w:right="576"/>
              <w:rPr>
                <w:rFonts w:ascii="Cambria" w:eastAsia="MS Mincho" w:hAnsi="Cambria" w:cs="Times New Roman"/>
              </w:rPr>
            </w:pPr>
            <w:r w:rsidRPr="007726D6">
              <w:rPr>
                <w:rFonts w:ascii="Times New Roman" w:eastAsia="Times New Roman" w:hAnsi="Times New Roman" w:cs="Times New Roman"/>
                <w:color w:val="000000"/>
                <w:w w:val="101"/>
                <w:sz w:val="23"/>
              </w:rPr>
              <w:t xml:space="preserve">Поэтическая </w:t>
            </w:r>
            <w:proofErr w:type="gramStart"/>
            <w:r w:rsidRPr="007726D6">
              <w:rPr>
                <w:rFonts w:ascii="Times New Roman" w:eastAsia="Times New Roman" w:hAnsi="Times New Roman" w:cs="Times New Roman"/>
                <w:color w:val="000000"/>
                <w:w w:val="101"/>
                <w:sz w:val="23"/>
              </w:rPr>
              <w:t xml:space="preserve">тетрадь </w:t>
            </w:r>
            <w:r w:rsidRPr="007726D6">
              <w:rPr>
                <w:rFonts w:ascii="Cambria" w:eastAsia="MS Mincho" w:hAnsi="Cambria" w:cs="Times New Roman"/>
              </w:rPr>
              <w:br/>
            </w:r>
            <w:r w:rsidRPr="007726D6">
              <w:rPr>
                <w:rFonts w:ascii="Times New Roman" w:eastAsia="Times New Roman" w:hAnsi="Times New Roman" w:cs="Times New Roman"/>
                <w:color w:val="000000"/>
                <w:w w:val="101"/>
                <w:sz w:val="23"/>
              </w:rPr>
              <w:t>.</w:t>
            </w:r>
            <w:proofErr w:type="spellStart"/>
            <w:proofErr w:type="gramEnd"/>
            <w:r w:rsidRPr="007726D6">
              <w:rPr>
                <w:rFonts w:ascii="Times New Roman" w:eastAsia="Times New Roman" w:hAnsi="Times New Roman" w:cs="Times New Roman"/>
                <w:color w:val="000000"/>
                <w:w w:val="101"/>
                <w:sz w:val="23"/>
              </w:rPr>
              <w:t>А.С.Пушкин</w:t>
            </w:r>
            <w:proofErr w:type="spellEnd"/>
            <w:r w:rsidRPr="007726D6">
              <w:rPr>
                <w:rFonts w:ascii="Times New Roman" w:eastAsia="Times New Roman" w:hAnsi="Times New Roman" w:cs="Times New Roman"/>
                <w:color w:val="000000"/>
                <w:w w:val="101"/>
                <w:sz w:val="23"/>
              </w:rPr>
              <w:t xml:space="preserve"> лирические стихотворения</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113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23.</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71" w:lineRule="auto"/>
              <w:ind w:left="70" w:right="576"/>
              <w:rPr>
                <w:rFonts w:ascii="Cambria" w:eastAsia="MS Mincho" w:hAnsi="Cambria" w:cs="Times New Roman"/>
              </w:rPr>
            </w:pPr>
            <w:r w:rsidRPr="007726D6">
              <w:rPr>
                <w:rFonts w:ascii="Times New Roman" w:eastAsia="Times New Roman" w:hAnsi="Times New Roman" w:cs="Times New Roman"/>
                <w:color w:val="000000"/>
                <w:w w:val="101"/>
                <w:sz w:val="23"/>
              </w:rPr>
              <w:t xml:space="preserve">Поэтическая </w:t>
            </w:r>
            <w:proofErr w:type="gramStart"/>
            <w:r w:rsidRPr="007726D6">
              <w:rPr>
                <w:rFonts w:ascii="Times New Roman" w:eastAsia="Times New Roman" w:hAnsi="Times New Roman" w:cs="Times New Roman"/>
                <w:color w:val="000000"/>
                <w:w w:val="101"/>
                <w:sz w:val="23"/>
              </w:rPr>
              <w:t xml:space="preserve">тетрадь </w:t>
            </w:r>
            <w:r w:rsidRPr="007726D6">
              <w:rPr>
                <w:rFonts w:ascii="Cambria" w:eastAsia="MS Mincho" w:hAnsi="Cambria" w:cs="Times New Roman"/>
              </w:rPr>
              <w:br/>
            </w:r>
            <w:r w:rsidRPr="007726D6">
              <w:rPr>
                <w:rFonts w:ascii="Times New Roman" w:eastAsia="Times New Roman" w:hAnsi="Times New Roman" w:cs="Times New Roman"/>
                <w:color w:val="000000"/>
                <w:w w:val="101"/>
                <w:sz w:val="23"/>
              </w:rPr>
              <w:t>.</w:t>
            </w:r>
            <w:proofErr w:type="spellStart"/>
            <w:proofErr w:type="gramEnd"/>
            <w:r w:rsidRPr="007726D6">
              <w:rPr>
                <w:rFonts w:ascii="Times New Roman" w:eastAsia="Times New Roman" w:hAnsi="Times New Roman" w:cs="Times New Roman"/>
                <w:color w:val="000000"/>
                <w:w w:val="101"/>
                <w:sz w:val="23"/>
              </w:rPr>
              <w:t>А.С.Пушкин</w:t>
            </w:r>
            <w:proofErr w:type="spellEnd"/>
            <w:r w:rsidRPr="007726D6">
              <w:rPr>
                <w:rFonts w:ascii="Times New Roman" w:eastAsia="Times New Roman" w:hAnsi="Times New Roman" w:cs="Times New Roman"/>
                <w:color w:val="000000"/>
                <w:w w:val="101"/>
                <w:sz w:val="23"/>
              </w:rPr>
              <w:t xml:space="preserve"> лирические стихотворения</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4"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24.</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4" w:after="0" w:line="230" w:lineRule="auto"/>
              <w:ind w:left="7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А.Пушкин</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Зимнее</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утро</w:t>
            </w:r>
            <w:proofErr w:type="spellEnd"/>
            <w:r w:rsidRPr="007726D6">
              <w:rPr>
                <w:rFonts w:ascii="Times New Roman" w:eastAsia="Times New Roman" w:hAnsi="Times New Roman" w:cs="Times New Roman"/>
                <w:color w:val="000000"/>
                <w:w w:val="101"/>
                <w:sz w:val="23"/>
                <w:lang w:val="en-US"/>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4"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4"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4"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4"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4"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25.</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А.Пушкин</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Зимний</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вечер</w:t>
            </w:r>
            <w:proofErr w:type="spellEnd"/>
            <w:r w:rsidRPr="007726D6">
              <w:rPr>
                <w:rFonts w:ascii="Times New Roman" w:eastAsia="Times New Roman" w:hAnsi="Times New Roman" w:cs="Times New Roman"/>
                <w:color w:val="000000"/>
                <w:w w:val="101"/>
                <w:sz w:val="23"/>
                <w:lang w:val="en-US"/>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26.</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288"/>
              <w:rPr>
                <w:rFonts w:ascii="Cambria" w:eastAsia="MS Mincho" w:hAnsi="Cambria" w:cs="Times New Roman"/>
              </w:rPr>
            </w:pPr>
            <w:r w:rsidRPr="007726D6">
              <w:rPr>
                <w:rFonts w:ascii="Times New Roman" w:eastAsia="Times New Roman" w:hAnsi="Times New Roman" w:cs="Times New Roman"/>
                <w:color w:val="000000"/>
                <w:w w:val="101"/>
                <w:sz w:val="23"/>
              </w:rPr>
              <w:t xml:space="preserve">А. С. Пушкин «Сказка о царе </w:t>
            </w:r>
            <w:proofErr w:type="spellStart"/>
            <w:r w:rsidRPr="007726D6">
              <w:rPr>
                <w:rFonts w:ascii="Times New Roman" w:eastAsia="Times New Roman" w:hAnsi="Times New Roman" w:cs="Times New Roman"/>
                <w:color w:val="000000"/>
                <w:w w:val="101"/>
                <w:sz w:val="23"/>
              </w:rPr>
              <w:t>Салтане</w:t>
            </w:r>
            <w:proofErr w:type="spellEnd"/>
            <w:r w:rsidRPr="007726D6">
              <w:rPr>
                <w:rFonts w:ascii="Times New Roman" w:eastAsia="Times New Roman" w:hAnsi="Times New Roman" w:cs="Times New Roman"/>
                <w:color w:val="000000"/>
                <w:w w:val="101"/>
                <w:sz w:val="23"/>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27.</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288"/>
              <w:rPr>
                <w:rFonts w:ascii="Cambria" w:eastAsia="MS Mincho" w:hAnsi="Cambria" w:cs="Times New Roman"/>
              </w:rPr>
            </w:pPr>
            <w:r w:rsidRPr="007726D6">
              <w:rPr>
                <w:rFonts w:ascii="Times New Roman" w:eastAsia="Times New Roman" w:hAnsi="Times New Roman" w:cs="Times New Roman"/>
                <w:color w:val="000000"/>
                <w:w w:val="101"/>
                <w:sz w:val="23"/>
              </w:rPr>
              <w:t xml:space="preserve">А. С. Пушкин «Сказка о царе </w:t>
            </w:r>
            <w:proofErr w:type="spellStart"/>
            <w:r w:rsidRPr="007726D6">
              <w:rPr>
                <w:rFonts w:ascii="Times New Roman" w:eastAsia="Times New Roman" w:hAnsi="Times New Roman" w:cs="Times New Roman"/>
                <w:color w:val="000000"/>
                <w:w w:val="101"/>
                <w:sz w:val="23"/>
              </w:rPr>
              <w:t>Салтане</w:t>
            </w:r>
            <w:proofErr w:type="spellEnd"/>
            <w:r w:rsidRPr="007726D6">
              <w:rPr>
                <w:rFonts w:ascii="Times New Roman" w:eastAsia="Times New Roman" w:hAnsi="Times New Roman" w:cs="Times New Roman"/>
                <w:color w:val="000000"/>
                <w:w w:val="101"/>
                <w:sz w:val="23"/>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28.</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288"/>
              <w:rPr>
                <w:rFonts w:ascii="Cambria" w:eastAsia="MS Mincho" w:hAnsi="Cambria" w:cs="Times New Roman"/>
              </w:rPr>
            </w:pPr>
            <w:r w:rsidRPr="007726D6">
              <w:rPr>
                <w:rFonts w:ascii="Times New Roman" w:eastAsia="Times New Roman" w:hAnsi="Times New Roman" w:cs="Times New Roman"/>
                <w:color w:val="000000"/>
                <w:w w:val="101"/>
                <w:sz w:val="23"/>
              </w:rPr>
              <w:t xml:space="preserve">А. С. Пушкин «Сказка о царе </w:t>
            </w:r>
            <w:proofErr w:type="spellStart"/>
            <w:r w:rsidRPr="007726D6">
              <w:rPr>
                <w:rFonts w:ascii="Times New Roman" w:eastAsia="Times New Roman" w:hAnsi="Times New Roman" w:cs="Times New Roman"/>
                <w:color w:val="000000"/>
                <w:w w:val="101"/>
                <w:sz w:val="23"/>
              </w:rPr>
              <w:t>Салтане</w:t>
            </w:r>
            <w:proofErr w:type="spellEnd"/>
            <w:r w:rsidRPr="007726D6">
              <w:rPr>
                <w:rFonts w:ascii="Times New Roman" w:eastAsia="Times New Roman" w:hAnsi="Times New Roman" w:cs="Times New Roman"/>
                <w:color w:val="000000"/>
                <w:w w:val="101"/>
                <w:sz w:val="23"/>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29.</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288"/>
              <w:rPr>
                <w:rFonts w:ascii="Cambria" w:eastAsia="MS Mincho" w:hAnsi="Cambria" w:cs="Times New Roman"/>
              </w:rPr>
            </w:pPr>
            <w:r w:rsidRPr="007726D6">
              <w:rPr>
                <w:rFonts w:ascii="Times New Roman" w:eastAsia="Times New Roman" w:hAnsi="Times New Roman" w:cs="Times New Roman"/>
                <w:color w:val="000000"/>
                <w:w w:val="101"/>
                <w:sz w:val="23"/>
              </w:rPr>
              <w:t xml:space="preserve">А. С. Пушкин «Сказка о царе </w:t>
            </w:r>
            <w:proofErr w:type="spellStart"/>
            <w:r w:rsidRPr="007726D6">
              <w:rPr>
                <w:rFonts w:ascii="Times New Roman" w:eastAsia="Times New Roman" w:hAnsi="Times New Roman" w:cs="Times New Roman"/>
                <w:color w:val="000000"/>
                <w:w w:val="101"/>
                <w:sz w:val="23"/>
              </w:rPr>
              <w:t>Салтане</w:t>
            </w:r>
            <w:proofErr w:type="spellEnd"/>
            <w:r w:rsidRPr="007726D6">
              <w:rPr>
                <w:rFonts w:ascii="Times New Roman" w:eastAsia="Times New Roman" w:hAnsi="Times New Roman" w:cs="Times New Roman"/>
                <w:color w:val="000000"/>
                <w:w w:val="101"/>
                <w:sz w:val="23"/>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30.</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288"/>
              <w:rPr>
                <w:rFonts w:ascii="Cambria" w:eastAsia="MS Mincho" w:hAnsi="Cambria" w:cs="Times New Roman"/>
              </w:rPr>
            </w:pPr>
            <w:r w:rsidRPr="007726D6">
              <w:rPr>
                <w:rFonts w:ascii="Times New Roman" w:eastAsia="Times New Roman" w:hAnsi="Times New Roman" w:cs="Times New Roman"/>
                <w:color w:val="000000"/>
                <w:w w:val="101"/>
                <w:sz w:val="23"/>
              </w:rPr>
              <w:t xml:space="preserve">А. С. Пушкин «Сказка о царе </w:t>
            </w:r>
            <w:proofErr w:type="spellStart"/>
            <w:r w:rsidRPr="007726D6">
              <w:rPr>
                <w:rFonts w:ascii="Times New Roman" w:eastAsia="Times New Roman" w:hAnsi="Times New Roman" w:cs="Times New Roman"/>
                <w:color w:val="000000"/>
                <w:w w:val="101"/>
                <w:sz w:val="23"/>
              </w:rPr>
              <w:t>Салтане</w:t>
            </w:r>
            <w:proofErr w:type="spellEnd"/>
            <w:r w:rsidRPr="007726D6">
              <w:rPr>
                <w:rFonts w:ascii="Times New Roman" w:eastAsia="Times New Roman" w:hAnsi="Times New Roman" w:cs="Times New Roman"/>
                <w:color w:val="000000"/>
                <w:w w:val="101"/>
                <w:sz w:val="23"/>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144"/>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Письменный</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контроль</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113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31.</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71" w:lineRule="auto"/>
              <w:ind w:left="70" w:right="144"/>
              <w:rPr>
                <w:rFonts w:ascii="Cambria" w:eastAsia="MS Mincho" w:hAnsi="Cambria" w:cs="Times New Roman"/>
              </w:rPr>
            </w:pPr>
            <w:r w:rsidRPr="007726D6">
              <w:rPr>
                <w:rFonts w:ascii="Times New Roman" w:eastAsia="Times New Roman" w:hAnsi="Times New Roman" w:cs="Times New Roman"/>
                <w:color w:val="000000"/>
                <w:w w:val="101"/>
                <w:sz w:val="23"/>
              </w:rPr>
              <w:t xml:space="preserve">И. А. Крылов. Подготовка </w:t>
            </w:r>
            <w:r w:rsidRPr="007726D6">
              <w:rPr>
                <w:rFonts w:ascii="Cambria" w:eastAsia="MS Mincho" w:hAnsi="Cambria" w:cs="Times New Roman"/>
              </w:rPr>
              <w:br/>
            </w:r>
            <w:r w:rsidRPr="007726D6">
              <w:rPr>
                <w:rFonts w:ascii="Times New Roman" w:eastAsia="Times New Roman" w:hAnsi="Times New Roman" w:cs="Times New Roman"/>
                <w:color w:val="000000"/>
                <w:w w:val="101"/>
                <w:sz w:val="23"/>
              </w:rPr>
              <w:t>сообщения о И. А. Крылове на основе статьи учебника.</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78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32.</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rPr>
            </w:pPr>
            <w:proofErr w:type="spellStart"/>
            <w:r w:rsidRPr="007726D6">
              <w:rPr>
                <w:rFonts w:ascii="Times New Roman" w:eastAsia="Times New Roman" w:hAnsi="Times New Roman" w:cs="Times New Roman"/>
                <w:color w:val="000000"/>
                <w:w w:val="101"/>
                <w:sz w:val="23"/>
              </w:rPr>
              <w:t>И.Крылов</w:t>
            </w:r>
            <w:proofErr w:type="spellEnd"/>
            <w:r w:rsidRPr="007726D6">
              <w:rPr>
                <w:rFonts w:ascii="Times New Roman" w:eastAsia="Times New Roman" w:hAnsi="Times New Roman" w:cs="Times New Roman"/>
                <w:color w:val="000000"/>
                <w:w w:val="101"/>
                <w:sz w:val="23"/>
              </w:rPr>
              <w:t xml:space="preserve"> «Мартышка и очки»</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bl>
    <w:p w:rsidR="007726D6" w:rsidRPr="007726D6" w:rsidRDefault="007726D6" w:rsidP="007726D6">
      <w:pPr>
        <w:autoSpaceDE w:val="0"/>
        <w:autoSpaceDN w:val="0"/>
        <w:spacing w:after="0" w:line="14" w:lineRule="exact"/>
        <w:rPr>
          <w:rFonts w:ascii="Cambria" w:eastAsia="MS Mincho" w:hAnsi="Cambria" w:cs="Times New Roman"/>
          <w:lang w:val="en-US"/>
        </w:rPr>
      </w:pPr>
    </w:p>
    <w:p w:rsidR="007726D6" w:rsidRPr="007726D6" w:rsidRDefault="007726D6" w:rsidP="007726D6">
      <w:pPr>
        <w:rPr>
          <w:rFonts w:ascii="Cambria" w:eastAsia="MS Mincho" w:hAnsi="Cambria" w:cs="Times New Roman"/>
          <w:lang w:val="en-US"/>
        </w:rPr>
        <w:sectPr w:rsidR="007726D6" w:rsidRPr="007726D6">
          <w:pgSz w:w="11900" w:h="16840"/>
          <w:pgMar w:top="284" w:right="556" w:bottom="594" w:left="664" w:header="720" w:footer="720" w:gutter="0"/>
          <w:cols w:space="720" w:equalWidth="0">
            <w:col w:w="10680" w:space="0"/>
          </w:cols>
          <w:docGrid w:linePitch="360"/>
        </w:sectPr>
      </w:pPr>
    </w:p>
    <w:p w:rsidR="007726D6" w:rsidRPr="007726D6" w:rsidRDefault="007726D6" w:rsidP="007726D6">
      <w:pPr>
        <w:autoSpaceDE w:val="0"/>
        <w:autoSpaceDN w:val="0"/>
        <w:spacing w:after="66" w:line="220" w:lineRule="exact"/>
        <w:rPr>
          <w:rFonts w:ascii="Cambria" w:eastAsia="MS Mincho" w:hAnsi="Cambria" w:cs="Times New Roman"/>
          <w:lang w:val="en-US"/>
        </w:rPr>
      </w:pPr>
    </w:p>
    <w:tbl>
      <w:tblPr>
        <w:tblW w:w="0" w:type="auto"/>
        <w:tblInd w:w="5" w:type="dxa"/>
        <w:tblLayout w:type="fixed"/>
        <w:tblLook w:val="04A0" w:firstRow="1" w:lastRow="0" w:firstColumn="1" w:lastColumn="0" w:noHBand="0" w:noVBand="1"/>
      </w:tblPr>
      <w:tblGrid>
        <w:gridCol w:w="562"/>
        <w:gridCol w:w="3344"/>
        <w:gridCol w:w="714"/>
        <w:gridCol w:w="1584"/>
        <w:gridCol w:w="1630"/>
        <w:gridCol w:w="1208"/>
        <w:gridCol w:w="1608"/>
      </w:tblGrid>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33.</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rPr>
            </w:pPr>
            <w:proofErr w:type="spellStart"/>
            <w:r w:rsidRPr="007726D6">
              <w:rPr>
                <w:rFonts w:ascii="Times New Roman" w:eastAsia="Times New Roman" w:hAnsi="Times New Roman" w:cs="Times New Roman"/>
                <w:color w:val="000000"/>
                <w:w w:val="101"/>
                <w:sz w:val="23"/>
              </w:rPr>
              <w:t>И.Крылов</w:t>
            </w:r>
            <w:proofErr w:type="spellEnd"/>
            <w:r w:rsidRPr="007726D6">
              <w:rPr>
                <w:rFonts w:ascii="Times New Roman" w:eastAsia="Times New Roman" w:hAnsi="Times New Roman" w:cs="Times New Roman"/>
                <w:color w:val="000000"/>
                <w:w w:val="101"/>
                <w:sz w:val="23"/>
              </w:rPr>
              <w:t xml:space="preserve"> «Ворона и Лисица»</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113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34.</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71" w:lineRule="auto"/>
              <w:ind w:left="70" w:right="288"/>
              <w:rPr>
                <w:rFonts w:ascii="Cambria" w:eastAsia="MS Mincho" w:hAnsi="Cambria" w:cs="Times New Roman"/>
              </w:rPr>
            </w:pPr>
            <w:r w:rsidRPr="007726D6">
              <w:rPr>
                <w:rFonts w:ascii="Times New Roman" w:eastAsia="Times New Roman" w:hAnsi="Times New Roman" w:cs="Times New Roman"/>
                <w:color w:val="000000"/>
                <w:w w:val="101"/>
                <w:sz w:val="23"/>
              </w:rPr>
              <w:t>М.Ю. Лермонтов. Статья В. Воскобойникова. Подготовка сообщения на основе статьи.</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35.</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rPr>
            </w:pPr>
            <w:r w:rsidRPr="007726D6">
              <w:rPr>
                <w:rFonts w:ascii="Times New Roman" w:eastAsia="Times New Roman" w:hAnsi="Times New Roman" w:cs="Times New Roman"/>
                <w:color w:val="000000"/>
                <w:w w:val="101"/>
                <w:sz w:val="23"/>
              </w:rPr>
              <w:t xml:space="preserve">М.Ю. </w:t>
            </w:r>
            <w:proofErr w:type="spellStart"/>
            <w:r w:rsidRPr="007726D6">
              <w:rPr>
                <w:rFonts w:ascii="Times New Roman" w:eastAsia="Times New Roman" w:hAnsi="Times New Roman" w:cs="Times New Roman"/>
                <w:color w:val="000000"/>
                <w:w w:val="101"/>
                <w:sz w:val="23"/>
              </w:rPr>
              <w:t>Лермонтов."Утес"«Горные</w:t>
            </w:r>
            <w:proofErr w:type="spellEnd"/>
            <w:r w:rsidRPr="007726D6">
              <w:rPr>
                <w:rFonts w:ascii="Times New Roman" w:eastAsia="Times New Roman" w:hAnsi="Times New Roman" w:cs="Times New Roman"/>
                <w:color w:val="000000"/>
                <w:w w:val="101"/>
                <w:sz w:val="23"/>
              </w:rPr>
              <w:t xml:space="preserve"> вершины…»,</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36.</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432"/>
              <w:rPr>
                <w:rFonts w:ascii="Cambria" w:eastAsia="MS Mincho" w:hAnsi="Cambria" w:cs="Times New Roman"/>
              </w:rPr>
            </w:pPr>
            <w:r w:rsidRPr="007726D6">
              <w:rPr>
                <w:rFonts w:ascii="Times New Roman" w:eastAsia="Times New Roman" w:hAnsi="Times New Roman" w:cs="Times New Roman"/>
                <w:color w:val="000000"/>
                <w:w w:val="101"/>
                <w:sz w:val="23"/>
              </w:rPr>
              <w:t>М.Ю. Лермонтов. «Горные вершины…»,</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1466"/>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37.</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432"/>
              <w:rPr>
                <w:rFonts w:ascii="Cambria" w:eastAsia="MS Mincho" w:hAnsi="Cambria" w:cs="Times New Roman"/>
              </w:rPr>
            </w:pPr>
            <w:r w:rsidRPr="007726D6">
              <w:rPr>
                <w:rFonts w:ascii="Times New Roman" w:eastAsia="Times New Roman" w:hAnsi="Times New Roman" w:cs="Times New Roman"/>
                <w:color w:val="000000"/>
                <w:w w:val="101"/>
                <w:sz w:val="23"/>
              </w:rPr>
              <w:t>Детство Л. Н. Толстого (из воспоминаний писателя).</w:t>
            </w:r>
          </w:p>
          <w:p w:rsidR="007726D6" w:rsidRPr="007726D6" w:rsidRDefault="007726D6" w:rsidP="007726D6">
            <w:pPr>
              <w:autoSpaceDE w:val="0"/>
              <w:autoSpaceDN w:val="0"/>
              <w:spacing w:before="68" w:after="0" w:line="262" w:lineRule="auto"/>
              <w:ind w:left="70" w:right="288"/>
              <w:rPr>
                <w:rFonts w:ascii="Cambria" w:eastAsia="MS Mincho" w:hAnsi="Cambria" w:cs="Times New Roman"/>
              </w:rPr>
            </w:pPr>
            <w:r w:rsidRPr="007726D6">
              <w:rPr>
                <w:rFonts w:ascii="Times New Roman" w:eastAsia="Times New Roman" w:hAnsi="Times New Roman" w:cs="Times New Roman"/>
                <w:color w:val="000000"/>
                <w:w w:val="101"/>
                <w:sz w:val="23"/>
              </w:rPr>
              <w:t xml:space="preserve">Подготовка сообщения о </w:t>
            </w:r>
            <w:r w:rsidRPr="007726D6">
              <w:rPr>
                <w:rFonts w:ascii="Cambria" w:eastAsia="MS Mincho" w:hAnsi="Cambria" w:cs="Times New Roman"/>
              </w:rPr>
              <w:br/>
            </w:r>
            <w:r w:rsidRPr="007726D6">
              <w:rPr>
                <w:rFonts w:ascii="Times New Roman" w:eastAsia="Times New Roman" w:hAnsi="Times New Roman" w:cs="Times New Roman"/>
                <w:color w:val="000000"/>
                <w:w w:val="101"/>
                <w:sz w:val="23"/>
              </w:rPr>
              <w:t>жизни и творчестве писателя.</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38.</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432"/>
              <w:rPr>
                <w:rFonts w:ascii="Cambria" w:eastAsia="MS Mincho" w:hAnsi="Cambria" w:cs="Times New Roman"/>
              </w:rPr>
            </w:pPr>
            <w:r w:rsidRPr="007726D6">
              <w:rPr>
                <w:rFonts w:ascii="Times New Roman" w:eastAsia="Times New Roman" w:hAnsi="Times New Roman" w:cs="Times New Roman"/>
                <w:color w:val="000000"/>
                <w:w w:val="101"/>
                <w:sz w:val="23"/>
              </w:rPr>
              <w:t>Л.Н Толстой «Какая бывает роса на траве»,</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39.</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288"/>
              <w:rPr>
                <w:rFonts w:ascii="Cambria" w:eastAsia="MS Mincho" w:hAnsi="Cambria" w:cs="Times New Roman"/>
              </w:rPr>
            </w:pPr>
            <w:r w:rsidRPr="007726D6">
              <w:rPr>
                <w:rFonts w:ascii="Times New Roman" w:eastAsia="Times New Roman" w:hAnsi="Times New Roman" w:cs="Times New Roman"/>
                <w:color w:val="000000"/>
                <w:w w:val="101"/>
                <w:sz w:val="23"/>
              </w:rPr>
              <w:t xml:space="preserve">Л.Н Толстой  «Куда девается вода из моря». </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40.</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 xml:space="preserve">Л.Н. </w:t>
            </w:r>
            <w:proofErr w:type="spellStart"/>
            <w:r w:rsidRPr="007726D6">
              <w:rPr>
                <w:rFonts w:ascii="Times New Roman" w:eastAsia="Times New Roman" w:hAnsi="Times New Roman" w:cs="Times New Roman"/>
                <w:color w:val="000000"/>
                <w:w w:val="101"/>
                <w:sz w:val="23"/>
                <w:lang w:val="en-US"/>
              </w:rPr>
              <w:t>Толстой</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Акула</w:t>
            </w:r>
            <w:proofErr w:type="spellEnd"/>
            <w:r w:rsidRPr="007726D6">
              <w:rPr>
                <w:rFonts w:ascii="Times New Roman" w:eastAsia="Times New Roman" w:hAnsi="Times New Roman" w:cs="Times New Roman"/>
                <w:color w:val="000000"/>
                <w:w w:val="101"/>
                <w:sz w:val="23"/>
                <w:lang w:val="en-US"/>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4"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41.</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4"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 xml:space="preserve">Л.Н. </w:t>
            </w:r>
            <w:proofErr w:type="spellStart"/>
            <w:r w:rsidRPr="007726D6">
              <w:rPr>
                <w:rFonts w:ascii="Times New Roman" w:eastAsia="Times New Roman" w:hAnsi="Times New Roman" w:cs="Times New Roman"/>
                <w:color w:val="000000"/>
                <w:w w:val="101"/>
                <w:sz w:val="23"/>
                <w:lang w:val="en-US"/>
              </w:rPr>
              <w:t>Толстой</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Прыжок</w:t>
            </w:r>
            <w:proofErr w:type="spellEnd"/>
            <w:r w:rsidRPr="007726D6">
              <w:rPr>
                <w:rFonts w:ascii="Times New Roman" w:eastAsia="Times New Roman" w:hAnsi="Times New Roman" w:cs="Times New Roman"/>
                <w:color w:val="000000"/>
                <w:w w:val="101"/>
                <w:sz w:val="23"/>
                <w:lang w:val="en-US"/>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4"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4"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4"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4"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4"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113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42.</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71" w:lineRule="auto"/>
              <w:ind w:left="70" w:right="288"/>
              <w:rPr>
                <w:rFonts w:ascii="Cambria" w:eastAsia="MS Mincho" w:hAnsi="Cambria" w:cs="Times New Roman"/>
              </w:rPr>
            </w:pPr>
            <w:r w:rsidRPr="007726D6">
              <w:rPr>
                <w:rFonts w:ascii="Times New Roman" w:eastAsia="Times New Roman" w:hAnsi="Times New Roman" w:cs="Times New Roman"/>
                <w:color w:val="000000"/>
                <w:w w:val="101"/>
                <w:sz w:val="23"/>
              </w:rPr>
              <w:t xml:space="preserve">Литературный праздник </w:t>
            </w:r>
            <w:r w:rsidRPr="007726D6">
              <w:rPr>
                <w:rFonts w:ascii="Cambria" w:eastAsia="MS Mincho" w:hAnsi="Cambria" w:cs="Times New Roman"/>
              </w:rPr>
              <w:br/>
            </w:r>
            <w:r w:rsidRPr="007726D6">
              <w:rPr>
                <w:rFonts w:ascii="Times New Roman" w:eastAsia="Times New Roman" w:hAnsi="Times New Roman" w:cs="Times New Roman"/>
                <w:color w:val="000000"/>
                <w:w w:val="101"/>
                <w:sz w:val="23"/>
              </w:rPr>
              <w:t>(обобщение по разделу</w:t>
            </w:r>
            <w:r w:rsidRPr="007726D6">
              <w:rPr>
                <w:rFonts w:ascii="Cambria" w:eastAsia="MS Mincho" w:hAnsi="Cambria" w:cs="Times New Roman"/>
              </w:rPr>
              <w:br/>
            </w:r>
            <w:r w:rsidRPr="007726D6">
              <w:rPr>
                <w:rFonts w:ascii="Times New Roman" w:eastAsia="Times New Roman" w:hAnsi="Times New Roman" w:cs="Times New Roman"/>
                <w:color w:val="000000"/>
                <w:w w:val="101"/>
                <w:sz w:val="23"/>
              </w:rPr>
              <w:t>«Великие русские писатели»)</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43.</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144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w:t>
            </w:r>
            <w:proofErr w:type="spellStart"/>
            <w:r w:rsidRPr="007726D6">
              <w:rPr>
                <w:rFonts w:ascii="Times New Roman" w:eastAsia="Times New Roman" w:hAnsi="Times New Roman" w:cs="Times New Roman"/>
                <w:color w:val="000000"/>
                <w:w w:val="101"/>
                <w:sz w:val="23"/>
                <w:lang w:val="en-US"/>
              </w:rPr>
              <w:t>Великие</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русские</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писатели</w:t>
            </w:r>
            <w:proofErr w:type="spellEnd"/>
            <w:r w:rsidRPr="007726D6">
              <w:rPr>
                <w:rFonts w:ascii="Times New Roman" w:eastAsia="Times New Roman" w:hAnsi="Times New Roman" w:cs="Times New Roman"/>
                <w:color w:val="000000"/>
                <w:w w:val="101"/>
                <w:sz w:val="23"/>
                <w:lang w:val="en-US"/>
              </w:rPr>
              <w:t>".</w:t>
            </w:r>
            <w:proofErr w:type="spellStart"/>
            <w:r w:rsidRPr="007726D6">
              <w:rPr>
                <w:rFonts w:ascii="Times New Roman" w:eastAsia="Times New Roman" w:hAnsi="Times New Roman" w:cs="Times New Roman"/>
                <w:color w:val="000000"/>
                <w:w w:val="101"/>
                <w:sz w:val="23"/>
                <w:lang w:val="en-US"/>
              </w:rPr>
              <w:t>Тест</w:t>
            </w:r>
            <w:proofErr w:type="spellEnd"/>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Тестирование</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44.</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Литературные</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сказки</w:t>
            </w:r>
            <w:proofErr w:type="spellEnd"/>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1466"/>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45.</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ind w:left="70" w:right="144"/>
              <w:rPr>
                <w:rFonts w:ascii="Cambria" w:eastAsia="MS Mincho" w:hAnsi="Cambria" w:cs="Times New Roman"/>
              </w:rPr>
            </w:pPr>
            <w:r w:rsidRPr="007726D6">
              <w:rPr>
                <w:rFonts w:ascii="Times New Roman" w:eastAsia="Times New Roman" w:hAnsi="Times New Roman" w:cs="Times New Roman"/>
                <w:color w:val="000000"/>
                <w:w w:val="101"/>
                <w:sz w:val="23"/>
              </w:rPr>
              <w:t>Д. Н. Мамин-Сибиряк «Сказка про храброго Зайца – Длинные Уши, Косые Глаза, Короткий Хвост»</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46.</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144"/>
              <w:rPr>
                <w:rFonts w:ascii="Cambria" w:eastAsia="MS Mincho" w:hAnsi="Cambria" w:cs="Times New Roman"/>
              </w:rPr>
            </w:pPr>
            <w:r w:rsidRPr="007726D6">
              <w:rPr>
                <w:rFonts w:ascii="Times New Roman" w:eastAsia="Times New Roman" w:hAnsi="Times New Roman" w:cs="Times New Roman"/>
                <w:color w:val="000000"/>
                <w:w w:val="101"/>
                <w:sz w:val="23"/>
              </w:rPr>
              <w:t xml:space="preserve">Проверка техники </w:t>
            </w:r>
            <w:proofErr w:type="spellStart"/>
            <w:r w:rsidRPr="007726D6">
              <w:rPr>
                <w:rFonts w:ascii="Times New Roman" w:eastAsia="Times New Roman" w:hAnsi="Times New Roman" w:cs="Times New Roman"/>
                <w:color w:val="000000"/>
                <w:w w:val="101"/>
                <w:sz w:val="23"/>
              </w:rPr>
              <w:t>чтения"Меч</w:t>
            </w:r>
            <w:proofErr w:type="spellEnd"/>
            <w:r w:rsidRPr="007726D6">
              <w:rPr>
                <w:rFonts w:ascii="Times New Roman" w:eastAsia="Times New Roman" w:hAnsi="Times New Roman" w:cs="Times New Roman"/>
                <w:color w:val="000000"/>
                <w:w w:val="101"/>
                <w:sz w:val="23"/>
              </w:rPr>
              <w:t xml:space="preserve"> и Роза"</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Зачет</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1502"/>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47.</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ind w:left="70" w:right="144"/>
              <w:rPr>
                <w:rFonts w:ascii="Cambria" w:eastAsia="MS Mincho" w:hAnsi="Cambria" w:cs="Times New Roman"/>
              </w:rPr>
            </w:pPr>
            <w:r w:rsidRPr="007726D6">
              <w:rPr>
                <w:rFonts w:ascii="Times New Roman" w:eastAsia="Times New Roman" w:hAnsi="Times New Roman" w:cs="Times New Roman"/>
                <w:color w:val="000000"/>
                <w:w w:val="101"/>
                <w:sz w:val="23"/>
              </w:rPr>
              <w:t>Д. Н. Мамин-Сибиряк «Сказка про храброго Зайца – Длинные Уши, Косые Глаза, Короткий Хвост»</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78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48.</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rPr>
            </w:pPr>
            <w:r w:rsidRPr="007726D6">
              <w:rPr>
                <w:rFonts w:ascii="Times New Roman" w:eastAsia="Times New Roman" w:hAnsi="Times New Roman" w:cs="Times New Roman"/>
                <w:color w:val="000000"/>
                <w:w w:val="101"/>
                <w:sz w:val="23"/>
              </w:rPr>
              <w:t>В. Ф. Одоевский «Мороз Иванович».</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bl>
    <w:p w:rsidR="007726D6" w:rsidRPr="007726D6" w:rsidRDefault="007726D6" w:rsidP="007726D6">
      <w:pPr>
        <w:autoSpaceDE w:val="0"/>
        <w:autoSpaceDN w:val="0"/>
        <w:spacing w:after="0" w:line="14" w:lineRule="exact"/>
        <w:rPr>
          <w:rFonts w:ascii="Cambria" w:eastAsia="MS Mincho" w:hAnsi="Cambria" w:cs="Times New Roman"/>
          <w:lang w:val="en-US"/>
        </w:rPr>
      </w:pPr>
    </w:p>
    <w:p w:rsidR="007726D6" w:rsidRPr="007726D6" w:rsidRDefault="007726D6" w:rsidP="007726D6">
      <w:pPr>
        <w:rPr>
          <w:rFonts w:ascii="Cambria" w:eastAsia="MS Mincho" w:hAnsi="Cambria" w:cs="Times New Roman"/>
          <w:lang w:val="en-US"/>
        </w:rPr>
        <w:sectPr w:rsidR="007726D6" w:rsidRPr="007726D6">
          <w:pgSz w:w="11900" w:h="16840"/>
          <w:pgMar w:top="284" w:right="556" w:bottom="324" w:left="664" w:header="720" w:footer="720" w:gutter="0"/>
          <w:cols w:space="720" w:equalWidth="0">
            <w:col w:w="10680" w:space="0"/>
          </w:cols>
          <w:docGrid w:linePitch="360"/>
        </w:sectPr>
      </w:pPr>
    </w:p>
    <w:p w:rsidR="007726D6" w:rsidRPr="007726D6" w:rsidRDefault="007726D6" w:rsidP="007726D6">
      <w:pPr>
        <w:autoSpaceDE w:val="0"/>
        <w:autoSpaceDN w:val="0"/>
        <w:spacing w:after="66" w:line="220" w:lineRule="exact"/>
        <w:rPr>
          <w:rFonts w:ascii="Cambria" w:eastAsia="MS Mincho" w:hAnsi="Cambria" w:cs="Times New Roman"/>
          <w:lang w:val="en-US"/>
        </w:rPr>
      </w:pPr>
    </w:p>
    <w:tbl>
      <w:tblPr>
        <w:tblW w:w="0" w:type="auto"/>
        <w:tblInd w:w="5" w:type="dxa"/>
        <w:tblLayout w:type="fixed"/>
        <w:tblLook w:val="04A0" w:firstRow="1" w:lastRow="0" w:firstColumn="1" w:lastColumn="0" w:noHBand="0" w:noVBand="1"/>
      </w:tblPr>
      <w:tblGrid>
        <w:gridCol w:w="562"/>
        <w:gridCol w:w="3344"/>
        <w:gridCol w:w="714"/>
        <w:gridCol w:w="1584"/>
        <w:gridCol w:w="1630"/>
        <w:gridCol w:w="1208"/>
        <w:gridCol w:w="1608"/>
      </w:tblGrid>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49.</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rPr>
            </w:pPr>
            <w:r w:rsidRPr="007726D6">
              <w:rPr>
                <w:rFonts w:ascii="Times New Roman" w:eastAsia="Times New Roman" w:hAnsi="Times New Roman" w:cs="Times New Roman"/>
                <w:color w:val="000000"/>
                <w:w w:val="101"/>
                <w:sz w:val="23"/>
              </w:rPr>
              <w:t>В. Ф. Одоевский «Мороз Иванович».</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50.</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rPr>
            </w:pPr>
            <w:r w:rsidRPr="007726D6">
              <w:rPr>
                <w:rFonts w:ascii="Times New Roman" w:eastAsia="Times New Roman" w:hAnsi="Times New Roman" w:cs="Times New Roman"/>
                <w:color w:val="000000"/>
                <w:w w:val="101"/>
                <w:sz w:val="23"/>
              </w:rPr>
              <w:t>В. Ф. Одоевский «Мороз Иванович».</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51.</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rPr>
            </w:pPr>
            <w:r w:rsidRPr="007726D6">
              <w:rPr>
                <w:rFonts w:ascii="Times New Roman" w:eastAsia="Times New Roman" w:hAnsi="Times New Roman" w:cs="Times New Roman"/>
                <w:color w:val="000000"/>
                <w:w w:val="101"/>
                <w:sz w:val="23"/>
              </w:rPr>
              <w:t>В. Ф. Одоевский «Мороз Иванович».</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52.</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rPr>
            </w:pPr>
            <w:r w:rsidRPr="007726D6">
              <w:rPr>
                <w:rFonts w:ascii="Times New Roman" w:eastAsia="Times New Roman" w:hAnsi="Times New Roman" w:cs="Times New Roman"/>
                <w:color w:val="000000"/>
                <w:w w:val="101"/>
                <w:sz w:val="23"/>
              </w:rPr>
              <w:t>В. М. Гаршин «Лягушка-путешественница».</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53.</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rPr>
            </w:pPr>
            <w:r w:rsidRPr="007726D6">
              <w:rPr>
                <w:rFonts w:ascii="Times New Roman" w:eastAsia="Times New Roman" w:hAnsi="Times New Roman" w:cs="Times New Roman"/>
                <w:color w:val="000000"/>
                <w:w w:val="101"/>
                <w:sz w:val="23"/>
              </w:rPr>
              <w:t>В. М. Гаршин «Лягушка-путешественница».</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54.</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rPr>
            </w:pPr>
            <w:r w:rsidRPr="007726D6">
              <w:rPr>
                <w:rFonts w:ascii="Times New Roman" w:eastAsia="Times New Roman" w:hAnsi="Times New Roman" w:cs="Times New Roman"/>
                <w:color w:val="000000"/>
                <w:w w:val="101"/>
                <w:sz w:val="23"/>
              </w:rPr>
              <w:t>В. М. Гаршин «Лягушка-путешественница».</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55.</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rPr>
            </w:pPr>
            <w:r w:rsidRPr="007726D6">
              <w:rPr>
                <w:rFonts w:ascii="Times New Roman" w:eastAsia="Times New Roman" w:hAnsi="Times New Roman" w:cs="Times New Roman"/>
                <w:color w:val="000000"/>
                <w:w w:val="101"/>
                <w:sz w:val="23"/>
              </w:rPr>
              <w:t xml:space="preserve">Обобщение по разделу «Литературные сказки» </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482"/>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56.</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Литературные</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сказки.Тест</w:t>
            </w:r>
            <w:proofErr w:type="spellEnd"/>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Тестирование</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57.</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1008"/>
              <w:rPr>
                <w:rFonts w:ascii="Cambria" w:eastAsia="MS Mincho" w:hAnsi="Cambria" w:cs="Times New Roman"/>
              </w:rPr>
            </w:pPr>
            <w:r w:rsidRPr="007726D6">
              <w:rPr>
                <w:rFonts w:ascii="Times New Roman" w:eastAsia="Times New Roman" w:hAnsi="Times New Roman" w:cs="Times New Roman"/>
                <w:color w:val="000000"/>
                <w:w w:val="101"/>
                <w:sz w:val="23"/>
              </w:rPr>
              <w:t xml:space="preserve">М. Горький «Случай с </w:t>
            </w:r>
            <w:proofErr w:type="spellStart"/>
            <w:r w:rsidRPr="007726D6">
              <w:rPr>
                <w:rFonts w:ascii="Times New Roman" w:eastAsia="Times New Roman" w:hAnsi="Times New Roman" w:cs="Times New Roman"/>
                <w:color w:val="000000"/>
                <w:w w:val="101"/>
                <w:sz w:val="23"/>
              </w:rPr>
              <w:t>Евсейкой</w:t>
            </w:r>
            <w:proofErr w:type="spellEnd"/>
            <w:r w:rsidRPr="007726D6">
              <w:rPr>
                <w:rFonts w:ascii="Times New Roman" w:eastAsia="Times New Roman" w:hAnsi="Times New Roman" w:cs="Times New Roman"/>
                <w:color w:val="000000"/>
                <w:w w:val="101"/>
                <w:sz w:val="23"/>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58.</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1008"/>
              <w:rPr>
                <w:rFonts w:ascii="Cambria" w:eastAsia="MS Mincho" w:hAnsi="Cambria" w:cs="Times New Roman"/>
              </w:rPr>
            </w:pPr>
            <w:r w:rsidRPr="007726D6">
              <w:rPr>
                <w:rFonts w:ascii="Times New Roman" w:eastAsia="Times New Roman" w:hAnsi="Times New Roman" w:cs="Times New Roman"/>
                <w:color w:val="000000"/>
                <w:w w:val="101"/>
                <w:sz w:val="23"/>
              </w:rPr>
              <w:t xml:space="preserve">М. Горький «Случай с </w:t>
            </w:r>
            <w:proofErr w:type="spellStart"/>
            <w:r w:rsidRPr="007726D6">
              <w:rPr>
                <w:rFonts w:ascii="Times New Roman" w:eastAsia="Times New Roman" w:hAnsi="Times New Roman" w:cs="Times New Roman"/>
                <w:color w:val="000000"/>
                <w:w w:val="101"/>
                <w:sz w:val="23"/>
              </w:rPr>
              <w:t>Евсейкой</w:t>
            </w:r>
            <w:proofErr w:type="spellEnd"/>
            <w:r w:rsidRPr="007726D6">
              <w:rPr>
                <w:rFonts w:ascii="Times New Roman" w:eastAsia="Times New Roman" w:hAnsi="Times New Roman" w:cs="Times New Roman"/>
                <w:color w:val="000000"/>
                <w:w w:val="101"/>
                <w:sz w:val="23"/>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59.</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576"/>
              <w:rPr>
                <w:rFonts w:ascii="Cambria" w:eastAsia="MS Mincho" w:hAnsi="Cambria" w:cs="Times New Roman"/>
              </w:rPr>
            </w:pPr>
            <w:r w:rsidRPr="007726D6">
              <w:rPr>
                <w:rFonts w:ascii="Times New Roman" w:eastAsia="Times New Roman" w:hAnsi="Times New Roman" w:cs="Times New Roman"/>
                <w:color w:val="000000"/>
                <w:w w:val="101"/>
                <w:sz w:val="23"/>
              </w:rPr>
              <w:t>К. Г. Паустовский</w:t>
            </w:r>
            <w:r w:rsidRPr="007726D6">
              <w:rPr>
                <w:rFonts w:ascii="Cambria" w:eastAsia="MS Mincho" w:hAnsi="Cambria" w:cs="Times New Roman"/>
              </w:rPr>
              <w:br/>
            </w:r>
            <w:r w:rsidRPr="007726D6">
              <w:rPr>
                <w:rFonts w:ascii="Times New Roman" w:eastAsia="Times New Roman" w:hAnsi="Times New Roman" w:cs="Times New Roman"/>
                <w:color w:val="000000"/>
                <w:w w:val="101"/>
                <w:sz w:val="23"/>
              </w:rPr>
              <w:t>«Растрёпанный воробей».</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60.</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576"/>
              <w:rPr>
                <w:rFonts w:ascii="Cambria" w:eastAsia="MS Mincho" w:hAnsi="Cambria" w:cs="Times New Roman"/>
              </w:rPr>
            </w:pPr>
            <w:r w:rsidRPr="007726D6">
              <w:rPr>
                <w:rFonts w:ascii="Times New Roman" w:eastAsia="Times New Roman" w:hAnsi="Times New Roman" w:cs="Times New Roman"/>
                <w:color w:val="000000"/>
                <w:w w:val="101"/>
                <w:sz w:val="23"/>
              </w:rPr>
              <w:t>К. Г. Паустовский</w:t>
            </w:r>
            <w:r w:rsidRPr="007726D6">
              <w:rPr>
                <w:rFonts w:ascii="Cambria" w:eastAsia="MS Mincho" w:hAnsi="Cambria" w:cs="Times New Roman"/>
              </w:rPr>
              <w:br/>
            </w:r>
            <w:r w:rsidRPr="007726D6">
              <w:rPr>
                <w:rFonts w:ascii="Times New Roman" w:eastAsia="Times New Roman" w:hAnsi="Times New Roman" w:cs="Times New Roman"/>
                <w:color w:val="000000"/>
                <w:w w:val="101"/>
                <w:sz w:val="23"/>
              </w:rPr>
              <w:t>«Растрёпанный воробей».</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61.</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576"/>
              <w:rPr>
                <w:rFonts w:ascii="Cambria" w:eastAsia="MS Mincho" w:hAnsi="Cambria" w:cs="Times New Roman"/>
              </w:rPr>
            </w:pPr>
            <w:r w:rsidRPr="007726D6">
              <w:rPr>
                <w:rFonts w:ascii="Times New Roman" w:eastAsia="Times New Roman" w:hAnsi="Times New Roman" w:cs="Times New Roman"/>
                <w:color w:val="000000"/>
                <w:w w:val="101"/>
                <w:sz w:val="23"/>
              </w:rPr>
              <w:t>К. Г. Паустовский</w:t>
            </w:r>
            <w:r w:rsidRPr="007726D6">
              <w:rPr>
                <w:rFonts w:ascii="Cambria" w:eastAsia="MS Mincho" w:hAnsi="Cambria" w:cs="Times New Roman"/>
              </w:rPr>
              <w:br/>
            </w:r>
            <w:r w:rsidRPr="007726D6">
              <w:rPr>
                <w:rFonts w:ascii="Times New Roman" w:eastAsia="Times New Roman" w:hAnsi="Times New Roman" w:cs="Times New Roman"/>
                <w:color w:val="000000"/>
                <w:w w:val="101"/>
                <w:sz w:val="23"/>
              </w:rPr>
              <w:t>«Растрёпанный воробей».</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62.</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576"/>
              <w:rPr>
                <w:rFonts w:ascii="Cambria" w:eastAsia="MS Mincho" w:hAnsi="Cambria" w:cs="Times New Roman"/>
              </w:rPr>
            </w:pPr>
            <w:r w:rsidRPr="007726D6">
              <w:rPr>
                <w:rFonts w:ascii="Times New Roman" w:eastAsia="Times New Roman" w:hAnsi="Times New Roman" w:cs="Times New Roman"/>
                <w:color w:val="000000"/>
                <w:w w:val="101"/>
                <w:sz w:val="23"/>
              </w:rPr>
              <w:t>К. Г. Паустовский</w:t>
            </w:r>
            <w:r w:rsidRPr="007726D6">
              <w:rPr>
                <w:rFonts w:ascii="Cambria" w:eastAsia="MS Mincho" w:hAnsi="Cambria" w:cs="Times New Roman"/>
              </w:rPr>
              <w:br/>
            </w:r>
            <w:r w:rsidRPr="007726D6">
              <w:rPr>
                <w:rFonts w:ascii="Times New Roman" w:eastAsia="Times New Roman" w:hAnsi="Times New Roman" w:cs="Times New Roman"/>
                <w:color w:val="000000"/>
                <w:w w:val="101"/>
                <w:sz w:val="23"/>
              </w:rPr>
              <w:t>«Растрёпанный воробей».</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63.</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Притча</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Что</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побеждает</w:t>
            </w:r>
            <w:proofErr w:type="spellEnd"/>
            <w:r w:rsidRPr="007726D6">
              <w:rPr>
                <w:rFonts w:ascii="Times New Roman" w:eastAsia="Times New Roman" w:hAnsi="Times New Roman" w:cs="Times New Roman"/>
                <w:color w:val="000000"/>
                <w:w w:val="101"/>
                <w:sz w:val="23"/>
                <w:lang w:val="en-US"/>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64.</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 xml:space="preserve">А. И. </w:t>
            </w:r>
            <w:proofErr w:type="spellStart"/>
            <w:r w:rsidRPr="007726D6">
              <w:rPr>
                <w:rFonts w:ascii="Times New Roman" w:eastAsia="Times New Roman" w:hAnsi="Times New Roman" w:cs="Times New Roman"/>
                <w:color w:val="000000"/>
                <w:w w:val="101"/>
                <w:sz w:val="23"/>
                <w:lang w:val="en-US"/>
              </w:rPr>
              <w:t>Куприн</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Слон</w:t>
            </w:r>
            <w:proofErr w:type="spellEnd"/>
            <w:r w:rsidRPr="007726D6">
              <w:rPr>
                <w:rFonts w:ascii="Times New Roman" w:eastAsia="Times New Roman" w:hAnsi="Times New Roman" w:cs="Times New Roman"/>
                <w:color w:val="000000"/>
                <w:w w:val="101"/>
                <w:sz w:val="23"/>
                <w:lang w:val="en-US"/>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65.</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 xml:space="preserve">А. И. </w:t>
            </w:r>
            <w:proofErr w:type="spellStart"/>
            <w:r w:rsidRPr="007726D6">
              <w:rPr>
                <w:rFonts w:ascii="Times New Roman" w:eastAsia="Times New Roman" w:hAnsi="Times New Roman" w:cs="Times New Roman"/>
                <w:color w:val="000000"/>
                <w:w w:val="101"/>
                <w:sz w:val="23"/>
                <w:lang w:val="en-US"/>
              </w:rPr>
              <w:t>Куприн</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Слон</w:t>
            </w:r>
            <w:proofErr w:type="spellEnd"/>
            <w:r w:rsidRPr="007726D6">
              <w:rPr>
                <w:rFonts w:ascii="Times New Roman" w:eastAsia="Times New Roman" w:hAnsi="Times New Roman" w:cs="Times New Roman"/>
                <w:color w:val="000000"/>
                <w:w w:val="101"/>
                <w:sz w:val="23"/>
                <w:lang w:val="en-US"/>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66.</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 xml:space="preserve"> А. И. </w:t>
            </w:r>
            <w:proofErr w:type="spellStart"/>
            <w:r w:rsidRPr="007726D6">
              <w:rPr>
                <w:rFonts w:ascii="Times New Roman" w:eastAsia="Times New Roman" w:hAnsi="Times New Roman" w:cs="Times New Roman"/>
                <w:color w:val="000000"/>
                <w:w w:val="101"/>
                <w:sz w:val="23"/>
                <w:lang w:val="en-US"/>
              </w:rPr>
              <w:t>Куприн</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Слон</w:t>
            </w:r>
            <w:proofErr w:type="spellEnd"/>
            <w:r w:rsidRPr="007726D6">
              <w:rPr>
                <w:rFonts w:ascii="Times New Roman" w:eastAsia="Times New Roman" w:hAnsi="Times New Roman" w:cs="Times New Roman"/>
                <w:color w:val="000000"/>
                <w:w w:val="101"/>
                <w:sz w:val="23"/>
                <w:lang w:val="en-US"/>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67.</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144"/>
              <w:rPr>
                <w:rFonts w:ascii="Cambria" w:eastAsia="MS Mincho" w:hAnsi="Cambria" w:cs="Times New Roman"/>
              </w:rPr>
            </w:pPr>
            <w:r w:rsidRPr="007726D6">
              <w:rPr>
                <w:rFonts w:ascii="Times New Roman" w:eastAsia="Times New Roman" w:hAnsi="Times New Roman" w:cs="Times New Roman"/>
                <w:color w:val="000000"/>
                <w:w w:val="101"/>
                <w:sz w:val="23"/>
              </w:rPr>
              <w:t>.Обобщение по разделу «Были-небылицы»</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46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68.</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Были</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небылицы.Тест</w:t>
            </w:r>
            <w:proofErr w:type="spellEnd"/>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Тестирование</w:t>
            </w:r>
            <w:proofErr w:type="spellEnd"/>
            <w:r w:rsidRPr="007726D6">
              <w:rPr>
                <w:rFonts w:ascii="Times New Roman" w:eastAsia="Times New Roman" w:hAnsi="Times New Roman" w:cs="Times New Roman"/>
                <w:color w:val="000000"/>
                <w:w w:val="101"/>
                <w:sz w:val="23"/>
                <w:lang w:val="en-US"/>
              </w:rPr>
              <w:t>;</w:t>
            </w:r>
          </w:p>
        </w:tc>
      </w:tr>
    </w:tbl>
    <w:p w:rsidR="007726D6" w:rsidRPr="007726D6" w:rsidRDefault="007726D6" w:rsidP="007726D6">
      <w:pPr>
        <w:autoSpaceDE w:val="0"/>
        <w:autoSpaceDN w:val="0"/>
        <w:spacing w:after="0" w:line="14" w:lineRule="exact"/>
        <w:rPr>
          <w:rFonts w:ascii="Cambria" w:eastAsia="MS Mincho" w:hAnsi="Cambria" w:cs="Times New Roman"/>
          <w:lang w:val="en-US"/>
        </w:rPr>
      </w:pPr>
    </w:p>
    <w:p w:rsidR="007726D6" w:rsidRPr="007726D6" w:rsidRDefault="007726D6" w:rsidP="007726D6">
      <w:pPr>
        <w:rPr>
          <w:rFonts w:ascii="Cambria" w:eastAsia="MS Mincho" w:hAnsi="Cambria" w:cs="Times New Roman"/>
          <w:lang w:val="en-US"/>
        </w:rPr>
        <w:sectPr w:rsidR="007726D6" w:rsidRPr="007726D6">
          <w:pgSz w:w="11900" w:h="16840"/>
          <w:pgMar w:top="284" w:right="556" w:bottom="364" w:left="664" w:header="720" w:footer="720" w:gutter="0"/>
          <w:cols w:space="720" w:equalWidth="0">
            <w:col w:w="10680" w:space="0"/>
          </w:cols>
          <w:docGrid w:linePitch="360"/>
        </w:sectPr>
      </w:pPr>
    </w:p>
    <w:p w:rsidR="007726D6" w:rsidRPr="007726D6" w:rsidRDefault="007726D6" w:rsidP="007726D6">
      <w:pPr>
        <w:autoSpaceDE w:val="0"/>
        <w:autoSpaceDN w:val="0"/>
        <w:spacing w:after="66" w:line="220" w:lineRule="exact"/>
        <w:rPr>
          <w:rFonts w:ascii="Cambria" w:eastAsia="MS Mincho" w:hAnsi="Cambria" w:cs="Times New Roman"/>
          <w:lang w:val="en-US"/>
        </w:rPr>
      </w:pPr>
    </w:p>
    <w:tbl>
      <w:tblPr>
        <w:tblW w:w="0" w:type="auto"/>
        <w:tblInd w:w="5" w:type="dxa"/>
        <w:tblLayout w:type="fixed"/>
        <w:tblLook w:val="04A0" w:firstRow="1" w:lastRow="0" w:firstColumn="1" w:lastColumn="0" w:noHBand="0" w:noVBand="1"/>
      </w:tblPr>
      <w:tblGrid>
        <w:gridCol w:w="562"/>
        <w:gridCol w:w="3344"/>
        <w:gridCol w:w="714"/>
        <w:gridCol w:w="1584"/>
        <w:gridCol w:w="1630"/>
        <w:gridCol w:w="1208"/>
        <w:gridCol w:w="1608"/>
      </w:tblGrid>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69.</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Саша</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Чёрный</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Воробей</w:t>
            </w:r>
            <w:proofErr w:type="spellEnd"/>
            <w:r w:rsidRPr="007726D6">
              <w:rPr>
                <w:rFonts w:ascii="Times New Roman" w:eastAsia="Times New Roman" w:hAnsi="Times New Roman" w:cs="Times New Roman"/>
                <w:color w:val="000000"/>
                <w:w w:val="101"/>
                <w:sz w:val="23"/>
                <w:lang w:val="en-US"/>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70.</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1008"/>
              <w:rPr>
                <w:rFonts w:ascii="Cambria" w:eastAsia="MS Mincho" w:hAnsi="Cambria" w:cs="Times New Roman"/>
              </w:rPr>
            </w:pPr>
            <w:r w:rsidRPr="007726D6">
              <w:rPr>
                <w:rFonts w:ascii="Times New Roman" w:eastAsia="Times New Roman" w:hAnsi="Times New Roman" w:cs="Times New Roman"/>
                <w:color w:val="000000"/>
                <w:w w:val="101"/>
                <w:sz w:val="23"/>
              </w:rPr>
              <w:t>Саша Чёрный «Что ты тискаешь утенка?..»</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71.</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Саша</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Чёрный</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Слон</w:t>
            </w:r>
            <w:proofErr w:type="spellEnd"/>
            <w:r w:rsidRPr="007726D6">
              <w:rPr>
                <w:rFonts w:ascii="Times New Roman" w:eastAsia="Times New Roman" w:hAnsi="Times New Roman" w:cs="Times New Roman"/>
                <w:color w:val="000000"/>
                <w:w w:val="101"/>
                <w:sz w:val="23"/>
                <w:lang w:val="en-US"/>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72.</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 xml:space="preserve">А. А. </w:t>
            </w:r>
            <w:proofErr w:type="spellStart"/>
            <w:r w:rsidRPr="007726D6">
              <w:rPr>
                <w:rFonts w:ascii="Times New Roman" w:eastAsia="Times New Roman" w:hAnsi="Times New Roman" w:cs="Times New Roman"/>
                <w:color w:val="000000"/>
                <w:w w:val="101"/>
                <w:sz w:val="23"/>
                <w:lang w:val="en-US"/>
              </w:rPr>
              <w:t>Блок</w:t>
            </w:r>
            <w:proofErr w:type="spellEnd"/>
            <w:r w:rsidRPr="007726D6">
              <w:rPr>
                <w:rFonts w:ascii="Times New Roman" w:eastAsia="Times New Roman" w:hAnsi="Times New Roman" w:cs="Times New Roman"/>
                <w:color w:val="000000"/>
                <w:w w:val="101"/>
                <w:sz w:val="23"/>
                <w:lang w:val="en-US"/>
              </w:rPr>
              <w:t>. «</w:t>
            </w:r>
            <w:proofErr w:type="spellStart"/>
            <w:r w:rsidRPr="007726D6">
              <w:rPr>
                <w:rFonts w:ascii="Times New Roman" w:eastAsia="Times New Roman" w:hAnsi="Times New Roman" w:cs="Times New Roman"/>
                <w:color w:val="000000"/>
                <w:w w:val="101"/>
                <w:sz w:val="23"/>
                <w:lang w:val="en-US"/>
              </w:rPr>
              <w:t>Сны</w:t>
            </w:r>
            <w:proofErr w:type="spellEnd"/>
            <w:r w:rsidRPr="007726D6">
              <w:rPr>
                <w:rFonts w:ascii="Times New Roman" w:eastAsia="Times New Roman" w:hAnsi="Times New Roman" w:cs="Times New Roman"/>
                <w:color w:val="000000"/>
                <w:w w:val="101"/>
                <w:sz w:val="23"/>
                <w:lang w:val="en-US"/>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73.</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 xml:space="preserve">А. А. </w:t>
            </w:r>
            <w:proofErr w:type="spellStart"/>
            <w:r w:rsidRPr="007726D6">
              <w:rPr>
                <w:rFonts w:ascii="Times New Roman" w:eastAsia="Times New Roman" w:hAnsi="Times New Roman" w:cs="Times New Roman"/>
                <w:color w:val="000000"/>
                <w:w w:val="101"/>
                <w:sz w:val="23"/>
                <w:lang w:val="en-US"/>
              </w:rPr>
              <w:t>Блок</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Ворона</w:t>
            </w:r>
            <w:proofErr w:type="spellEnd"/>
            <w:r w:rsidRPr="007726D6">
              <w:rPr>
                <w:rFonts w:ascii="Times New Roman" w:eastAsia="Times New Roman" w:hAnsi="Times New Roman" w:cs="Times New Roman"/>
                <w:color w:val="000000"/>
                <w:w w:val="101"/>
                <w:sz w:val="23"/>
                <w:lang w:val="en-US"/>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74.</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 xml:space="preserve">М. </w:t>
            </w:r>
            <w:proofErr w:type="spellStart"/>
            <w:r w:rsidRPr="007726D6">
              <w:rPr>
                <w:rFonts w:ascii="Times New Roman" w:eastAsia="Times New Roman" w:hAnsi="Times New Roman" w:cs="Times New Roman"/>
                <w:color w:val="000000"/>
                <w:w w:val="101"/>
                <w:sz w:val="23"/>
                <w:lang w:val="en-US"/>
              </w:rPr>
              <w:t>Пришвин</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Моя</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родина</w:t>
            </w:r>
            <w:proofErr w:type="spellEnd"/>
            <w:r w:rsidRPr="007726D6">
              <w:rPr>
                <w:rFonts w:ascii="Times New Roman" w:eastAsia="Times New Roman" w:hAnsi="Times New Roman" w:cs="Times New Roman"/>
                <w:color w:val="000000"/>
                <w:w w:val="101"/>
                <w:sz w:val="23"/>
                <w:lang w:val="en-US"/>
              </w:rPr>
              <w:t xml:space="preserve">». </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75.</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 xml:space="preserve">С. А. </w:t>
            </w:r>
            <w:proofErr w:type="spellStart"/>
            <w:r w:rsidRPr="007726D6">
              <w:rPr>
                <w:rFonts w:ascii="Times New Roman" w:eastAsia="Times New Roman" w:hAnsi="Times New Roman" w:cs="Times New Roman"/>
                <w:color w:val="000000"/>
                <w:w w:val="101"/>
                <w:sz w:val="23"/>
                <w:lang w:val="en-US"/>
              </w:rPr>
              <w:t>Есенин</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Черёмуха</w:t>
            </w:r>
            <w:proofErr w:type="spellEnd"/>
            <w:r w:rsidRPr="007726D6">
              <w:rPr>
                <w:rFonts w:ascii="Times New Roman" w:eastAsia="Times New Roman" w:hAnsi="Times New Roman" w:cs="Times New Roman"/>
                <w:color w:val="000000"/>
                <w:w w:val="101"/>
                <w:sz w:val="23"/>
                <w:lang w:val="en-US"/>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482"/>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76.</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Поэтическая</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тетрадь</w:t>
            </w:r>
            <w:proofErr w:type="spellEnd"/>
            <w:r w:rsidRPr="007726D6">
              <w:rPr>
                <w:rFonts w:ascii="Times New Roman" w:eastAsia="Times New Roman" w:hAnsi="Times New Roman" w:cs="Times New Roman"/>
                <w:color w:val="000000"/>
                <w:w w:val="101"/>
                <w:sz w:val="23"/>
                <w:lang w:val="en-US"/>
              </w:rPr>
              <w:t>».</w:t>
            </w:r>
            <w:proofErr w:type="spellStart"/>
            <w:r w:rsidRPr="007726D6">
              <w:rPr>
                <w:rFonts w:ascii="Times New Roman" w:eastAsia="Times New Roman" w:hAnsi="Times New Roman" w:cs="Times New Roman"/>
                <w:color w:val="000000"/>
                <w:w w:val="101"/>
                <w:sz w:val="23"/>
                <w:lang w:val="en-US"/>
              </w:rPr>
              <w:t>Тест</w:t>
            </w:r>
            <w:proofErr w:type="spellEnd"/>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Тестирование</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77.</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864"/>
              <w:rPr>
                <w:rFonts w:ascii="Cambria" w:eastAsia="MS Mincho" w:hAnsi="Cambria" w:cs="Times New Roman"/>
              </w:rPr>
            </w:pPr>
            <w:r w:rsidRPr="007726D6">
              <w:rPr>
                <w:rFonts w:ascii="Times New Roman" w:eastAsia="Times New Roman" w:hAnsi="Times New Roman" w:cs="Times New Roman"/>
                <w:color w:val="000000"/>
                <w:w w:val="101"/>
                <w:sz w:val="23"/>
              </w:rPr>
              <w:t>И. С. Соколов-</w:t>
            </w:r>
            <w:proofErr w:type="spellStart"/>
            <w:proofErr w:type="gramStart"/>
            <w:r w:rsidRPr="007726D6">
              <w:rPr>
                <w:rFonts w:ascii="Times New Roman" w:eastAsia="Times New Roman" w:hAnsi="Times New Roman" w:cs="Times New Roman"/>
                <w:color w:val="000000"/>
                <w:w w:val="101"/>
                <w:sz w:val="23"/>
              </w:rPr>
              <w:t>Микитов«</w:t>
            </w:r>
            <w:proofErr w:type="gramEnd"/>
            <w:r w:rsidRPr="007726D6">
              <w:rPr>
                <w:rFonts w:ascii="Times New Roman" w:eastAsia="Times New Roman" w:hAnsi="Times New Roman" w:cs="Times New Roman"/>
                <w:color w:val="000000"/>
                <w:w w:val="101"/>
                <w:sz w:val="23"/>
              </w:rPr>
              <w:t>Листопадничек</w:t>
            </w:r>
            <w:proofErr w:type="spellEnd"/>
            <w:r w:rsidRPr="007726D6">
              <w:rPr>
                <w:rFonts w:ascii="Times New Roman" w:eastAsia="Times New Roman" w:hAnsi="Times New Roman" w:cs="Times New Roman"/>
                <w:color w:val="000000"/>
                <w:w w:val="101"/>
                <w:sz w:val="23"/>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78.</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864"/>
              <w:rPr>
                <w:rFonts w:ascii="Cambria" w:eastAsia="MS Mincho" w:hAnsi="Cambria" w:cs="Times New Roman"/>
              </w:rPr>
            </w:pPr>
            <w:r w:rsidRPr="007726D6">
              <w:rPr>
                <w:rFonts w:ascii="Times New Roman" w:eastAsia="Times New Roman" w:hAnsi="Times New Roman" w:cs="Times New Roman"/>
                <w:color w:val="000000"/>
                <w:w w:val="101"/>
                <w:sz w:val="23"/>
              </w:rPr>
              <w:t>И. С. Соколов-</w:t>
            </w:r>
            <w:proofErr w:type="spellStart"/>
            <w:proofErr w:type="gramStart"/>
            <w:r w:rsidRPr="007726D6">
              <w:rPr>
                <w:rFonts w:ascii="Times New Roman" w:eastAsia="Times New Roman" w:hAnsi="Times New Roman" w:cs="Times New Roman"/>
                <w:color w:val="000000"/>
                <w:w w:val="101"/>
                <w:sz w:val="23"/>
              </w:rPr>
              <w:t>Микитов«</w:t>
            </w:r>
            <w:proofErr w:type="gramEnd"/>
            <w:r w:rsidRPr="007726D6">
              <w:rPr>
                <w:rFonts w:ascii="Times New Roman" w:eastAsia="Times New Roman" w:hAnsi="Times New Roman" w:cs="Times New Roman"/>
                <w:color w:val="000000"/>
                <w:w w:val="101"/>
                <w:sz w:val="23"/>
              </w:rPr>
              <w:t>Листопадничек</w:t>
            </w:r>
            <w:proofErr w:type="spellEnd"/>
            <w:r w:rsidRPr="007726D6">
              <w:rPr>
                <w:rFonts w:ascii="Times New Roman" w:eastAsia="Times New Roman" w:hAnsi="Times New Roman" w:cs="Times New Roman"/>
                <w:color w:val="000000"/>
                <w:w w:val="101"/>
                <w:sz w:val="23"/>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79.</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864"/>
              <w:rPr>
                <w:rFonts w:ascii="Cambria" w:eastAsia="MS Mincho" w:hAnsi="Cambria" w:cs="Times New Roman"/>
              </w:rPr>
            </w:pPr>
            <w:r w:rsidRPr="007726D6">
              <w:rPr>
                <w:rFonts w:ascii="Times New Roman" w:eastAsia="Times New Roman" w:hAnsi="Times New Roman" w:cs="Times New Roman"/>
                <w:color w:val="000000"/>
                <w:w w:val="101"/>
                <w:sz w:val="23"/>
              </w:rPr>
              <w:t>И. С. Соколов-</w:t>
            </w:r>
            <w:proofErr w:type="spellStart"/>
            <w:proofErr w:type="gramStart"/>
            <w:r w:rsidRPr="007726D6">
              <w:rPr>
                <w:rFonts w:ascii="Times New Roman" w:eastAsia="Times New Roman" w:hAnsi="Times New Roman" w:cs="Times New Roman"/>
                <w:color w:val="000000"/>
                <w:w w:val="101"/>
                <w:sz w:val="23"/>
              </w:rPr>
              <w:t>Микитов«</w:t>
            </w:r>
            <w:proofErr w:type="gramEnd"/>
            <w:r w:rsidRPr="007726D6">
              <w:rPr>
                <w:rFonts w:ascii="Times New Roman" w:eastAsia="Times New Roman" w:hAnsi="Times New Roman" w:cs="Times New Roman"/>
                <w:color w:val="000000"/>
                <w:w w:val="101"/>
                <w:sz w:val="23"/>
              </w:rPr>
              <w:t>Листопадничек</w:t>
            </w:r>
            <w:proofErr w:type="spellEnd"/>
            <w:r w:rsidRPr="007726D6">
              <w:rPr>
                <w:rFonts w:ascii="Times New Roman" w:eastAsia="Times New Roman" w:hAnsi="Times New Roman" w:cs="Times New Roman"/>
                <w:color w:val="000000"/>
                <w:w w:val="101"/>
                <w:sz w:val="23"/>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80.</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1008"/>
              <w:rPr>
                <w:rFonts w:ascii="Cambria" w:eastAsia="MS Mincho" w:hAnsi="Cambria" w:cs="Times New Roman"/>
              </w:rPr>
            </w:pPr>
            <w:r w:rsidRPr="007726D6">
              <w:rPr>
                <w:rFonts w:ascii="Times New Roman" w:eastAsia="Times New Roman" w:hAnsi="Times New Roman" w:cs="Times New Roman"/>
                <w:color w:val="000000"/>
                <w:w w:val="101"/>
                <w:sz w:val="23"/>
              </w:rPr>
              <w:t>В. И. Белов. «Малька провинилась».</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81.</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576"/>
              <w:rPr>
                <w:rFonts w:ascii="Cambria" w:eastAsia="MS Mincho" w:hAnsi="Cambria" w:cs="Times New Roman"/>
              </w:rPr>
            </w:pPr>
            <w:r w:rsidRPr="007726D6">
              <w:rPr>
                <w:rFonts w:ascii="Times New Roman" w:eastAsia="Times New Roman" w:hAnsi="Times New Roman" w:cs="Times New Roman"/>
                <w:color w:val="000000"/>
                <w:w w:val="101"/>
                <w:sz w:val="23"/>
              </w:rPr>
              <w:t>В. И. Белов. «Ещё раз про Мальку».</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82.</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Pr>
                <w:rFonts w:ascii="Cambria" w:eastAsia="MS Mincho" w:hAnsi="Cambria" w:cs="Times New Roman"/>
              </w:rPr>
            </w:pPr>
            <w:r w:rsidRPr="007726D6">
              <w:rPr>
                <w:rFonts w:ascii="Times New Roman" w:eastAsia="Times New Roman" w:hAnsi="Times New Roman" w:cs="Times New Roman"/>
                <w:color w:val="000000"/>
                <w:w w:val="101"/>
                <w:sz w:val="23"/>
              </w:rPr>
              <w:t xml:space="preserve">Проверка техники </w:t>
            </w:r>
            <w:r w:rsidRPr="007726D6">
              <w:rPr>
                <w:rFonts w:ascii="Cambria" w:eastAsia="MS Mincho" w:hAnsi="Cambria" w:cs="Times New Roman"/>
              </w:rPr>
              <w:br/>
            </w:r>
            <w:proofErr w:type="spellStart"/>
            <w:r w:rsidRPr="007726D6">
              <w:rPr>
                <w:rFonts w:ascii="Times New Roman" w:eastAsia="Times New Roman" w:hAnsi="Times New Roman" w:cs="Times New Roman"/>
                <w:color w:val="000000"/>
                <w:w w:val="101"/>
                <w:sz w:val="23"/>
              </w:rPr>
              <w:t>чтения"Загадка"Н.А.Абрамцева</w:t>
            </w:r>
            <w:proofErr w:type="spellEnd"/>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Зачет</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83.</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Pr>
                <w:rFonts w:ascii="Cambria" w:eastAsia="MS Mincho" w:hAnsi="Cambria" w:cs="Times New Roman"/>
              </w:rPr>
            </w:pPr>
            <w:r w:rsidRPr="007726D6">
              <w:rPr>
                <w:rFonts w:ascii="Times New Roman" w:eastAsia="Times New Roman" w:hAnsi="Times New Roman" w:cs="Times New Roman"/>
                <w:color w:val="000000"/>
                <w:w w:val="101"/>
                <w:sz w:val="23"/>
              </w:rPr>
              <w:t>В. Ю. Драгунский «Он живой и светится».</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144"/>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Письменный</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контроль</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916"/>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84.</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 xml:space="preserve">В. П. </w:t>
            </w:r>
            <w:proofErr w:type="spellStart"/>
            <w:r w:rsidRPr="007726D6">
              <w:rPr>
                <w:rFonts w:ascii="Times New Roman" w:eastAsia="Times New Roman" w:hAnsi="Times New Roman" w:cs="Times New Roman"/>
                <w:color w:val="000000"/>
                <w:w w:val="101"/>
                <w:sz w:val="23"/>
                <w:lang w:val="en-US"/>
              </w:rPr>
              <w:t>Астафьев</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Капалуха</w:t>
            </w:r>
            <w:proofErr w:type="spellEnd"/>
            <w:r w:rsidRPr="007726D6">
              <w:rPr>
                <w:rFonts w:ascii="Times New Roman" w:eastAsia="Times New Roman" w:hAnsi="Times New Roman" w:cs="Times New Roman"/>
                <w:color w:val="000000"/>
                <w:w w:val="101"/>
                <w:sz w:val="23"/>
                <w:lang w:val="en-US"/>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85.</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 xml:space="preserve">В. П. </w:t>
            </w:r>
            <w:proofErr w:type="spellStart"/>
            <w:r w:rsidRPr="007726D6">
              <w:rPr>
                <w:rFonts w:ascii="Times New Roman" w:eastAsia="Times New Roman" w:hAnsi="Times New Roman" w:cs="Times New Roman"/>
                <w:color w:val="000000"/>
                <w:w w:val="101"/>
                <w:sz w:val="23"/>
                <w:lang w:val="en-US"/>
              </w:rPr>
              <w:t>Астафьев</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Капалуха</w:t>
            </w:r>
            <w:proofErr w:type="spellEnd"/>
            <w:r w:rsidRPr="007726D6">
              <w:rPr>
                <w:rFonts w:ascii="Times New Roman" w:eastAsia="Times New Roman" w:hAnsi="Times New Roman" w:cs="Times New Roman"/>
                <w:color w:val="000000"/>
                <w:w w:val="101"/>
                <w:sz w:val="23"/>
                <w:lang w:val="en-US"/>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86.</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rPr>
            </w:pPr>
            <w:r w:rsidRPr="007726D6">
              <w:rPr>
                <w:rFonts w:ascii="Times New Roman" w:eastAsia="Times New Roman" w:hAnsi="Times New Roman" w:cs="Times New Roman"/>
                <w:color w:val="000000"/>
                <w:w w:val="101"/>
                <w:sz w:val="23"/>
              </w:rPr>
              <w:t>Б. С. Житков «Про обезьянку».</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79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87.</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rPr>
            </w:pPr>
            <w:r w:rsidRPr="007726D6">
              <w:rPr>
                <w:rFonts w:ascii="Times New Roman" w:eastAsia="Times New Roman" w:hAnsi="Times New Roman" w:cs="Times New Roman"/>
                <w:color w:val="000000"/>
                <w:w w:val="101"/>
                <w:sz w:val="23"/>
              </w:rPr>
              <w:t>Б. С. Житков «Про обезьянку».</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bl>
    <w:p w:rsidR="007726D6" w:rsidRPr="007726D6" w:rsidRDefault="007726D6" w:rsidP="007726D6">
      <w:pPr>
        <w:autoSpaceDE w:val="0"/>
        <w:autoSpaceDN w:val="0"/>
        <w:spacing w:after="0" w:line="14" w:lineRule="exact"/>
        <w:rPr>
          <w:rFonts w:ascii="Cambria" w:eastAsia="MS Mincho" w:hAnsi="Cambria" w:cs="Times New Roman"/>
          <w:lang w:val="en-US"/>
        </w:rPr>
      </w:pPr>
    </w:p>
    <w:p w:rsidR="007726D6" w:rsidRPr="007726D6" w:rsidRDefault="007726D6" w:rsidP="007726D6">
      <w:pPr>
        <w:rPr>
          <w:rFonts w:ascii="Cambria" w:eastAsia="MS Mincho" w:hAnsi="Cambria" w:cs="Times New Roman"/>
          <w:lang w:val="en-US"/>
        </w:rPr>
        <w:sectPr w:rsidR="007726D6" w:rsidRPr="007726D6">
          <w:pgSz w:w="11900" w:h="16840"/>
          <w:pgMar w:top="284" w:right="556" w:bottom="552" w:left="664" w:header="720" w:footer="720" w:gutter="0"/>
          <w:cols w:space="720" w:equalWidth="0">
            <w:col w:w="10680" w:space="0"/>
          </w:cols>
          <w:docGrid w:linePitch="360"/>
        </w:sectPr>
      </w:pPr>
    </w:p>
    <w:p w:rsidR="007726D6" w:rsidRPr="007726D6" w:rsidRDefault="007726D6" w:rsidP="007726D6">
      <w:pPr>
        <w:autoSpaceDE w:val="0"/>
        <w:autoSpaceDN w:val="0"/>
        <w:spacing w:after="66" w:line="220" w:lineRule="exact"/>
        <w:rPr>
          <w:rFonts w:ascii="Cambria" w:eastAsia="MS Mincho" w:hAnsi="Cambria" w:cs="Times New Roman"/>
          <w:lang w:val="en-US"/>
        </w:rPr>
      </w:pPr>
    </w:p>
    <w:tbl>
      <w:tblPr>
        <w:tblW w:w="0" w:type="auto"/>
        <w:tblInd w:w="5" w:type="dxa"/>
        <w:tblLayout w:type="fixed"/>
        <w:tblLook w:val="04A0" w:firstRow="1" w:lastRow="0" w:firstColumn="1" w:lastColumn="0" w:noHBand="0" w:noVBand="1"/>
      </w:tblPr>
      <w:tblGrid>
        <w:gridCol w:w="562"/>
        <w:gridCol w:w="3344"/>
        <w:gridCol w:w="714"/>
        <w:gridCol w:w="1584"/>
        <w:gridCol w:w="1630"/>
        <w:gridCol w:w="1208"/>
        <w:gridCol w:w="1608"/>
      </w:tblGrid>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88.</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rPr>
            </w:pPr>
            <w:r w:rsidRPr="007726D6">
              <w:rPr>
                <w:rFonts w:ascii="Times New Roman" w:eastAsia="Times New Roman" w:hAnsi="Times New Roman" w:cs="Times New Roman"/>
                <w:color w:val="000000"/>
                <w:w w:val="101"/>
                <w:sz w:val="23"/>
              </w:rPr>
              <w:t>Б. С. Житков «Про обезьянку».</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89.</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rPr>
            </w:pPr>
            <w:r w:rsidRPr="007726D6">
              <w:rPr>
                <w:rFonts w:ascii="Times New Roman" w:eastAsia="Times New Roman" w:hAnsi="Times New Roman" w:cs="Times New Roman"/>
                <w:color w:val="000000"/>
                <w:w w:val="101"/>
                <w:sz w:val="23"/>
              </w:rPr>
              <w:t>Б. С. Житков «Про обезьянку».</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90.</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144"/>
              <w:rPr>
                <w:rFonts w:ascii="Cambria" w:eastAsia="MS Mincho" w:hAnsi="Cambria" w:cs="Times New Roman"/>
              </w:rPr>
            </w:pPr>
            <w:r w:rsidRPr="007726D6">
              <w:rPr>
                <w:rFonts w:ascii="Times New Roman" w:eastAsia="Times New Roman" w:hAnsi="Times New Roman" w:cs="Times New Roman"/>
                <w:color w:val="000000"/>
                <w:w w:val="101"/>
                <w:sz w:val="23"/>
              </w:rPr>
              <w:t>Обобщение по разделу «Люби все живое»</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48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91.</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Люби</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все</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живое.Тест</w:t>
            </w:r>
            <w:proofErr w:type="spellEnd"/>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Тестирование</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92.</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rPr>
            </w:pPr>
            <w:r w:rsidRPr="007726D6">
              <w:rPr>
                <w:rFonts w:ascii="Times New Roman" w:eastAsia="Times New Roman" w:hAnsi="Times New Roman" w:cs="Times New Roman"/>
                <w:color w:val="000000"/>
                <w:w w:val="101"/>
                <w:sz w:val="23"/>
              </w:rPr>
              <w:t>С. Я. Маршак «Гроза днём»</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93.</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576"/>
              <w:rPr>
                <w:rFonts w:ascii="Cambria" w:eastAsia="MS Mincho" w:hAnsi="Cambria" w:cs="Times New Roman"/>
              </w:rPr>
            </w:pPr>
            <w:r w:rsidRPr="007726D6">
              <w:rPr>
                <w:rFonts w:ascii="Times New Roman" w:eastAsia="Times New Roman" w:hAnsi="Times New Roman" w:cs="Times New Roman"/>
                <w:color w:val="000000"/>
                <w:w w:val="101"/>
                <w:sz w:val="23"/>
              </w:rPr>
              <w:t>С. Я. Маршак  «В лесу над росистой поляной...»</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94.</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 xml:space="preserve">А. Л. </w:t>
            </w:r>
            <w:proofErr w:type="spellStart"/>
            <w:r w:rsidRPr="007726D6">
              <w:rPr>
                <w:rFonts w:ascii="Times New Roman" w:eastAsia="Times New Roman" w:hAnsi="Times New Roman" w:cs="Times New Roman"/>
                <w:color w:val="000000"/>
                <w:w w:val="101"/>
                <w:sz w:val="23"/>
                <w:lang w:val="en-US"/>
              </w:rPr>
              <w:t>Барто</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Разлука</w:t>
            </w:r>
            <w:proofErr w:type="spellEnd"/>
            <w:r w:rsidRPr="007726D6">
              <w:rPr>
                <w:rFonts w:ascii="Times New Roman" w:eastAsia="Times New Roman" w:hAnsi="Times New Roman" w:cs="Times New Roman"/>
                <w:color w:val="000000"/>
                <w:w w:val="101"/>
                <w:sz w:val="23"/>
                <w:lang w:val="en-US"/>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95.</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rPr>
            </w:pPr>
            <w:r w:rsidRPr="007726D6">
              <w:rPr>
                <w:rFonts w:ascii="Times New Roman" w:eastAsia="Times New Roman" w:hAnsi="Times New Roman" w:cs="Times New Roman"/>
                <w:color w:val="000000"/>
                <w:w w:val="101"/>
                <w:sz w:val="23"/>
              </w:rPr>
              <w:t xml:space="preserve">А. Л. </w:t>
            </w:r>
            <w:proofErr w:type="spellStart"/>
            <w:r w:rsidRPr="007726D6">
              <w:rPr>
                <w:rFonts w:ascii="Times New Roman" w:eastAsia="Times New Roman" w:hAnsi="Times New Roman" w:cs="Times New Roman"/>
                <w:color w:val="000000"/>
                <w:w w:val="101"/>
                <w:sz w:val="23"/>
              </w:rPr>
              <w:t>Барто</w:t>
            </w:r>
            <w:proofErr w:type="spellEnd"/>
            <w:r w:rsidRPr="007726D6">
              <w:rPr>
                <w:rFonts w:ascii="Times New Roman" w:eastAsia="Times New Roman" w:hAnsi="Times New Roman" w:cs="Times New Roman"/>
                <w:color w:val="000000"/>
                <w:w w:val="101"/>
                <w:sz w:val="23"/>
              </w:rPr>
              <w:t xml:space="preserve"> «В театре».</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96.</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 xml:space="preserve">С. В. </w:t>
            </w:r>
            <w:proofErr w:type="spellStart"/>
            <w:r w:rsidRPr="007726D6">
              <w:rPr>
                <w:rFonts w:ascii="Times New Roman" w:eastAsia="Times New Roman" w:hAnsi="Times New Roman" w:cs="Times New Roman"/>
                <w:color w:val="000000"/>
                <w:w w:val="101"/>
                <w:sz w:val="23"/>
                <w:lang w:val="en-US"/>
              </w:rPr>
              <w:t>Михалков</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Если</w:t>
            </w:r>
            <w:proofErr w:type="spellEnd"/>
            <w:r w:rsidRPr="007726D6">
              <w:rPr>
                <w:rFonts w:ascii="Times New Roman" w:eastAsia="Times New Roman" w:hAnsi="Times New Roman" w:cs="Times New Roman"/>
                <w:color w:val="000000"/>
                <w:w w:val="101"/>
                <w:sz w:val="23"/>
                <w:lang w:val="en-US"/>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97.</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М.Дружинин</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Мамочка-мамуля</w:t>
            </w:r>
            <w:proofErr w:type="spellEnd"/>
            <w:proofErr w:type="gramStart"/>
            <w:r w:rsidRPr="007726D6">
              <w:rPr>
                <w:rFonts w:ascii="Times New Roman" w:eastAsia="Times New Roman" w:hAnsi="Times New Roman" w:cs="Times New Roman"/>
                <w:color w:val="000000"/>
                <w:w w:val="101"/>
                <w:sz w:val="23"/>
                <w:lang w:val="en-US"/>
              </w:rPr>
              <w:t>!»</w:t>
            </w:r>
            <w:proofErr w:type="gramEnd"/>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98.</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Т.Бокова</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Родина</w:t>
            </w:r>
            <w:proofErr w:type="spellEnd"/>
            <w:r w:rsidRPr="007726D6">
              <w:rPr>
                <w:rFonts w:ascii="Times New Roman" w:eastAsia="Times New Roman" w:hAnsi="Times New Roman" w:cs="Times New Roman"/>
                <w:color w:val="000000"/>
                <w:w w:val="101"/>
                <w:sz w:val="23"/>
                <w:lang w:val="en-US"/>
              </w:rPr>
              <w:t>…</w:t>
            </w:r>
            <w:proofErr w:type="gramStart"/>
            <w:r w:rsidRPr="007726D6">
              <w:rPr>
                <w:rFonts w:ascii="Times New Roman" w:eastAsia="Times New Roman" w:hAnsi="Times New Roman" w:cs="Times New Roman"/>
                <w:color w:val="000000"/>
                <w:w w:val="101"/>
                <w:sz w:val="23"/>
                <w:lang w:val="en-US"/>
              </w:rPr>
              <w:t>.»</w:t>
            </w:r>
            <w:proofErr w:type="gramEnd"/>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99.</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Е.А.Благинина</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Кукушка</w:t>
            </w:r>
            <w:proofErr w:type="spellEnd"/>
            <w:r w:rsidRPr="007726D6">
              <w:rPr>
                <w:rFonts w:ascii="Times New Roman" w:eastAsia="Times New Roman" w:hAnsi="Times New Roman" w:cs="Times New Roman"/>
                <w:color w:val="000000"/>
                <w:w w:val="101"/>
                <w:sz w:val="23"/>
                <w:lang w:val="en-US"/>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100.</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 xml:space="preserve">100. </w:t>
            </w:r>
            <w:proofErr w:type="spellStart"/>
            <w:r w:rsidRPr="007726D6">
              <w:rPr>
                <w:rFonts w:ascii="Times New Roman" w:eastAsia="Times New Roman" w:hAnsi="Times New Roman" w:cs="Times New Roman"/>
                <w:color w:val="000000"/>
                <w:w w:val="101"/>
                <w:sz w:val="23"/>
                <w:lang w:val="en-US"/>
              </w:rPr>
              <w:t>Е.А.Благинина</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Котенок</w:t>
            </w:r>
            <w:proofErr w:type="spellEnd"/>
            <w:r w:rsidRPr="007726D6">
              <w:rPr>
                <w:rFonts w:ascii="Times New Roman" w:eastAsia="Times New Roman" w:hAnsi="Times New Roman" w:cs="Times New Roman"/>
                <w:color w:val="000000"/>
                <w:w w:val="101"/>
                <w:sz w:val="23"/>
                <w:lang w:val="en-US"/>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101.</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tabs>
                <w:tab w:val="left" w:pos="562"/>
              </w:tabs>
              <w:autoSpaceDE w:val="0"/>
              <w:autoSpaceDN w:val="0"/>
              <w:spacing w:before="96" w:after="0" w:line="262" w:lineRule="auto"/>
              <w:ind w:right="576"/>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 xml:space="preserve">101. </w:t>
            </w:r>
            <w:proofErr w:type="spellStart"/>
            <w:r w:rsidRPr="007726D6">
              <w:rPr>
                <w:rFonts w:ascii="Times New Roman" w:eastAsia="Times New Roman" w:hAnsi="Times New Roman" w:cs="Times New Roman"/>
                <w:color w:val="000000"/>
                <w:w w:val="101"/>
                <w:sz w:val="23"/>
                <w:lang w:val="en-US"/>
              </w:rPr>
              <w:t>Обобщение</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Поэтическая</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tab/>
            </w:r>
            <w:proofErr w:type="spellStart"/>
            <w:r w:rsidRPr="007726D6">
              <w:rPr>
                <w:rFonts w:ascii="Times New Roman" w:eastAsia="Times New Roman" w:hAnsi="Times New Roman" w:cs="Times New Roman"/>
                <w:color w:val="000000"/>
                <w:w w:val="101"/>
                <w:sz w:val="23"/>
                <w:lang w:val="en-US"/>
              </w:rPr>
              <w:t>тетрадь</w:t>
            </w:r>
            <w:proofErr w:type="spellEnd"/>
            <w:r w:rsidRPr="007726D6">
              <w:rPr>
                <w:rFonts w:ascii="Times New Roman" w:eastAsia="Times New Roman" w:hAnsi="Times New Roman" w:cs="Times New Roman"/>
                <w:color w:val="000000"/>
                <w:w w:val="101"/>
                <w:sz w:val="23"/>
                <w:lang w:val="en-US"/>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48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102.</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 xml:space="preserve">102. </w:t>
            </w:r>
            <w:proofErr w:type="spellStart"/>
            <w:r w:rsidRPr="007726D6">
              <w:rPr>
                <w:rFonts w:ascii="Times New Roman" w:eastAsia="Times New Roman" w:hAnsi="Times New Roman" w:cs="Times New Roman"/>
                <w:color w:val="000000"/>
                <w:w w:val="101"/>
                <w:sz w:val="23"/>
                <w:lang w:val="en-US"/>
              </w:rPr>
              <w:t>Поэтическая</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тетрадь.Тест</w:t>
            </w:r>
            <w:proofErr w:type="spellEnd"/>
            <w:r w:rsidRPr="007726D6">
              <w:rPr>
                <w:rFonts w:ascii="Times New Roman" w:eastAsia="Times New Roman" w:hAnsi="Times New Roman" w:cs="Times New Roman"/>
                <w:color w:val="000000"/>
                <w:w w:val="101"/>
                <w:sz w:val="23"/>
                <w:lang w:val="en-US"/>
              </w:rPr>
              <w:t xml:space="preserve"> </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Тестирование</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109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103.</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tabs>
                <w:tab w:val="left" w:pos="562"/>
              </w:tabs>
              <w:autoSpaceDE w:val="0"/>
              <w:autoSpaceDN w:val="0"/>
              <w:spacing w:before="96" w:after="0" w:line="262" w:lineRule="auto"/>
              <w:ind w:right="144"/>
              <w:rPr>
                <w:rFonts w:ascii="Cambria" w:eastAsia="MS Mincho" w:hAnsi="Cambria" w:cs="Times New Roman"/>
              </w:rPr>
            </w:pPr>
            <w:r w:rsidRPr="007726D6">
              <w:rPr>
                <w:rFonts w:ascii="Times New Roman" w:eastAsia="Times New Roman" w:hAnsi="Times New Roman" w:cs="Times New Roman"/>
                <w:color w:val="000000"/>
                <w:w w:val="101"/>
                <w:sz w:val="23"/>
              </w:rPr>
              <w:t xml:space="preserve">103. Б. В. Шергин «Собирай по </w:t>
            </w:r>
            <w:r w:rsidRPr="007726D6">
              <w:rPr>
                <w:rFonts w:ascii="Cambria" w:eastAsia="MS Mincho" w:hAnsi="Cambria" w:cs="Times New Roman"/>
              </w:rPr>
              <w:tab/>
            </w:r>
            <w:r w:rsidRPr="007726D6">
              <w:rPr>
                <w:rFonts w:ascii="Times New Roman" w:eastAsia="Times New Roman" w:hAnsi="Times New Roman" w:cs="Times New Roman"/>
                <w:color w:val="000000"/>
                <w:w w:val="101"/>
                <w:sz w:val="23"/>
              </w:rPr>
              <w:t>ягодке — наберёшь кузовок».</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104.</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tabs>
                <w:tab w:val="left" w:pos="562"/>
              </w:tabs>
              <w:autoSpaceDE w:val="0"/>
              <w:autoSpaceDN w:val="0"/>
              <w:spacing w:before="96" w:after="0" w:line="262" w:lineRule="auto"/>
              <w:ind w:right="144"/>
              <w:rPr>
                <w:rFonts w:ascii="Cambria" w:eastAsia="MS Mincho" w:hAnsi="Cambria" w:cs="Times New Roman"/>
              </w:rPr>
            </w:pPr>
            <w:r w:rsidRPr="007726D6">
              <w:rPr>
                <w:rFonts w:ascii="Times New Roman" w:eastAsia="Times New Roman" w:hAnsi="Times New Roman" w:cs="Times New Roman"/>
                <w:color w:val="000000"/>
                <w:w w:val="101"/>
                <w:sz w:val="23"/>
              </w:rPr>
              <w:t xml:space="preserve">104. Б. В. Шергин «Собирай по </w:t>
            </w:r>
            <w:r w:rsidRPr="007726D6">
              <w:rPr>
                <w:rFonts w:ascii="Cambria" w:eastAsia="MS Mincho" w:hAnsi="Cambria" w:cs="Times New Roman"/>
              </w:rPr>
              <w:br/>
            </w:r>
            <w:r w:rsidRPr="007726D6">
              <w:rPr>
                <w:rFonts w:ascii="Cambria" w:eastAsia="MS Mincho" w:hAnsi="Cambria" w:cs="Times New Roman"/>
              </w:rPr>
              <w:tab/>
            </w:r>
            <w:r w:rsidRPr="007726D6">
              <w:rPr>
                <w:rFonts w:ascii="Times New Roman" w:eastAsia="Times New Roman" w:hAnsi="Times New Roman" w:cs="Times New Roman"/>
                <w:color w:val="000000"/>
                <w:w w:val="101"/>
                <w:sz w:val="23"/>
              </w:rPr>
              <w:t xml:space="preserve">ягодке — наберёшь кузовок». </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105.</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tabs>
                <w:tab w:val="left" w:pos="562"/>
              </w:tabs>
              <w:autoSpaceDE w:val="0"/>
              <w:autoSpaceDN w:val="0"/>
              <w:spacing w:before="96" w:after="0" w:line="262" w:lineRule="auto"/>
              <w:ind w:right="144"/>
              <w:rPr>
                <w:rFonts w:ascii="Cambria" w:eastAsia="MS Mincho" w:hAnsi="Cambria" w:cs="Times New Roman"/>
              </w:rPr>
            </w:pPr>
            <w:r w:rsidRPr="007726D6">
              <w:rPr>
                <w:rFonts w:ascii="Times New Roman" w:eastAsia="Times New Roman" w:hAnsi="Times New Roman" w:cs="Times New Roman"/>
                <w:color w:val="000000"/>
                <w:w w:val="101"/>
                <w:sz w:val="23"/>
              </w:rPr>
              <w:t xml:space="preserve">105. Б. В. Шергин «Собирай по </w:t>
            </w:r>
            <w:r w:rsidRPr="007726D6">
              <w:rPr>
                <w:rFonts w:ascii="Cambria" w:eastAsia="MS Mincho" w:hAnsi="Cambria" w:cs="Times New Roman"/>
              </w:rPr>
              <w:br/>
            </w:r>
            <w:r w:rsidRPr="007726D6">
              <w:rPr>
                <w:rFonts w:ascii="Cambria" w:eastAsia="MS Mincho" w:hAnsi="Cambria" w:cs="Times New Roman"/>
              </w:rPr>
              <w:tab/>
            </w:r>
            <w:r w:rsidRPr="007726D6">
              <w:rPr>
                <w:rFonts w:ascii="Times New Roman" w:eastAsia="Times New Roman" w:hAnsi="Times New Roman" w:cs="Times New Roman"/>
                <w:color w:val="000000"/>
                <w:w w:val="101"/>
                <w:sz w:val="23"/>
              </w:rPr>
              <w:t xml:space="preserve">ягодке — наберёшь кузовок». </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78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 xml:space="preserve">106. </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tabs>
                <w:tab w:val="left" w:pos="562"/>
              </w:tabs>
              <w:autoSpaceDE w:val="0"/>
              <w:autoSpaceDN w:val="0"/>
              <w:spacing w:before="96" w:after="0" w:line="262" w:lineRule="auto"/>
              <w:ind w:right="144"/>
              <w:rPr>
                <w:rFonts w:ascii="Cambria" w:eastAsia="MS Mincho" w:hAnsi="Cambria" w:cs="Times New Roman"/>
              </w:rPr>
            </w:pPr>
            <w:r w:rsidRPr="007726D6">
              <w:rPr>
                <w:rFonts w:ascii="Times New Roman" w:eastAsia="Times New Roman" w:hAnsi="Times New Roman" w:cs="Times New Roman"/>
                <w:color w:val="000000"/>
                <w:w w:val="101"/>
                <w:sz w:val="23"/>
              </w:rPr>
              <w:t xml:space="preserve">106. Б. В. Шергин «Собирай по </w:t>
            </w:r>
            <w:r w:rsidRPr="007726D6">
              <w:rPr>
                <w:rFonts w:ascii="Cambria" w:eastAsia="MS Mincho" w:hAnsi="Cambria" w:cs="Times New Roman"/>
              </w:rPr>
              <w:br/>
            </w:r>
            <w:r w:rsidRPr="007726D6">
              <w:rPr>
                <w:rFonts w:ascii="Cambria" w:eastAsia="MS Mincho" w:hAnsi="Cambria" w:cs="Times New Roman"/>
              </w:rPr>
              <w:tab/>
            </w:r>
            <w:r w:rsidRPr="007726D6">
              <w:rPr>
                <w:rFonts w:ascii="Times New Roman" w:eastAsia="Times New Roman" w:hAnsi="Times New Roman" w:cs="Times New Roman"/>
                <w:color w:val="000000"/>
                <w:w w:val="101"/>
                <w:sz w:val="23"/>
              </w:rPr>
              <w:t xml:space="preserve">ягодке — наберёшь кузовок». </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bl>
    <w:p w:rsidR="007726D6" w:rsidRPr="007726D6" w:rsidRDefault="007726D6" w:rsidP="007726D6">
      <w:pPr>
        <w:autoSpaceDE w:val="0"/>
        <w:autoSpaceDN w:val="0"/>
        <w:spacing w:after="0" w:line="14" w:lineRule="exact"/>
        <w:rPr>
          <w:rFonts w:ascii="Cambria" w:eastAsia="MS Mincho" w:hAnsi="Cambria" w:cs="Times New Roman"/>
          <w:lang w:val="en-US"/>
        </w:rPr>
      </w:pPr>
    </w:p>
    <w:p w:rsidR="007726D6" w:rsidRPr="007726D6" w:rsidRDefault="007726D6" w:rsidP="007726D6">
      <w:pPr>
        <w:rPr>
          <w:rFonts w:ascii="Cambria" w:eastAsia="MS Mincho" w:hAnsi="Cambria" w:cs="Times New Roman"/>
          <w:lang w:val="en-US"/>
        </w:rPr>
        <w:sectPr w:rsidR="007726D6" w:rsidRPr="007726D6">
          <w:pgSz w:w="11900" w:h="16840"/>
          <w:pgMar w:top="284" w:right="556" w:bottom="630" w:left="664" w:header="720" w:footer="720" w:gutter="0"/>
          <w:cols w:space="720" w:equalWidth="0">
            <w:col w:w="10680" w:space="0"/>
          </w:cols>
          <w:docGrid w:linePitch="360"/>
        </w:sectPr>
      </w:pPr>
    </w:p>
    <w:p w:rsidR="007726D6" w:rsidRPr="007726D6" w:rsidRDefault="007726D6" w:rsidP="007726D6">
      <w:pPr>
        <w:autoSpaceDE w:val="0"/>
        <w:autoSpaceDN w:val="0"/>
        <w:spacing w:after="66" w:line="220" w:lineRule="exact"/>
        <w:rPr>
          <w:rFonts w:ascii="Cambria" w:eastAsia="MS Mincho" w:hAnsi="Cambria" w:cs="Times New Roman"/>
          <w:lang w:val="en-US"/>
        </w:rPr>
      </w:pPr>
    </w:p>
    <w:tbl>
      <w:tblPr>
        <w:tblW w:w="0" w:type="auto"/>
        <w:tblInd w:w="5" w:type="dxa"/>
        <w:tblLayout w:type="fixed"/>
        <w:tblLook w:val="04A0" w:firstRow="1" w:lastRow="0" w:firstColumn="1" w:lastColumn="0" w:noHBand="0" w:noVBand="1"/>
      </w:tblPr>
      <w:tblGrid>
        <w:gridCol w:w="562"/>
        <w:gridCol w:w="3344"/>
        <w:gridCol w:w="714"/>
        <w:gridCol w:w="1584"/>
        <w:gridCol w:w="1630"/>
        <w:gridCol w:w="1208"/>
        <w:gridCol w:w="1608"/>
      </w:tblGrid>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107.</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tabs>
                <w:tab w:val="left" w:pos="562"/>
              </w:tabs>
              <w:autoSpaceDE w:val="0"/>
              <w:autoSpaceDN w:val="0"/>
              <w:spacing w:before="96" w:after="0" w:line="262" w:lineRule="auto"/>
              <w:ind w:right="720"/>
              <w:rPr>
                <w:rFonts w:ascii="Cambria" w:eastAsia="MS Mincho" w:hAnsi="Cambria" w:cs="Times New Roman"/>
              </w:rPr>
            </w:pPr>
            <w:r w:rsidRPr="007726D6">
              <w:rPr>
                <w:rFonts w:ascii="Times New Roman" w:eastAsia="Times New Roman" w:hAnsi="Times New Roman" w:cs="Times New Roman"/>
                <w:color w:val="000000"/>
                <w:w w:val="101"/>
                <w:sz w:val="23"/>
              </w:rPr>
              <w:t xml:space="preserve">107. М. М. Зощенко «Золотые </w:t>
            </w:r>
            <w:r w:rsidRPr="007726D6">
              <w:rPr>
                <w:rFonts w:ascii="Cambria" w:eastAsia="MS Mincho" w:hAnsi="Cambria" w:cs="Times New Roman"/>
              </w:rPr>
              <w:tab/>
            </w:r>
            <w:r w:rsidRPr="007726D6">
              <w:rPr>
                <w:rFonts w:ascii="Times New Roman" w:eastAsia="Times New Roman" w:hAnsi="Times New Roman" w:cs="Times New Roman"/>
                <w:color w:val="000000"/>
                <w:w w:val="101"/>
                <w:sz w:val="23"/>
              </w:rPr>
              <w:t>слова».</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144"/>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Письменный</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контроль</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108.</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tabs>
                <w:tab w:val="left" w:pos="562"/>
              </w:tabs>
              <w:autoSpaceDE w:val="0"/>
              <w:autoSpaceDN w:val="0"/>
              <w:spacing w:before="96" w:after="0" w:line="262" w:lineRule="auto"/>
              <w:ind w:right="720"/>
              <w:rPr>
                <w:rFonts w:ascii="Cambria" w:eastAsia="MS Mincho" w:hAnsi="Cambria" w:cs="Times New Roman"/>
              </w:rPr>
            </w:pPr>
            <w:r w:rsidRPr="007726D6">
              <w:rPr>
                <w:rFonts w:ascii="Times New Roman" w:eastAsia="Times New Roman" w:hAnsi="Times New Roman" w:cs="Times New Roman"/>
                <w:color w:val="000000"/>
                <w:w w:val="101"/>
                <w:sz w:val="23"/>
              </w:rPr>
              <w:t xml:space="preserve">108. М. М. Зощенко «Золотые </w:t>
            </w:r>
            <w:r w:rsidRPr="007726D6">
              <w:rPr>
                <w:rFonts w:ascii="Cambria" w:eastAsia="MS Mincho" w:hAnsi="Cambria" w:cs="Times New Roman"/>
              </w:rPr>
              <w:tab/>
            </w:r>
            <w:r w:rsidRPr="007726D6">
              <w:rPr>
                <w:rFonts w:ascii="Times New Roman" w:eastAsia="Times New Roman" w:hAnsi="Times New Roman" w:cs="Times New Roman"/>
                <w:color w:val="000000"/>
                <w:w w:val="101"/>
                <w:sz w:val="23"/>
              </w:rPr>
              <w:t>слова».</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109.</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tabs>
                <w:tab w:val="left" w:pos="562"/>
              </w:tabs>
              <w:autoSpaceDE w:val="0"/>
              <w:autoSpaceDN w:val="0"/>
              <w:spacing w:before="96" w:after="0" w:line="262" w:lineRule="auto"/>
              <w:ind w:right="720"/>
              <w:rPr>
                <w:rFonts w:ascii="Cambria" w:eastAsia="MS Mincho" w:hAnsi="Cambria" w:cs="Times New Roman"/>
              </w:rPr>
            </w:pPr>
            <w:r w:rsidRPr="007726D6">
              <w:rPr>
                <w:rFonts w:ascii="Times New Roman" w:eastAsia="Times New Roman" w:hAnsi="Times New Roman" w:cs="Times New Roman"/>
                <w:color w:val="000000"/>
                <w:w w:val="101"/>
                <w:sz w:val="23"/>
              </w:rPr>
              <w:t xml:space="preserve">109. М. М. Зощенко «Золотые </w:t>
            </w:r>
            <w:r w:rsidRPr="007726D6">
              <w:rPr>
                <w:rFonts w:ascii="Cambria" w:eastAsia="MS Mincho" w:hAnsi="Cambria" w:cs="Times New Roman"/>
              </w:rPr>
              <w:tab/>
            </w:r>
            <w:r w:rsidRPr="007726D6">
              <w:rPr>
                <w:rFonts w:ascii="Times New Roman" w:eastAsia="Times New Roman" w:hAnsi="Times New Roman" w:cs="Times New Roman"/>
                <w:color w:val="000000"/>
                <w:w w:val="101"/>
                <w:sz w:val="23"/>
              </w:rPr>
              <w:t>слова».</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110.</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tabs>
                <w:tab w:val="left" w:pos="562"/>
              </w:tabs>
              <w:autoSpaceDE w:val="0"/>
              <w:autoSpaceDN w:val="0"/>
              <w:spacing w:before="96" w:after="0" w:line="262" w:lineRule="auto"/>
              <w:ind w:right="720"/>
              <w:rPr>
                <w:rFonts w:ascii="Cambria" w:eastAsia="MS Mincho" w:hAnsi="Cambria" w:cs="Times New Roman"/>
              </w:rPr>
            </w:pPr>
            <w:r w:rsidRPr="007726D6">
              <w:rPr>
                <w:rFonts w:ascii="Times New Roman" w:eastAsia="Times New Roman" w:hAnsi="Times New Roman" w:cs="Times New Roman"/>
                <w:color w:val="000000"/>
                <w:w w:val="101"/>
                <w:sz w:val="23"/>
              </w:rPr>
              <w:t xml:space="preserve">110. М. М. Зощенко «Золотые </w:t>
            </w:r>
            <w:r w:rsidRPr="007726D6">
              <w:rPr>
                <w:rFonts w:ascii="Cambria" w:eastAsia="MS Mincho" w:hAnsi="Cambria" w:cs="Times New Roman"/>
              </w:rPr>
              <w:tab/>
            </w:r>
            <w:r w:rsidRPr="007726D6">
              <w:rPr>
                <w:rFonts w:ascii="Times New Roman" w:eastAsia="Times New Roman" w:hAnsi="Times New Roman" w:cs="Times New Roman"/>
                <w:color w:val="000000"/>
                <w:w w:val="101"/>
                <w:sz w:val="23"/>
              </w:rPr>
              <w:t>слова».</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111.</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right="576"/>
              <w:jc w:val="center"/>
              <w:rPr>
                <w:rFonts w:ascii="Cambria" w:eastAsia="MS Mincho" w:hAnsi="Cambria" w:cs="Times New Roman"/>
              </w:rPr>
            </w:pPr>
            <w:r w:rsidRPr="007726D6">
              <w:rPr>
                <w:rFonts w:ascii="Times New Roman" w:eastAsia="Times New Roman" w:hAnsi="Times New Roman" w:cs="Times New Roman"/>
                <w:color w:val="000000"/>
                <w:w w:val="101"/>
                <w:sz w:val="23"/>
              </w:rPr>
              <w:t>111. М. М. Зощенко «Великие путешественники».</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112.</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right="576"/>
              <w:jc w:val="center"/>
              <w:rPr>
                <w:rFonts w:ascii="Cambria" w:eastAsia="MS Mincho" w:hAnsi="Cambria" w:cs="Times New Roman"/>
              </w:rPr>
            </w:pPr>
            <w:r w:rsidRPr="007726D6">
              <w:rPr>
                <w:rFonts w:ascii="Times New Roman" w:eastAsia="Times New Roman" w:hAnsi="Times New Roman" w:cs="Times New Roman"/>
                <w:color w:val="000000"/>
                <w:w w:val="101"/>
                <w:sz w:val="23"/>
              </w:rPr>
              <w:t>112. М. М. Зощенко «Великие путешественники».</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113.</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right="576"/>
              <w:jc w:val="center"/>
              <w:rPr>
                <w:rFonts w:ascii="Cambria" w:eastAsia="MS Mincho" w:hAnsi="Cambria" w:cs="Times New Roman"/>
              </w:rPr>
            </w:pPr>
            <w:r w:rsidRPr="007726D6">
              <w:rPr>
                <w:rFonts w:ascii="Times New Roman" w:eastAsia="Times New Roman" w:hAnsi="Times New Roman" w:cs="Times New Roman"/>
                <w:color w:val="000000"/>
                <w:w w:val="101"/>
                <w:sz w:val="23"/>
              </w:rPr>
              <w:t>113. М. М. Зощенко «Великие путешественники».</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114.</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right="576"/>
              <w:jc w:val="center"/>
              <w:rPr>
                <w:rFonts w:ascii="Cambria" w:eastAsia="MS Mincho" w:hAnsi="Cambria" w:cs="Times New Roman"/>
              </w:rPr>
            </w:pPr>
            <w:r w:rsidRPr="007726D6">
              <w:rPr>
                <w:rFonts w:ascii="Times New Roman" w:eastAsia="Times New Roman" w:hAnsi="Times New Roman" w:cs="Times New Roman"/>
                <w:color w:val="000000"/>
                <w:w w:val="101"/>
                <w:sz w:val="23"/>
              </w:rPr>
              <w:t>114. М. М. Зощенко «Великие путешественники».</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115.</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right="576"/>
              <w:jc w:val="center"/>
              <w:rPr>
                <w:rFonts w:ascii="Cambria" w:eastAsia="MS Mincho" w:hAnsi="Cambria" w:cs="Times New Roman"/>
              </w:rPr>
            </w:pPr>
            <w:r w:rsidRPr="007726D6">
              <w:rPr>
                <w:rFonts w:ascii="Times New Roman" w:eastAsia="Times New Roman" w:hAnsi="Times New Roman" w:cs="Times New Roman"/>
                <w:color w:val="000000"/>
                <w:w w:val="101"/>
                <w:sz w:val="23"/>
              </w:rPr>
              <w:t>115. М. М. Зощенко «Великие путешественники».</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100"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116.</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tabs>
                <w:tab w:val="left" w:pos="562"/>
              </w:tabs>
              <w:autoSpaceDE w:val="0"/>
              <w:autoSpaceDN w:val="0"/>
              <w:spacing w:before="100" w:after="0" w:line="262" w:lineRule="auto"/>
              <w:ind w:right="432"/>
              <w:rPr>
                <w:rFonts w:ascii="Cambria" w:eastAsia="MS Mincho" w:hAnsi="Cambria" w:cs="Times New Roman"/>
              </w:rPr>
            </w:pPr>
            <w:r w:rsidRPr="007726D6">
              <w:rPr>
                <w:rFonts w:ascii="Times New Roman" w:eastAsia="Times New Roman" w:hAnsi="Times New Roman" w:cs="Times New Roman"/>
                <w:color w:val="000000"/>
                <w:w w:val="101"/>
                <w:sz w:val="23"/>
              </w:rPr>
              <w:t xml:space="preserve">116. А. П. Платонов «Цветок на </w:t>
            </w:r>
            <w:r w:rsidRPr="007726D6">
              <w:rPr>
                <w:rFonts w:ascii="Cambria" w:eastAsia="MS Mincho" w:hAnsi="Cambria" w:cs="Times New Roman"/>
              </w:rPr>
              <w:tab/>
            </w:r>
            <w:r w:rsidRPr="007726D6">
              <w:rPr>
                <w:rFonts w:ascii="Times New Roman" w:eastAsia="Times New Roman" w:hAnsi="Times New Roman" w:cs="Times New Roman"/>
                <w:color w:val="000000"/>
                <w:w w:val="101"/>
                <w:sz w:val="23"/>
              </w:rPr>
              <w:t>земле».</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100"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100"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100"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100"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117.</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tabs>
                <w:tab w:val="left" w:pos="562"/>
              </w:tabs>
              <w:autoSpaceDE w:val="0"/>
              <w:autoSpaceDN w:val="0"/>
              <w:spacing w:before="96" w:after="0" w:line="262" w:lineRule="auto"/>
              <w:ind w:right="432"/>
              <w:rPr>
                <w:rFonts w:ascii="Cambria" w:eastAsia="MS Mincho" w:hAnsi="Cambria" w:cs="Times New Roman"/>
              </w:rPr>
            </w:pPr>
            <w:r w:rsidRPr="007726D6">
              <w:rPr>
                <w:rFonts w:ascii="Times New Roman" w:eastAsia="Times New Roman" w:hAnsi="Times New Roman" w:cs="Times New Roman"/>
                <w:color w:val="000000"/>
                <w:w w:val="101"/>
                <w:sz w:val="23"/>
              </w:rPr>
              <w:t xml:space="preserve">117. А. П. Платонов «Цветок на </w:t>
            </w:r>
            <w:r w:rsidRPr="007726D6">
              <w:rPr>
                <w:rFonts w:ascii="Cambria" w:eastAsia="MS Mincho" w:hAnsi="Cambria" w:cs="Times New Roman"/>
              </w:rPr>
              <w:tab/>
            </w:r>
            <w:r w:rsidRPr="007726D6">
              <w:rPr>
                <w:rFonts w:ascii="Times New Roman" w:eastAsia="Times New Roman" w:hAnsi="Times New Roman" w:cs="Times New Roman"/>
                <w:color w:val="000000"/>
                <w:w w:val="101"/>
                <w:sz w:val="23"/>
              </w:rPr>
              <w:t>земле».</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118.</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562" w:right="576" w:hanging="562"/>
              <w:rPr>
                <w:rFonts w:ascii="Cambria" w:eastAsia="MS Mincho" w:hAnsi="Cambria" w:cs="Times New Roman"/>
              </w:rPr>
            </w:pPr>
            <w:r w:rsidRPr="007726D6">
              <w:rPr>
                <w:rFonts w:ascii="Times New Roman" w:eastAsia="Times New Roman" w:hAnsi="Times New Roman" w:cs="Times New Roman"/>
                <w:color w:val="000000"/>
                <w:w w:val="101"/>
                <w:sz w:val="23"/>
              </w:rPr>
              <w:t>118. Проверка техники чтения "Умная мама-жаворонок"</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Зачет</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119.</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tabs>
                <w:tab w:val="left" w:pos="562"/>
              </w:tabs>
              <w:autoSpaceDE w:val="0"/>
              <w:autoSpaceDN w:val="0"/>
              <w:spacing w:before="96" w:after="0" w:line="262" w:lineRule="auto"/>
              <w:ind w:right="432"/>
              <w:rPr>
                <w:rFonts w:ascii="Cambria" w:eastAsia="MS Mincho" w:hAnsi="Cambria" w:cs="Times New Roman"/>
              </w:rPr>
            </w:pPr>
            <w:r w:rsidRPr="007726D6">
              <w:rPr>
                <w:rFonts w:ascii="Times New Roman" w:eastAsia="Times New Roman" w:hAnsi="Times New Roman" w:cs="Times New Roman"/>
                <w:color w:val="000000"/>
                <w:w w:val="101"/>
                <w:sz w:val="23"/>
              </w:rPr>
              <w:t xml:space="preserve">119. А. П. Платонов «Цветок на </w:t>
            </w:r>
            <w:r w:rsidRPr="007726D6">
              <w:rPr>
                <w:rFonts w:ascii="Cambria" w:eastAsia="MS Mincho" w:hAnsi="Cambria" w:cs="Times New Roman"/>
              </w:rPr>
              <w:tab/>
            </w:r>
            <w:r w:rsidRPr="007726D6">
              <w:rPr>
                <w:rFonts w:ascii="Times New Roman" w:eastAsia="Times New Roman" w:hAnsi="Times New Roman" w:cs="Times New Roman"/>
                <w:color w:val="000000"/>
                <w:w w:val="101"/>
                <w:sz w:val="23"/>
              </w:rPr>
              <w:t>земле».</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120.</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tabs>
                <w:tab w:val="left" w:pos="562"/>
              </w:tabs>
              <w:autoSpaceDE w:val="0"/>
              <w:autoSpaceDN w:val="0"/>
              <w:spacing w:before="96" w:after="0" w:line="262" w:lineRule="auto"/>
              <w:ind w:right="432"/>
              <w:rPr>
                <w:rFonts w:ascii="Cambria" w:eastAsia="MS Mincho" w:hAnsi="Cambria" w:cs="Times New Roman"/>
              </w:rPr>
            </w:pPr>
            <w:r w:rsidRPr="007726D6">
              <w:rPr>
                <w:rFonts w:ascii="Times New Roman" w:eastAsia="Times New Roman" w:hAnsi="Times New Roman" w:cs="Times New Roman"/>
                <w:color w:val="000000"/>
                <w:w w:val="101"/>
                <w:sz w:val="23"/>
              </w:rPr>
              <w:t xml:space="preserve">120. А. П. Платонов «Цветок на </w:t>
            </w:r>
            <w:r w:rsidRPr="007726D6">
              <w:rPr>
                <w:rFonts w:ascii="Cambria" w:eastAsia="MS Mincho" w:hAnsi="Cambria" w:cs="Times New Roman"/>
              </w:rPr>
              <w:tab/>
            </w:r>
            <w:r w:rsidRPr="007726D6">
              <w:rPr>
                <w:rFonts w:ascii="Times New Roman" w:eastAsia="Times New Roman" w:hAnsi="Times New Roman" w:cs="Times New Roman"/>
                <w:color w:val="000000"/>
                <w:w w:val="101"/>
                <w:sz w:val="23"/>
              </w:rPr>
              <w:t>земле».</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121.</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 xml:space="preserve">121. Н. Н. </w:t>
            </w:r>
            <w:proofErr w:type="spellStart"/>
            <w:r w:rsidRPr="007726D6">
              <w:rPr>
                <w:rFonts w:ascii="Times New Roman" w:eastAsia="Times New Roman" w:hAnsi="Times New Roman" w:cs="Times New Roman"/>
                <w:color w:val="000000"/>
                <w:w w:val="101"/>
                <w:sz w:val="23"/>
                <w:lang w:val="en-US"/>
              </w:rPr>
              <w:t>Носов</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Телефон</w:t>
            </w:r>
            <w:proofErr w:type="spellEnd"/>
            <w:r w:rsidRPr="007726D6">
              <w:rPr>
                <w:rFonts w:ascii="Times New Roman" w:eastAsia="Times New Roman" w:hAnsi="Times New Roman" w:cs="Times New Roman"/>
                <w:color w:val="000000"/>
                <w:w w:val="101"/>
                <w:sz w:val="23"/>
                <w:lang w:val="en-US"/>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93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122.</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 xml:space="preserve">122. Н. Н. </w:t>
            </w:r>
            <w:proofErr w:type="spellStart"/>
            <w:r w:rsidRPr="007726D6">
              <w:rPr>
                <w:rFonts w:ascii="Times New Roman" w:eastAsia="Times New Roman" w:hAnsi="Times New Roman" w:cs="Times New Roman"/>
                <w:color w:val="000000"/>
                <w:w w:val="101"/>
                <w:sz w:val="23"/>
                <w:lang w:val="en-US"/>
              </w:rPr>
              <w:t>Носов</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Телефон</w:t>
            </w:r>
            <w:proofErr w:type="spellEnd"/>
            <w:r w:rsidRPr="007726D6">
              <w:rPr>
                <w:rFonts w:ascii="Times New Roman" w:eastAsia="Times New Roman" w:hAnsi="Times New Roman" w:cs="Times New Roman"/>
                <w:color w:val="000000"/>
                <w:w w:val="101"/>
                <w:sz w:val="23"/>
                <w:lang w:val="en-US"/>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4"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123.</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4" w:after="0" w:line="230" w:lineRule="auto"/>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 xml:space="preserve">123. Н. Н. </w:t>
            </w:r>
            <w:proofErr w:type="spellStart"/>
            <w:r w:rsidRPr="007726D6">
              <w:rPr>
                <w:rFonts w:ascii="Times New Roman" w:eastAsia="Times New Roman" w:hAnsi="Times New Roman" w:cs="Times New Roman"/>
                <w:color w:val="000000"/>
                <w:w w:val="101"/>
                <w:sz w:val="23"/>
                <w:lang w:val="en-US"/>
              </w:rPr>
              <w:t>Носов</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Телефон</w:t>
            </w:r>
            <w:proofErr w:type="spellEnd"/>
            <w:r w:rsidRPr="007726D6">
              <w:rPr>
                <w:rFonts w:ascii="Times New Roman" w:eastAsia="Times New Roman" w:hAnsi="Times New Roman" w:cs="Times New Roman"/>
                <w:color w:val="000000"/>
                <w:w w:val="101"/>
                <w:sz w:val="23"/>
                <w:lang w:val="en-US"/>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4"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4"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4"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4"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391BF5">
        <w:trPr>
          <w:trHeight w:hRule="exact" w:val="79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124.</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 xml:space="preserve">124. Н. Н. </w:t>
            </w:r>
            <w:proofErr w:type="spellStart"/>
            <w:r w:rsidRPr="007726D6">
              <w:rPr>
                <w:rFonts w:ascii="Times New Roman" w:eastAsia="Times New Roman" w:hAnsi="Times New Roman" w:cs="Times New Roman"/>
                <w:color w:val="000000"/>
                <w:w w:val="101"/>
                <w:sz w:val="23"/>
                <w:lang w:val="en-US"/>
              </w:rPr>
              <w:t>Носов</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Телефон</w:t>
            </w:r>
            <w:proofErr w:type="spellEnd"/>
            <w:r w:rsidRPr="007726D6">
              <w:rPr>
                <w:rFonts w:ascii="Times New Roman" w:eastAsia="Times New Roman" w:hAnsi="Times New Roman" w:cs="Times New Roman"/>
                <w:color w:val="000000"/>
                <w:w w:val="101"/>
                <w:sz w:val="23"/>
                <w:lang w:val="en-US"/>
              </w:rPr>
              <w:t>».</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bl>
    <w:p w:rsidR="007726D6" w:rsidRPr="007726D6" w:rsidRDefault="007726D6" w:rsidP="007726D6">
      <w:pPr>
        <w:autoSpaceDE w:val="0"/>
        <w:autoSpaceDN w:val="0"/>
        <w:spacing w:after="0" w:line="14" w:lineRule="exact"/>
        <w:rPr>
          <w:rFonts w:ascii="Cambria" w:eastAsia="MS Mincho" w:hAnsi="Cambria" w:cs="Times New Roman"/>
          <w:lang w:val="en-US"/>
        </w:rPr>
      </w:pPr>
    </w:p>
    <w:p w:rsidR="007726D6" w:rsidRPr="007726D6" w:rsidRDefault="007726D6" w:rsidP="007726D6">
      <w:pPr>
        <w:rPr>
          <w:rFonts w:ascii="Cambria" w:eastAsia="MS Mincho" w:hAnsi="Cambria" w:cs="Times New Roman"/>
          <w:lang w:val="en-US"/>
        </w:rPr>
        <w:sectPr w:rsidR="007726D6" w:rsidRPr="007726D6">
          <w:pgSz w:w="11900" w:h="16840"/>
          <w:pgMar w:top="284" w:right="556" w:bottom="780" w:left="664" w:header="720" w:footer="720" w:gutter="0"/>
          <w:cols w:space="720" w:equalWidth="0">
            <w:col w:w="10680" w:space="0"/>
          </w:cols>
          <w:docGrid w:linePitch="360"/>
        </w:sectPr>
      </w:pPr>
    </w:p>
    <w:tbl>
      <w:tblPr>
        <w:tblpPr w:leftFromText="180" w:rightFromText="180" w:vertAnchor="text" w:horzAnchor="margin" w:tblpXSpec="center" w:tblpY="-227"/>
        <w:tblW w:w="10650" w:type="dxa"/>
        <w:tblLayout w:type="fixed"/>
        <w:tblLook w:val="04A0" w:firstRow="1" w:lastRow="0" w:firstColumn="1" w:lastColumn="0" w:noHBand="0" w:noVBand="1"/>
      </w:tblPr>
      <w:tblGrid>
        <w:gridCol w:w="562"/>
        <w:gridCol w:w="3344"/>
        <w:gridCol w:w="714"/>
        <w:gridCol w:w="1584"/>
        <w:gridCol w:w="1630"/>
        <w:gridCol w:w="1208"/>
        <w:gridCol w:w="1608"/>
      </w:tblGrid>
      <w:tr w:rsidR="007726D6" w:rsidRPr="007726D6" w:rsidTr="007726D6">
        <w:trPr>
          <w:trHeight w:hRule="exact" w:val="113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lastRenderedPageBreak/>
              <w:t>125.</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71" w:lineRule="auto"/>
              <w:ind w:left="562" w:right="288" w:hanging="562"/>
              <w:rPr>
                <w:rFonts w:ascii="Cambria" w:eastAsia="MS Mincho" w:hAnsi="Cambria" w:cs="Times New Roman"/>
              </w:rPr>
            </w:pPr>
            <w:r w:rsidRPr="007726D6">
              <w:rPr>
                <w:rFonts w:ascii="Times New Roman" w:eastAsia="Times New Roman" w:hAnsi="Times New Roman" w:cs="Times New Roman"/>
                <w:color w:val="000000"/>
                <w:w w:val="101"/>
                <w:sz w:val="23"/>
              </w:rPr>
              <w:t xml:space="preserve">125. Оценка достижений. </w:t>
            </w:r>
            <w:proofErr w:type="spellStart"/>
            <w:r w:rsidRPr="007726D6">
              <w:rPr>
                <w:rFonts w:ascii="Times New Roman" w:eastAsia="Times New Roman" w:hAnsi="Times New Roman" w:cs="Times New Roman"/>
                <w:color w:val="000000"/>
                <w:w w:val="101"/>
                <w:sz w:val="23"/>
              </w:rPr>
              <w:t>П.р</w:t>
            </w:r>
            <w:proofErr w:type="spellEnd"/>
            <w:r w:rsidRPr="007726D6">
              <w:rPr>
                <w:rFonts w:ascii="Times New Roman" w:eastAsia="Times New Roman" w:hAnsi="Times New Roman" w:cs="Times New Roman"/>
                <w:color w:val="000000"/>
                <w:w w:val="101"/>
                <w:sz w:val="23"/>
              </w:rPr>
              <w:t xml:space="preserve"> по разделу «Собирай по ягодке-наберешь кузовок»</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7726D6">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126.</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tabs>
                <w:tab w:val="left" w:pos="562"/>
              </w:tabs>
              <w:autoSpaceDE w:val="0"/>
              <w:autoSpaceDN w:val="0"/>
              <w:spacing w:before="96" w:after="0" w:line="262" w:lineRule="auto"/>
              <w:ind w:right="864"/>
              <w:rPr>
                <w:rFonts w:ascii="Cambria" w:eastAsia="MS Mincho" w:hAnsi="Cambria" w:cs="Times New Roman"/>
              </w:rPr>
            </w:pPr>
            <w:r w:rsidRPr="007726D6">
              <w:rPr>
                <w:rFonts w:ascii="Times New Roman" w:eastAsia="Times New Roman" w:hAnsi="Times New Roman" w:cs="Times New Roman"/>
                <w:color w:val="000000"/>
                <w:w w:val="101"/>
                <w:sz w:val="23"/>
              </w:rPr>
              <w:t>126. Собирай по ягодке —</w:t>
            </w:r>
            <w:r w:rsidRPr="007726D6">
              <w:rPr>
                <w:rFonts w:ascii="Cambria" w:eastAsia="MS Mincho" w:hAnsi="Cambria" w:cs="Times New Roman"/>
              </w:rPr>
              <w:tab/>
            </w:r>
            <w:r w:rsidRPr="007726D6">
              <w:rPr>
                <w:rFonts w:ascii="Times New Roman" w:eastAsia="Times New Roman" w:hAnsi="Times New Roman" w:cs="Times New Roman"/>
                <w:color w:val="000000"/>
                <w:w w:val="101"/>
                <w:sz w:val="23"/>
              </w:rPr>
              <w:t xml:space="preserve">наберёшь </w:t>
            </w:r>
            <w:proofErr w:type="spellStart"/>
            <w:r w:rsidRPr="007726D6">
              <w:rPr>
                <w:rFonts w:ascii="Times New Roman" w:eastAsia="Times New Roman" w:hAnsi="Times New Roman" w:cs="Times New Roman"/>
                <w:color w:val="000000"/>
                <w:w w:val="101"/>
                <w:sz w:val="23"/>
              </w:rPr>
              <w:t>кузовок.Тест</w:t>
            </w:r>
            <w:proofErr w:type="spellEnd"/>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144"/>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Письменный</w:t>
            </w:r>
            <w:proofErr w:type="spellEnd"/>
            <w:r w:rsidRPr="007726D6">
              <w:rPr>
                <w:rFonts w:ascii="Times New Roman" w:eastAsia="Times New Roman" w:hAnsi="Times New Roman" w:cs="Times New Roman"/>
                <w:color w:val="000000"/>
                <w:w w:val="101"/>
                <w:sz w:val="23"/>
                <w:lang w:val="en-US"/>
              </w:rPr>
              <w:t xml:space="preserve"> </w:t>
            </w:r>
            <w:proofErr w:type="spellStart"/>
            <w:r w:rsidRPr="007726D6">
              <w:rPr>
                <w:rFonts w:ascii="Times New Roman" w:eastAsia="Times New Roman" w:hAnsi="Times New Roman" w:cs="Times New Roman"/>
                <w:color w:val="000000"/>
                <w:w w:val="101"/>
                <w:sz w:val="23"/>
                <w:lang w:val="en-US"/>
              </w:rPr>
              <w:t>контроль</w:t>
            </w:r>
            <w:proofErr w:type="spellEnd"/>
            <w:r w:rsidRPr="007726D6">
              <w:rPr>
                <w:rFonts w:ascii="Times New Roman" w:eastAsia="Times New Roman" w:hAnsi="Times New Roman" w:cs="Times New Roman"/>
                <w:color w:val="000000"/>
                <w:w w:val="101"/>
                <w:sz w:val="23"/>
                <w:lang w:val="en-US"/>
              </w:rPr>
              <w:t>;</w:t>
            </w:r>
          </w:p>
        </w:tc>
      </w:tr>
      <w:tr w:rsidR="007726D6" w:rsidRPr="007726D6" w:rsidTr="007726D6">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127.</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tabs>
                <w:tab w:val="left" w:pos="562"/>
              </w:tabs>
              <w:autoSpaceDE w:val="0"/>
              <w:autoSpaceDN w:val="0"/>
              <w:spacing w:before="96" w:after="0" w:line="262" w:lineRule="auto"/>
              <w:ind w:right="720"/>
              <w:rPr>
                <w:rFonts w:ascii="Cambria" w:eastAsia="MS Mincho" w:hAnsi="Cambria" w:cs="Times New Roman"/>
              </w:rPr>
            </w:pPr>
            <w:r w:rsidRPr="007726D6">
              <w:rPr>
                <w:rFonts w:ascii="Times New Roman" w:eastAsia="Times New Roman" w:hAnsi="Times New Roman" w:cs="Times New Roman"/>
                <w:color w:val="000000"/>
                <w:w w:val="101"/>
                <w:sz w:val="23"/>
              </w:rPr>
              <w:t xml:space="preserve">127. Г.-Х. Андерсен «Гадкий </w:t>
            </w:r>
            <w:r w:rsidRPr="007726D6">
              <w:rPr>
                <w:rFonts w:ascii="Cambria" w:eastAsia="MS Mincho" w:hAnsi="Cambria" w:cs="Times New Roman"/>
              </w:rPr>
              <w:tab/>
            </w:r>
            <w:r w:rsidRPr="007726D6">
              <w:rPr>
                <w:rFonts w:ascii="Times New Roman" w:eastAsia="Times New Roman" w:hAnsi="Times New Roman" w:cs="Times New Roman"/>
                <w:color w:val="000000"/>
                <w:w w:val="101"/>
                <w:sz w:val="23"/>
              </w:rPr>
              <w:t>утёнок».</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7726D6">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128.</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tabs>
                <w:tab w:val="left" w:pos="562"/>
              </w:tabs>
              <w:autoSpaceDE w:val="0"/>
              <w:autoSpaceDN w:val="0"/>
              <w:spacing w:before="96" w:after="0" w:line="262" w:lineRule="auto"/>
              <w:ind w:right="720"/>
              <w:rPr>
                <w:rFonts w:ascii="Cambria" w:eastAsia="MS Mincho" w:hAnsi="Cambria" w:cs="Times New Roman"/>
              </w:rPr>
            </w:pPr>
            <w:r w:rsidRPr="007726D6">
              <w:rPr>
                <w:rFonts w:ascii="Times New Roman" w:eastAsia="Times New Roman" w:hAnsi="Times New Roman" w:cs="Times New Roman"/>
                <w:color w:val="000000"/>
                <w:w w:val="101"/>
                <w:sz w:val="23"/>
              </w:rPr>
              <w:t xml:space="preserve">128. Г.-Х. Андерсен «Гадкий </w:t>
            </w:r>
            <w:r w:rsidRPr="007726D6">
              <w:rPr>
                <w:rFonts w:ascii="Cambria" w:eastAsia="MS Mincho" w:hAnsi="Cambria" w:cs="Times New Roman"/>
              </w:rPr>
              <w:tab/>
            </w:r>
            <w:r w:rsidRPr="007726D6">
              <w:rPr>
                <w:rFonts w:ascii="Times New Roman" w:eastAsia="Times New Roman" w:hAnsi="Times New Roman" w:cs="Times New Roman"/>
                <w:color w:val="000000"/>
                <w:w w:val="101"/>
                <w:sz w:val="23"/>
              </w:rPr>
              <w:t>утёнок».</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7726D6">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 xml:space="preserve">129. </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tabs>
                <w:tab w:val="left" w:pos="562"/>
              </w:tabs>
              <w:autoSpaceDE w:val="0"/>
              <w:autoSpaceDN w:val="0"/>
              <w:spacing w:before="96" w:after="0" w:line="262" w:lineRule="auto"/>
              <w:ind w:right="720"/>
              <w:rPr>
                <w:rFonts w:ascii="Cambria" w:eastAsia="MS Mincho" w:hAnsi="Cambria" w:cs="Times New Roman"/>
              </w:rPr>
            </w:pPr>
            <w:r w:rsidRPr="007726D6">
              <w:rPr>
                <w:rFonts w:ascii="Times New Roman" w:eastAsia="Times New Roman" w:hAnsi="Times New Roman" w:cs="Times New Roman"/>
                <w:color w:val="000000"/>
                <w:w w:val="101"/>
                <w:sz w:val="23"/>
              </w:rPr>
              <w:t xml:space="preserve">129. Г.-Х. Андерсен «Гадкий </w:t>
            </w:r>
            <w:r w:rsidRPr="007726D6">
              <w:rPr>
                <w:rFonts w:ascii="Cambria" w:eastAsia="MS Mincho" w:hAnsi="Cambria" w:cs="Times New Roman"/>
              </w:rPr>
              <w:tab/>
            </w:r>
            <w:r w:rsidRPr="007726D6">
              <w:rPr>
                <w:rFonts w:ascii="Times New Roman" w:eastAsia="Times New Roman" w:hAnsi="Times New Roman" w:cs="Times New Roman"/>
                <w:color w:val="000000"/>
                <w:w w:val="101"/>
                <w:sz w:val="23"/>
              </w:rPr>
              <w:t>утёнок».</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7726D6">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130.</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tabs>
                <w:tab w:val="left" w:pos="562"/>
              </w:tabs>
              <w:autoSpaceDE w:val="0"/>
              <w:autoSpaceDN w:val="0"/>
              <w:spacing w:before="96" w:after="0" w:line="262" w:lineRule="auto"/>
              <w:ind w:right="720"/>
              <w:rPr>
                <w:rFonts w:ascii="Cambria" w:eastAsia="MS Mincho" w:hAnsi="Cambria" w:cs="Times New Roman"/>
              </w:rPr>
            </w:pPr>
            <w:r w:rsidRPr="007726D6">
              <w:rPr>
                <w:rFonts w:ascii="Times New Roman" w:eastAsia="Times New Roman" w:hAnsi="Times New Roman" w:cs="Times New Roman"/>
                <w:color w:val="000000"/>
                <w:w w:val="101"/>
                <w:sz w:val="23"/>
              </w:rPr>
              <w:t xml:space="preserve">130. Г.-Х. Андерсен «Гадкий </w:t>
            </w:r>
            <w:r w:rsidRPr="007726D6">
              <w:rPr>
                <w:rFonts w:ascii="Cambria" w:eastAsia="MS Mincho" w:hAnsi="Cambria" w:cs="Times New Roman"/>
              </w:rPr>
              <w:tab/>
            </w:r>
            <w:r w:rsidRPr="007726D6">
              <w:rPr>
                <w:rFonts w:ascii="Times New Roman" w:eastAsia="Times New Roman" w:hAnsi="Times New Roman" w:cs="Times New Roman"/>
                <w:color w:val="000000"/>
                <w:w w:val="101"/>
                <w:sz w:val="23"/>
              </w:rPr>
              <w:t>утёнок».</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7726D6">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131.</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tabs>
                <w:tab w:val="left" w:pos="562"/>
              </w:tabs>
              <w:autoSpaceDE w:val="0"/>
              <w:autoSpaceDN w:val="0"/>
              <w:spacing w:before="96" w:after="0" w:line="262" w:lineRule="auto"/>
              <w:ind w:right="720"/>
              <w:rPr>
                <w:rFonts w:ascii="Cambria" w:eastAsia="MS Mincho" w:hAnsi="Cambria" w:cs="Times New Roman"/>
              </w:rPr>
            </w:pPr>
            <w:r w:rsidRPr="007726D6">
              <w:rPr>
                <w:rFonts w:ascii="Times New Roman" w:eastAsia="Times New Roman" w:hAnsi="Times New Roman" w:cs="Times New Roman"/>
                <w:color w:val="000000"/>
                <w:w w:val="101"/>
                <w:sz w:val="23"/>
              </w:rPr>
              <w:t xml:space="preserve">131. Г.-Х. Андерсен «Гадкий </w:t>
            </w:r>
            <w:r w:rsidRPr="007726D6">
              <w:rPr>
                <w:rFonts w:ascii="Cambria" w:eastAsia="MS Mincho" w:hAnsi="Cambria" w:cs="Times New Roman"/>
              </w:rPr>
              <w:tab/>
            </w:r>
            <w:r w:rsidRPr="007726D6">
              <w:rPr>
                <w:rFonts w:ascii="Times New Roman" w:eastAsia="Times New Roman" w:hAnsi="Times New Roman" w:cs="Times New Roman"/>
                <w:color w:val="000000"/>
                <w:w w:val="101"/>
                <w:sz w:val="23"/>
              </w:rPr>
              <w:t>утёнок».</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7726D6">
        <w:trPr>
          <w:trHeight w:hRule="exact" w:val="80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4"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132.</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tabs>
                <w:tab w:val="left" w:pos="562"/>
              </w:tabs>
              <w:autoSpaceDE w:val="0"/>
              <w:autoSpaceDN w:val="0"/>
              <w:spacing w:before="94" w:after="0" w:line="262" w:lineRule="auto"/>
              <w:ind w:right="720"/>
              <w:rPr>
                <w:rFonts w:ascii="Cambria" w:eastAsia="MS Mincho" w:hAnsi="Cambria" w:cs="Times New Roman"/>
              </w:rPr>
            </w:pPr>
            <w:r w:rsidRPr="007726D6">
              <w:rPr>
                <w:rFonts w:ascii="Times New Roman" w:eastAsia="Times New Roman" w:hAnsi="Times New Roman" w:cs="Times New Roman"/>
                <w:color w:val="000000"/>
                <w:w w:val="101"/>
                <w:sz w:val="23"/>
              </w:rPr>
              <w:t xml:space="preserve">132. Г.-Х. Андерсен «Гадкий </w:t>
            </w:r>
            <w:r w:rsidRPr="007726D6">
              <w:rPr>
                <w:rFonts w:ascii="Cambria" w:eastAsia="MS Mincho" w:hAnsi="Cambria" w:cs="Times New Roman"/>
              </w:rPr>
              <w:tab/>
            </w:r>
            <w:r w:rsidRPr="007726D6">
              <w:rPr>
                <w:rFonts w:ascii="Times New Roman" w:eastAsia="Times New Roman" w:hAnsi="Times New Roman" w:cs="Times New Roman"/>
                <w:color w:val="000000"/>
                <w:w w:val="101"/>
                <w:sz w:val="23"/>
              </w:rPr>
              <w:t>утёнок».</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4"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4"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4"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4"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7726D6">
        <w:trPr>
          <w:trHeight w:hRule="exact" w:val="810"/>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133.</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tabs>
                <w:tab w:val="left" w:pos="152"/>
              </w:tabs>
              <w:autoSpaceDE w:val="0"/>
              <w:autoSpaceDN w:val="0"/>
              <w:spacing w:before="96" w:after="0" w:line="262" w:lineRule="auto"/>
              <w:rPr>
                <w:rFonts w:ascii="Cambria" w:eastAsia="MS Mincho" w:hAnsi="Cambria" w:cs="Times New Roman"/>
              </w:rPr>
            </w:pPr>
            <w:r w:rsidRPr="007726D6">
              <w:rPr>
                <w:rFonts w:ascii="Times New Roman" w:eastAsia="Times New Roman" w:hAnsi="Times New Roman" w:cs="Times New Roman"/>
                <w:color w:val="000000"/>
                <w:w w:val="101"/>
                <w:sz w:val="23"/>
              </w:rPr>
              <w:t xml:space="preserve"> Оценка достижений. Тест по </w:t>
            </w:r>
            <w:r w:rsidRPr="007726D6">
              <w:rPr>
                <w:rFonts w:ascii="Cambria" w:eastAsia="MS Mincho" w:hAnsi="Cambria" w:cs="Times New Roman"/>
              </w:rPr>
              <w:tab/>
            </w:r>
            <w:r w:rsidRPr="007726D6">
              <w:rPr>
                <w:rFonts w:ascii="Times New Roman" w:eastAsia="Times New Roman" w:hAnsi="Times New Roman" w:cs="Times New Roman"/>
                <w:color w:val="000000"/>
                <w:w w:val="101"/>
                <w:sz w:val="23"/>
              </w:rPr>
              <w:t>теме «Зарубежная литература».</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Тестирование</w:t>
            </w:r>
            <w:proofErr w:type="spellEnd"/>
            <w:r w:rsidRPr="007726D6">
              <w:rPr>
                <w:rFonts w:ascii="Times New Roman" w:eastAsia="Times New Roman" w:hAnsi="Times New Roman" w:cs="Times New Roman"/>
                <w:color w:val="000000"/>
                <w:w w:val="101"/>
                <w:sz w:val="23"/>
                <w:lang w:val="en-US"/>
              </w:rPr>
              <w:t>;</w:t>
            </w:r>
          </w:p>
        </w:tc>
      </w:tr>
      <w:tr w:rsidR="007726D6" w:rsidRPr="007726D6" w:rsidTr="007726D6">
        <w:trPr>
          <w:trHeight w:hRule="exact" w:val="113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134.</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71" w:lineRule="auto"/>
              <w:ind w:left="562" w:right="576" w:hanging="562"/>
              <w:rPr>
                <w:rFonts w:ascii="Cambria" w:eastAsia="MS Mincho" w:hAnsi="Cambria" w:cs="Times New Roman"/>
              </w:rPr>
            </w:pPr>
            <w:r w:rsidRPr="007726D6">
              <w:rPr>
                <w:rFonts w:ascii="Times New Roman" w:eastAsia="Times New Roman" w:hAnsi="Times New Roman" w:cs="Times New Roman"/>
                <w:color w:val="000000"/>
                <w:w w:val="101"/>
                <w:sz w:val="23"/>
              </w:rPr>
              <w:t xml:space="preserve">134. Оценка достижений. </w:t>
            </w:r>
            <w:r w:rsidRPr="007726D6">
              <w:rPr>
                <w:rFonts w:ascii="Cambria" w:eastAsia="MS Mincho" w:hAnsi="Cambria" w:cs="Times New Roman"/>
              </w:rPr>
              <w:br/>
            </w:r>
            <w:r w:rsidRPr="007726D6">
              <w:rPr>
                <w:rFonts w:ascii="Times New Roman" w:eastAsia="Times New Roman" w:hAnsi="Times New Roman" w:cs="Times New Roman"/>
                <w:color w:val="000000"/>
                <w:w w:val="101"/>
                <w:sz w:val="23"/>
              </w:rPr>
              <w:t xml:space="preserve">Развивающий час по </w:t>
            </w:r>
            <w:proofErr w:type="spellStart"/>
            <w:r w:rsidRPr="007726D6">
              <w:rPr>
                <w:rFonts w:ascii="Times New Roman" w:eastAsia="Times New Roman" w:hAnsi="Times New Roman" w:cs="Times New Roman"/>
                <w:color w:val="000000"/>
                <w:w w:val="101"/>
                <w:sz w:val="23"/>
              </w:rPr>
              <w:t>теме«Зарубежная</w:t>
            </w:r>
            <w:proofErr w:type="spellEnd"/>
            <w:r w:rsidRPr="007726D6">
              <w:rPr>
                <w:rFonts w:ascii="Times New Roman" w:eastAsia="Times New Roman" w:hAnsi="Times New Roman" w:cs="Times New Roman"/>
                <w:color w:val="000000"/>
                <w:w w:val="101"/>
                <w:sz w:val="23"/>
              </w:rPr>
              <w:t xml:space="preserve"> литература».</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7726D6">
        <w:trPr>
          <w:trHeight w:hRule="exact" w:val="1136"/>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135.</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71" w:lineRule="auto"/>
              <w:ind w:left="562" w:right="576" w:hanging="562"/>
              <w:rPr>
                <w:rFonts w:ascii="Cambria" w:eastAsia="MS Mincho" w:hAnsi="Cambria" w:cs="Times New Roman"/>
              </w:rPr>
            </w:pPr>
            <w:r w:rsidRPr="007726D6">
              <w:rPr>
                <w:rFonts w:ascii="Times New Roman" w:eastAsia="Times New Roman" w:hAnsi="Times New Roman" w:cs="Times New Roman"/>
                <w:color w:val="000000"/>
                <w:w w:val="101"/>
                <w:sz w:val="23"/>
              </w:rPr>
              <w:t xml:space="preserve">135. Оценка достижений. </w:t>
            </w:r>
            <w:r w:rsidRPr="007726D6">
              <w:rPr>
                <w:rFonts w:ascii="Cambria" w:eastAsia="MS Mincho" w:hAnsi="Cambria" w:cs="Times New Roman"/>
              </w:rPr>
              <w:br/>
            </w:r>
            <w:r w:rsidRPr="007726D6">
              <w:rPr>
                <w:rFonts w:ascii="Times New Roman" w:eastAsia="Times New Roman" w:hAnsi="Times New Roman" w:cs="Times New Roman"/>
                <w:color w:val="000000"/>
                <w:w w:val="101"/>
                <w:sz w:val="23"/>
              </w:rPr>
              <w:t xml:space="preserve">Развивающий час по </w:t>
            </w:r>
            <w:proofErr w:type="spellStart"/>
            <w:r w:rsidRPr="007726D6">
              <w:rPr>
                <w:rFonts w:ascii="Times New Roman" w:eastAsia="Times New Roman" w:hAnsi="Times New Roman" w:cs="Times New Roman"/>
                <w:color w:val="000000"/>
                <w:w w:val="101"/>
                <w:sz w:val="23"/>
              </w:rPr>
              <w:t>теме«Зарубежная</w:t>
            </w:r>
            <w:proofErr w:type="spellEnd"/>
            <w:r w:rsidRPr="007726D6">
              <w:rPr>
                <w:rFonts w:ascii="Times New Roman" w:eastAsia="Times New Roman" w:hAnsi="Times New Roman" w:cs="Times New Roman"/>
                <w:color w:val="000000"/>
                <w:w w:val="101"/>
                <w:sz w:val="23"/>
              </w:rPr>
              <w:t xml:space="preserve"> литература».</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7726D6">
        <w:trPr>
          <w:trHeight w:hRule="exact" w:val="1138"/>
        </w:trPr>
        <w:tc>
          <w:tcPr>
            <w:tcW w:w="562"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jc w:val="center"/>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136.</w:t>
            </w:r>
          </w:p>
        </w:tc>
        <w:tc>
          <w:tcPr>
            <w:tcW w:w="334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71" w:lineRule="auto"/>
              <w:ind w:left="562" w:right="576" w:hanging="562"/>
              <w:rPr>
                <w:rFonts w:ascii="Cambria" w:eastAsia="MS Mincho" w:hAnsi="Cambria" w:cs="Times New Roman"/>
              </w:rPr>
            </w:pPr>
            <w:r w:rsidRPr="007726D6">
              <w:rPr>
                <w:rFonts w:ascii="Times New Roman" w:eastAsia="Times New Roman" w:hAnsi="Times New Roman" w:cs="Times New Roman"/>
                <w:color w:val="000000"/>
                <w:w w:val="101"/>
                <w:sz w:val="23"/>
              </w:rPr>
              <w:t xml:space="preserve">136. Оценка достижений. </w:t>
            </w:r>
            <w:r w:rsidRPr="007726D6">
              <w:rPr>
                <w:rFonts w:ascii="Cambria" w:eastAsia="MS Mincho" w:hAnsi="Cambria" w:cs="Times New Roman"/>
              </w:rPr>
              <w:br/>
            </w:r>
            <w:r w:rsidRPr="007726D6">
              <w:rPr>
                <w:rFonts w:ascii="Times New Roman" w:eastAsia="Times New Roman" w:hAnsi="Times New Roman" w:cs="Times New Roman"/>
                <w:color w:val="000000"/>
                <w:w w:val="101"/>
                <w:sz w:val="23"/>
              </w:rPr>
              <w:t xml:space="preserve">Развивающий час по </w:t>
            </w:r>
            <w:proofErr w:type="spellStart"/>
            <w:r w:rsidRPr="007726D6">
              <w:rPr>
                <w:rFonts w:ascii="Times New Roman" w:eastAsia="Times New Roman" w:hAnsi="Times New Roman" w:cs="Times New Roman"/>
                <w:color w:val="000000"/>
                <w:w w:val="101"/>
                <w:sz w:val="23"/>
              </w:rPr>
              <w:t>теме«Зарубежная</w:t>
            </w:r>
            <w:proofErr w:type="spellEnd"/>
            <w:r w:rsidRPr="007726D6">
              <w:rPr>
                <w:rFonts w:ascii="Times New Roman" w:eastAsia="Times New Roman" w:hAnsi="Times New Roman" w:cs="Times New Roman"/>
                <w:color w:val="000000"/>
                <w:w w:val="101"/>
                <w:sz w:val="23"/>
              </w:rPr>
              <w:t xml:space="preserve"> литература».</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630"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12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rPr>
                <w:rFonts w:ascii="Cambria" w:eastAsia="MS Mincho" w:hAnsi="Cambria" w:cs="Times New Roman"/>
                <w:lang w:val="en-US"/>
              </w:rPr>
            </w:pP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ight="720"/>
              <w:rPr>
                <w:rFonts w:ascii="Cambria" w:eastAsia="MS Mincho" w:hAnsi="Cambria" w:cs="Times New Roman"/>
                <w:lang w:val="en-US"/>
              </w:rPr>
            </w:pPr>
            <w:proofErr w:type="spellStart"/>
            <w:r w:rsidRPr="007726D6">
              <w:rPr>
                <w:rFonts w:ascii="Times New Roman" w:eastAsia="Times New Roman" w:hAnsi="Times New Roman" w:cs="Times New Roman"/>
                <w:color w:val="000000"/>
                <w:w w:val="101"/>
                <w:sz w:val="23"/>
                <w:lang w:val="en-US"/>
              </w:rPr>
              <w:t>Устный</w:t>
            </w:r>
            <w:proofErr w:type="spellEnd"/>
            <w:r w:rsidRPr="007726D6">
              <w:rPr>
                <w:rFonts w:ascii="Times New Roman" w:eastAsia="Times New Roman" w:hAnsi="Times New Roman" w:cs="Times New Roman"/>
                <w:color w:val="000000"/>
                <w:w w:val="101"/>
                <w:sz w:val="23"/>
                <w:lang w:val="en-US"/>
              </w:rPr>
              <w:t xml:space="preserve"> </w:t>
            </w:r>
            <w:r w:rsidRPr="007726D6">
              <w:rPr>
                <w:rFonts w:ascii="Cambria" w:eastAsia="MS Mincho" w:hAnsi="Cambria" w:cs="Times New Roman"/>
                <w:lang w:val="en-US"/>
              </w:rPr>
              <w:br/>
            </w:r>
            <w:proofErr w:type="spellStart"/>
            <w:r w:rsidRPr="007726D6">
              <w:rPr>
                <w:rFonts w:ascii="Times New Roman" w:eastAsia="Times New Roman" w:hAnsi="Times New Roman" w:cs="Times New Roman"/>
                <w:color w:val="000000"/>
                <w:w w:val="101"/>
                <w:sz w:val="23"/>
                <w:lang w:val="en-US"/>
              </w:rPr>
              <w:t>опрос</w:t>
            </w:r>
            <w:proofErr w:type="spellEnd"/>
            <w:r w:rsidRPr="007726D6">
              <w:rPr>
                <w:rFonts w:ascii="Times New Roman" w:eastAsia="Times New Roman" w:hAnsi="Times New Roman" w:cs="Times New Roman"/>
                <w:color w:val="000000"/>
                <w:w w:val="101"/>
                <w:sz w:val="23"/>
                <w:lang w:val="en-US"/>
              </w:rPr>
              <w:t>;</w:t>
            </w:r>
          </w:p>
        </w:tc>
      </w:tr>
      <w:tr w:rsidR="007726D6" w:rsidRPr="007726D6" w:rsidTr="007726D6">
        <w:trPr>
          <w:trHeight w:hRule="exact" w:val="790"/>
        </w:trPr>
        <w:tc>
          <w:tcPr>
            <w:tcW w:w="390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62" w:lineRule="auto"/>
              <w:ind w:left="70"/>
              <w:rPr>
                <w:rFonts w:ascii="Cambria" w:eastAsia="MS Mincho" w:hAnsi="Cambria" w:cs="Times New Roman"/>
              </w:rPr>
            </w:pPr>
            <w:r w:rsidRPr="007726D6">
              <w:rPr>
                <w:rFonts w:ascii="Times New Roman" w:eastAsia="Times New Roman" w:hAnsi="Times New Roman" w:cs="Times New Roman"/>
                <w:color w:val="000000"/>
                <w:w w:val="101"/>
                <w:sz w:val="23"/>
              </w:rPr>
              <w:t>ОБЩЕЕ КОЛИЧЕСТВО ЧАСОВ ПО ПРОГРАММЕ</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136</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0</w:t>
            </w:r>
          </w:p>
        </w:tc>
        <w:tc>
          <w:tcPr>
            <w:tcW w:w="444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7726D6" w:rsidRPr="007726D6" w:rsidRDefault="007726D6" w:rsidP="007726D6">
            <w:pPr>
              <w:autoSpaceDE w:val="0"/>
              <w:autoSpaceDN w:val="0"/>
              <w:spacing w:before="96" w:after="0" w:line="230" w:lineRule="auto"/>
              <w:ind w:left="70"/>
              <w:rPr>
                <w:rFonts w:ascii="Cambria" w:eastAsia="MS Mincho" w:hAnsi="Cambria" w:cs="Times New Roman"/>
                <w:lang w:val="en-US"/>
              </w:rPr>
            </w:pPr>
            <w:r w:rsidRPr="007726D6">
              <w:rPr>
                <w:rFonts w:ascii="Times New Roman" w:eastAsia="Times New Roman" w:hAnsi="Times New Roman" w:cs="Times New Roman"/>
                <w:color w:val="000000"/>
                <w:w w:val="101"/>
                <w:sz w:val="23"/>
                <w:lang w:val="en-US"/>
              </w:rPr>
              <w:t>16</w:t>
            </w:r>
          </w:p>
        </w:tc>
      </w:tr>
    </w:tbl>
    <w:p w:rsidR="007726D6" w:rsidRPr="007726D6" w:rsidRDefault="007726D6" w:rsidP="007726D6">
      <w:pPr>
        <w:autoSpaceDE w:val="0"/>
        <w:autoSpaceDN w:val="0"/>
        <w:spacing w:after="66" w:line="220" w:lineRule="exact"/>
        <w:rPr>
          <w:rFonts w:ascii="Cambria" w:eastAsia="MS Mincho" w:hAnsi="Cambria" w:cs="Times New Roman"/>
          <w:lang w:val="en-US"/>
        </w:rPr>
      </w:pPr>
    </w:p>
    <w:p w:rsidR="007726D6" w:rsidRPr="007726D6" w:rsidRDefault="007726D6" w:rsidP="007726D6">
      <w:pPr>
        <w:autoSpaceDE w:val="0"/>
        <w:autoSpaceDN w:val="0"/>
        <w:spacing w:after="0" w:line="14" w:lineRule="exact"/>
        <w:rPr>
          <w:rFonts w:ascii="Cambria" w:eastAsia="MS Mincho" w:hAnsi="Cambria" w:cs="Times New Roman"/>
          <w:lang w:val="en-US"/>
        </w:rPr>
      </w:pPr>
    </w:p>
    <w:p w:rsidR="007726D6" w:rsidRDefault="007726D6"/>
    <w:sectPr w:rsidR="007726D6" w:rsidSect="007726D6">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D7F778A"/>
    <w:multiLevelType w:val="multilevel"/>
    <w:tmpl w:val="5400D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814927"/>
    <w:multiLevelType w:val="multilevel"/>
    <w:tmpl w:val="20B8B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3074B9"/>
    <w:multiLevelType w:val="multilevel"/>
    <w:tmpl w:val="39F0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072856"/>
    <w:multiLevelType w:val="multilevel"/>
    <w:tmpl w:val="4E32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07F5D9C"/>
    <w:multiLevelType w:val="multilevel"/>
    <w:tmpl w:val="F56E0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F7400F5"/>
    <w:multiLevelType w:val="multilevel"/>
    <w:tmpl w:val="ABB6F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FFF6C50"/>
    <w:multiLevelType w:val="multilevel"/>
    <w:tmpl w:val="0902D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9"/>
  </w:num>
  <w:num w:numId="3">
    <w:abstractNumId w:val="13"/>
  </w:num>
  <w:num w:numId="4">
    <w:abstractNumId w:val="12"/>
  </w:num>
  <w:num w:numId="5">
    <w:abstractNumId w:val="15"/>
  </w:num>
  <w:num w:numId="6">
    <w:abstractNumId w:val="10"/>
  </w:num>
  <w:num w:numId="7">
    <w:abstractNumId w:val="11"/>
  </w:num>
  <w:num w:numId="8">
    <w:abstractNumId w:val="8"/>
  </w:num>
  <w:num w:numId="9">
    <w:abstractNumId w:val="6"/>
  </w:num>
  <w:num w:numId="10">
    <w:abstractNumId w:val="5"/>
  </w:num>
  <w:num w:numId="11">
    <w:abstractNumId w:val="4"/>
  </w:num>
  <w:num w:numId="12">
    <w:abstractNumId w:val="7"/>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6E1"/>
    <w:rsid w:val="000E4AE2"/>
    <w:rsid w:val="00130DD4"/>
    <w:rsid w:val="007726D6"/>
    <w:rsid w:val="007C26E1"/>
    <w:rsid w:val="007F5F66"/>
    <w:rsid w:val="00BD3A37"/>
    <w:rsid w:val="00D16CEF"/>
    <w:rsid w:val="00EB52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0C45A0-370E-474C-A8FA-2FD9F93A5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1"/>
    <w:uiPriority w:val="9"/>
    <w:qFormat/>
    <w:rsid w:val="007726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semiHidden/>
    <w:unhideWhenUsed/>
    <w:qFormat/>
    <w:rsid w:val="007726D6"/>
    <w:pPr>
      <w:keepNext/>
      <w:keepLines/>
      <w:spacing w:before="200" w:after="0"/>
      <w:outlineLvl w:val="1"/>
    </w:pPr>
    <w:rPr>
      <w:rFonts w:ascii="Calibri" w:eastAsia="MS Gothic" w:hAnsi="Calibri" w:cs="Times New Roman"/>
      <w:b/>
      <w:bCs/>
      <w:color w:val="4F81BD"/>
      <w:sz w:val="26"/>
      <w:szCs w:val="26"/>
    </w:rPr>
  </w:style>
  <w:style w:type="paragraph" w:styleId="31">
    <w:name w:val="heading 3"/>
    <w:basedOn w:val="a1"/>
    <w:next w:val="a1"/>
    <w:link w:val="32"/>
    <w:uiPriority w:val="9"/>
    <w:semiHidden/>
    <w:unhideWhenUsed/>
    <w:qFormat/>
    <w:rsid w:val="007726D6"/>
    <w:pPr>
      <w:keepNext/>
      <w:keepLines/>
      <w:spacing w:before="200" w:after="0"/>
      <w:outlineLvl w:val="2"/>
    </w:pPr>
    <w:rPr>
      <w:rFonts w:ascii="Calibri" w:eastAsia="MS Gothic" w:hAnsi="Calibri" w:cs="Times New Roman"/>
      <w:b/>
      <w:bCs/>
      <w:color w:val="4F81BD"/>
    </w:rPr>
  </w:style>
  <w:style w:type="paragraph" w:styleId="4">
    <w:name w:val="heading 4"/>
    <w:basedOn w:val="a1"/>
    <w:next w:val="a1"/>
    <w:link w:val="40"/>
    <w:uiPriority w:val="9"/>
    <w:semiHidden/>
    <w:unhideWhenUsed/>
    <w:qFormat/>
    <w:rsid w:val="007726D6"/>
    <w:pPr>
      <w:keepNext/>
      <w:keepLines/>
      <w:spacing w:before="200" w:after="0"/>
      <w:outlineLvl w:val="3"/>
    </w:pPr>
    <w:rPr>
      <w:rFonts w:ascii="Calibri" w:eastAsia="MS Gothic" w:hAnsi="Calibri" w:cs="Times New Roman"/>
      <w:b/>
      <w:bCs/>
      <w:i/>
      <w:iCs/>
      <w:color w:val="4F81BD"/>
    </w:rPr>
  </w:style>
  <w:style w:type="paragraph" w:styleId="5">
    <w:name w:val="heading 5"/>
    <w:basedOn w:val="a1"/>
    <w:next w:val="a1"/>
    <w:link w:val="50"/>
    <w:uiPriority w:val="9"/>
    <w:semiHidden/>
    <w:unhideWhenUsed/>
    <w:qFormat/>
    <w:rsid w:val="007726D6"/>
    <w:pPr>
      <w:keepNext/>
      <w:keepLines/>
      <w:spacing w:before="200" w:after="0"/>
      <w:outlineLvl w:val="4"/>
    </w:pPr>
    <w:rPr>
      <w:rFonts w:ascii="Calibri" w:eastAsia="MS Gothic" w:hAnsi="Calibri" w:cs="Times New Roman"/>
      <w:color w:val="243F60"/>
    </w:rPr>
  </w:style>
  <w:style w:type="paragraph" w:styleId="6">
    <w:name w:val="heading 6"/>
    <w:basedOn w:val="a1"/>
    <w:next w:val="a1"/>
    <w:link w:val="60"/>
    <w:uiPriority w:val="9"/>
    <w:semiHidden/>
    <w:unhideWhenUsed/>
    <w:qFormat/>
    <w:rsid w:val="007726D6"/>
    <w:pPr>
      <w:keepNext/>
      <w:keepLines/>
      <w:spacing w:before="200" w:after="0"/>
      <w:outlineLvl w:val="5"/>
    </w:pPr>
    <w:rPr>
      <w:rFonts w:ascii="Calibri" w:eastAsia="MS Gothic" w:hAnsi="Calibri" w:cs="Times New Roman"/>
      <w:i/>
      <w:iCs/>
      <w:color w:val="243F60"/>
    </w:rPr>
  </w:style>
  <w:style w:type="paragraph" w:styleId="7">
    <w:name w:val="heading 7"/>
    <w:basedOn w:val="a1"/>
    <w:next w:val="a1"/>
    <w:link w:val="70"/>
    <w:uiPriority w:val="9"/>
    <w:semiHidden/>
    <w:unhideWhenUsed/>
    <w:qFormat/>
    <w:rsid w:val="007726D6"/>
    <w:pPr>
      <w:keepNext/>
      <w:keepLines/>
      <w:spacing w:before="200" w:after="0"/>
      <w:outlineLvl w:val="6"/>
    </w:pPr>
    <w:rPr>
      <w:rFonts w:ascii="Calibri" w:eastAsia="MS Gothic" w:hAnsi="Calibri" w:cs="Times New Roman"/>
      <w:i/>
      <w:iCs/>
      <w:color w:val="404040"/>
    </w:rPr>
  </w:style>
  <w:style w:type="paragraph" w:styleId="8">
    <w:name w:val="heading 8"/>
    <w:basedOn w:val="a1"/>
    <w:next w:val="a1"/>
    <w:link w:val="80"/>
    <w:uiPriority w:val="9"/>
    <w:semiHidden/>
    <w:unhideWhenUsed/>
    <w:qFormat/>
    <w:rsid w:val="007726D6"/>
    <w:pPr>
      <w:keepNext/>
      <w:keepLines/>
      <w:spacing w:before="200" w:after="0"/>
      <w:outlineLvl w:val="7"/>
    </w:pPr>
    <w:rPr>
      <w:rFonts w:ascii="Calibri" w:eastAsia="MS Gothic" w:hAnsi="Calibri" w:cs="Times New Roman"/>
      <w:color w:val="4F81BD"/>
      <w:sz w:val="20"/>
      <w:szCs w:val="20"/>
    </w:rPr>
  </w:style>
  <w:style w:type="paragraph" w:styleId="9">
    <w:name w:val="heading 9"/>
    <w:basedOn w:val="a1"/>
    <w:next w:val="a1"/>
    <w:link w:val="90"/>
    <w:uiPriority w:val="9"/>
    <w:semiHidden/>
    <w:unhideWhenUsed/>
    <w:qFormat/>
    <w:rsid w:val="007726D6"/>
    <w:pPr>
      <w:keepNext/>
      <w:keepLines/>
      <w:spacing w:before="200" w:after="0"/>
      <w:outlineLvl w:val="8"/>
    </w:pPr>
    <w:rPr>
      <w:rFonts w:ascii="Calibri" w:eastAsia="MS Gothic" w:hAnsi="Calibri" w:cs="Times New Roman"/>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7726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1"/>
    <w:uiPriority w:val="99"/>
    <w:unhideWhenUsed/>
    <w:rsid w:val="007726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laceholder-mask">
    <w:name w:val="placeholder-mask"/>
    <w:basedOn w:val="a2"/>
    <w:rsid w:val="007726D6"/>
  </w:style>
  <w:style w:type="character" w:customStyle="1" w:styleId="placeholder">
    <w:name w:val="placeholder"/>
    <w:basedOn w:val="a2"/>
    <w:rsid w:val="007726D6"/>
  </w:style>
  <w:style w:type="character" w:styleId="a7">
    <w:name w:val="Strong"/>
    <w:basedOn w:val="a2"/>
    <w:uiPriority w:val="22"/>
    <w:qFormat/>
    <w:rsid w:val="007726D6"/>
    <w:rPr>
      <w:b/>
      <w:bCs/>
    </w:rPr>
  </w:style>
  <w:style w:type="paragraph" w:customStyle="1" w:styleId="110">
    <w:name w:val="Заголовок 11"/>
    <w:basedOn w:val="a1"/>
    <w:next w:val="a1"/>
    <w:link w:val="10"/>
    <w:uiPriority w:val="9"/>
    <w:qFormat/>
    <w:rsid w:val="007726D6"/>
    <w:pPr>
      <w:keepNext/>
      <w:keepLines/>
      <w:spacing w:before="480" w:after="0"/>
      <w:outlineLvl w:val="0"/>
    </w:pPr>
    <w:rPr>
      <w:rFonts w:ascii="Calibri" w:eastAsia="MS Gothic" w:hAnsi="Calibri" w:cs="Times New Roman"/>
      <w:b/>
      <w:bCs/>
      <w:color w:val="365F91"/>
      <w:sz w:val="28"/>
      <w:szCs w:val="28"/>
    </w:rPr>
  </w:style>
  <w:style w:type="paragraph" w:customStyle="1" w:styleId="210">
    <w:name w:val="Заголовок 21"/>
    <w:basedOn w:val="a1"/>
    <w:next w:val="a1"/>
    <w:uiPriority w:val="9"/>
    <w:unhideWhenUsed/>
    <w:qFormat/>
    <w:rsid w:val="007726D6"/>
    <w:pPr>
      <w:keepNext/>
      <w:keepLines/>
      <w:spacing w:before="200" w:after="0"/>
      <w:outlineLvl w:val="1"/>
    </w:pPr>
    <w:rPr>
      <w:rFonts w:ascii="Calibri" w:eastAsia="MS Gothic" w:hAnsi="Calibri" w:cs="Times New Roman"/>
      <w:b/>
      <w:bCs/>
      <w:color w:val="4F81BD"/>
      <w:sz w:val="26"/>
      <w:szCs w:val="26"/>
      <w:lang w:val="en-US"/>
    </w:rPr>
  </w:style>
  <w:style w:type="paragraph" w:customStyle="1" w:styleId="310">
    <w:name w:val="Заголовок 31"/>
    <w:basedOn w:val="a1"/>
    <w:next w:val="a1"/>
    <w:uiPriority w:val="9"/>
    <w:unhideWhenUsed/>
    <w:qFormat/>
    <w:rsid w:val="007726D6"/>
    <w:pPr>
      <w:keepNext/>
      <w:keepLines/>
      <w:spacing w:before="200" w:after="0"/>
      <w:outlineLvl w:val="2"/>
    </w:pPr>
    <w:rPr>
      <w:rFonts w:ascii="Calibri" w:eastAsia="MS Gothic" w:hAnsi="Calibri" w:cs="Times New Roman"/>
      <w:b/>
      <w:bCs/>
      <w:color w:val="4F81BD"/>
      <w:lang w:val="en-US"/>
    </w:rPr>
  </w:style>
  <w:style w:type="paragraph" w:customStyle="1" w:styleId="41">
    <w:name w:val="Заголовок 41"/>
    <w:basedOn w:val="a1"/>
    <w:next w:val="a1"/>
    <w:uiPriority w:val="9"/>
    <w:semiHidden/>
    <w:unhideWhenUsed/>
    <w:qFormat/>
    <w:rsid w:val="007726D6"/>
    <w:pPr>
      <w:keepNext/>
      <w:keepLines/>
      <w:spacing w:before="200" w:after="0"/>
      <w:outlineLvl w:val="3"/>
    </w:pPr>
    <w:rPr>
      <w:rFonts w:ascii="Calibri" w:eastAsia="MS Gothic" w:hAnsi="Calibri" w:cs="Times New Roman"/>
      <w:b/>
      <w:bCs/>
      <w:i/>
      <w:iCs/>
      <w:color w:val="4F81BD"/>
      <w:lang w:val="en-US"/>
    </w:rPr>
  </w:style>
  <w:style w:type="paragraph" w:customStyle="1" w:styleId="51">
    <w:name w:val="Заголовок 51"/>
    <w:basedOn w:val="a1"/>
    <w:next w:val="a1"/>
    <w:uiPriority w:val="9"/>
    <w:semiHidden/>
    <w:unhideWhenUsed/>
    <w:qFormat/>
    <w:rsid w:val="007726D6"/>
    <w:pPr>
      <w:keepNext/>
      <w:keepLines/>
      <w:spacing w:before="200" w:after="0"/>
      <w:outlineLvl w:val="4"/>
    </w:pPr>
    <w:rPr>
      <w:rFonts w:ascii="Calibri" w:eastAsia="MS Gothic" w:hAnsi="Calibri" w:cs="Times New Roman"/>
      <w:color w:val="243F60"/>
      <w:lang w:val="en-US"/>
    </w:rPr>
  </w:style>
  <w:style w:type="paragraph" w:customStyle="1" w:styleId="61">
    <w:name w:val="Заголовок 61"/>
    <w:basedOn w:val="a1"/>
    <w:next w:val="a1"/>
    <w:uiPriority w:val="9"/>
    <w:semiHidden/>
    <w:unhideWhenUsed/>
    <w:qFormat/>
    <w:rsid w:val="007726D6"/>
    <w:pPr>
      <w:keepNext/>
      <w:keepLines/>
      <w:spacing w:before="200" w:after="0"/>
      <w:outlineLvl w:val="5"/>
    </w:pPr>
    <w:rPr>
      <w:rFonts w:ascii="Calibri" w:eastAsia="MS Gothic" w:hAnsi="Calibri" w:cs="Times New Roman"/>
      <w:i/>
      <w:iCs/>
      <w:color w:val="243F60"/>
      <w:lang w:val="en-US"/>
    </w:rPr>
  </w:style>
  <w:style w:type="paragraph" w:customStyle="1" w:styleId="71">
    <w:name w:val="Заголовок 71"/>
    <w:basedOn w:val="a1"/>
    <w:next w:val="a1"/>
    <w:uiPriority w:val="9"/>
    <w:semiHidden/>
    <w:unhideWhenUsed/>
    <w:qFormat/>
    <w:rsid w:val="007726D6"/>
    <w:pPr>
      <w:keepNext/>
      <w:keepLines/>
      <w:spacing w:before="200" w:after="0"/>
      <w:outlineLvl w:val="6"/>
    </w:pPr>
    <w:rPr>
      <w:rFonts w:ascii="Calibri" w:eastAsia="MS Gothic" w:hAnsi="Calibri" w:cs="Times New Roman"/>
      <w:i/>
      <w:iCs/>
      <w:color w:val="404040"/>
      <w:lang w:val="en-US"/>
    </w:rPr>
  </w:style>
  <w:style w:type="paragraph" w:customStyle="1" w:styleId="81">
    <w:name w:val="Заголовок 81"/>
    <w:basedOn w:val="a1"/>
    <w:next w:val="a1"/>
    <w:uiPriority w:val="9"/>
    <w:semiHidden/>
    <w:unhideWhenUsed/>
    <w:qFormat/>
    <w:rsid w:val="007726D6"/>
    <w:pPr>
      <w:keepNext/>
      <w:keepLines/>
      <w:spacing w:before="200" w:after="0"/>
      <w:outlineLvl w:val="7"/>
    </w:pPr>
    <w:rPr>
      <w:rFonts w:ascii="Calibri" w:eastAsia="MS Gothic" w:hAnsi="Calibri" w:cs="Times New Roman"/>
      <w:color w:val="4F81BD"/>
      <w:sz w:val="20"/>
      <w:szCs w:val="20"/>
      <w:lang w:val="en-US"/>
    </w:rPr>
  </w:style>
  <w:style w:type="paragraph" w:customStyle="1" w:styleId="91">
    <w:name w:val="Заголовок 91"/>
    <w:basedOn w:val="a1"/>
    <w:next w:val="a1"/>
    <w:uiPriority w:val="9"/>
    <w:semiHidden/>
    <w:unhideWhenUsed/>
    <w:qFormat/>
    <w:rsid w:val="007726D6"/>
    <w:pPr>
      <w:keepNext/>
      <w:keepLines/>
      <w:spacing w:before="200" w:after="0"/>
      <w:outlineLvl w:val="8"/>
    </w:pPr>
    <w:rPr>
      <w:rFonts w:ascii="Calibri" w:eastAsia="MS Gothic" w:hAnsi="Calibri" w:cs="Times New Roman"/>
      <w:i/>
      <w:iCs/>
      <w:color w:val="404040"/>
      <w:sz w:val="20"/>
      <w:szCs w:val="20"/>
      <w:lang w:val="en-US"/>
    </w:rPr>
  </w:style>
  <w:style w:type="numbering" w:customStyle="1" w:styleId="12">
    <w:name w:val="Нет списка1"/>
    <w:next w:val="a4"/>
    <w:uiPriority w:val="99"/>
    <w:semiHidden/>
    <w:unhideWhenUsed/>
    <w:rsid w:val="007726D6"/>
  </w:style>
  <w:style w:type="paragraph" w:styleId="a8">
    <w:name w:val="header"/>
    <w:basedOn w:val="a1"/>
    <w:link w:val="a9"/>
    <w:uiPriority w:val="99"/>
    <w:unhideWhenUsed/>
    <w:rsid w:val="007726D6"/>
    <w:pPr>
      <w:tabs>
        <w:tab w:val="center" w:pos="4680"/>
        <w:tab w:val="right" w:pos="9360"/>
      </w:tabs>
      <w:spacing w:after="0" w:line="240" w:lineRule="auto"/>
    </w:pPr>
    <w:rPr>
      <w:rFonts w:eastAsia="MS Mincho"/>
      <w:lang w:val="en-US"/>
    </w:rPr>
  </w:style>
  <w:style w:type="character" w:customStyle="1" w:styleId="a9">
    <w:name w:val="Верхний колонтитул Знак"/>
    <w:basedOn w:val="a2"/>
    <w:link w:val="a8"/>
    <w:uiPriority w:val="99"/>
    <w:rsid w:val="007726D6"/>
    <w:rPr>
      <w:rFonts w:eastAsia="MS Mincho"/>
      <w:lang w:val="en-US"/>
    </w:rPr>
  </w:style>
  <w:style w:type="paragraph" w:styleId="aa">
    <w:name w:val="footer"/>
    <w:basedOn w:val="a1"/>
    <w:link w:val="ab"/>
    <w:uiPriority w:val="99"/>
    <w:unhideWhenUsed/>
    <w:rsid w:val="007726D6"/>
    <w:pPr>
      <w:tabs>
        <w:tab w:val="center" w:pos="4680"/>
        <w:tab w:val="right" w:pos="9360"/>
      </w:tabs>
      <w:spacing w:after="0" w:line="240" w:lineRule="auto"/>
    </w:pPr>
    <w:rPr>
      <w:rFonts w:eastAsia="MS Mincho"/>
      <w:lang w:val="en-US"/>
    </w:rPr>
  </w:style>
  <w:style w:type="character" w:customStyle="1" w:styleId="ab">
    <w:name w:val="Нижний колонтитул Знак"/>
    <w:basedOn w:val="a2"/>
    <w:link w:val="aa"/>
    <w:uiPriority w:val="99"/>
    <w:rsid w:val="007726D6"/>
    <w:rPr>
      <w:rFonts w:eastAsia="MS Mincho"/>
      <w:lang w:val="en-US"/>
    </w:rPr>
  </w:style>
  <w:style w:type="paragraph" w:styleId="ac">
    <w:name w:val="No Spacing"/>
    <w:uiPriority w:val="1"/>
    <w:qFormat/>
    <w:rsid w:val="007726D6"/>
    <w:pPr>
      <w:spacing w:after="0" w:line="240" w:lineRule="auto"/>
    </w:pPr>
    <w:rPr>
      <w:rFonts w:eastAsia="MS Mincho"/>
      <w:lang w:val="en-US"/>
    </w:rPr>
  </w:style>
  <w:style w:type="character" w:customStyle="1" w:styleId="10">
    <w:name w:val="Заголовок 1 Знак"/>
    <w:basedOn w:val="a2"/>
    <w:link w:val="110"/>
    <w:uiPriority w:val="9"/>
    <w:rsid w:val="007726D6"/>
    <w:rPr>
      <w:rFonts w:ascii="Calibri" w:eastAsia="MS Gothic" w:hAnsi="Calibri" w:cs="Times New Roman"/>
      <w:b/>
      <w:bCs/>
      <w:color w:val="365F91"/>
      <w:sz w:val="28"/>
      <w:szCs w:val="28"/>
    </w:rPr>
  </w:style>
  <w:style w:type="character" w:customStyle="1" w:styleId="22">
    <w:name w:val="Заголовок 2 Знак"/>
    <w:basedOn w:val="a2"/>
    <w:link w:val="21"/>
    <w:uiPriority w:val="9"/>
    <w:rsid w:val="007726D6"/>
    <w:rPr>
      <w:rFonts w:ascii="Calibri" w:eastAsia="MS Gothic" w:hAnsi="Calibri" w:cs="Times New Roman"/>
      <w:b/>
      <w:bCs/>
      <w:color w:val="4F81BD"/>
      <w:sz w:val="26"/>
      <w:szCs w:val="26"/>
    </w:rPr>
  </w:style>
  <w:style w:type="character" w:customStyle="1" w:styleId="32">
    <w:name w:val="Заголовок 3 Знак"/>
    <w:basedOn w:val="a2"/>
    <w:link w:val="31"/>
    <w:uiPriority w:val="9"/>
    <w:rsid w:val="007726D6"/>
    <w:rPr>
      <w:rFonts w:ascii="Calibri" w:eastAsia="MS Gothic" w:hAnsi="Calibri" w:cs="Times New Roman"/>
      <w:b/>
      <w:bCs/>
      <w:color w:val="4F81BD"/>
    </w:rPr>
  </w:style>
  <w:style w:type="paragraph" w:customStyle="1" w:styleId="13">
    <w:name w:val="Название1"/>
    <w:basedOn w:val="a1"/>
    <w:next w:val="a1"/>
    <w:uiPriority w:val="10"/>
    <w:qFormat/>
    <w:rsid w:val="007726D6"/>
    <w:pPr>
      <w:pBdr>
        <w:bottom w:val="single" w:sz="8" w:space="4" w:color="4F81BD"/>
      </w:pBdr>
      <w:spacing w:after="300" w:line="240" w:lineRule="auto"/>
      <w:contextualSpacing/>
    </w:pPr>
    <w:rPr>
      <w:rFonts w:ascii="Calibri" w:eastAsia="MS Gothic" w:hAnsi="Calibri" w:cs="Times New Roman"/>
      <w:color w:val="17365D"/>
      <w:spacing w:val="5"/>
      <w:kern w:val="28"/>
      <w:sz w:val="52"/>
      <w:szCs w:val="52"/>
      <w:lang w:val="en-US"/>
    </w:rPr>
  </w:style>
  <w:style w:type="character" w:customStyle="1" w:styleId="ad">
    <w:name w:val="Название Знак"/>
    <w:basedOn w:val="a2"/>
    <w:link w:val="ae"/>
    <w:uiPriority w:val="10"/>
    <w:rsid w:val="007726D6"/>
    <w:rPr>
      <w:rFonts w:ascii="Calibri" w:eastAsia="MS Gothic" w:hAnsi="Calibri" w:cs="Times New Roman"/>
      <w:color w:val="17365D"/>
      <w:spacing w:val="5"/>
      <w:kern w:val="28"/>
      <w:sz w:val="52"/>
      <w:szCs w:val="52"/>
    </w:rPr>
  </w:style>
  <w:style w:type="paragraph" w:customStyle="1" w:styleId="14">
    <w:name w:val="Подзаголовок1"/>
    <w:basedOn w:val="a1"/>
    <w:next w:val="a1"/>
    <w:uiPriority w:val="11"/>
    <w:qFormat/>
    <w:rsid w:val="007726D6"/>
    <w:pPr>
      <w:numPr>
        <w:ilvl w:val="1"/>
      </w:numPr>
    </w:pPr>
    <w:rPr>
      <w:rFonts w:ascii="Calibri" w:eastAsia="MS Gothic" w:hAnsi="Calibri" w:cs="Times New Roman"/>
      <w:i/>
      <w:iCs/>
      <w:color w:val="4F81BD"/>
      <w:spacing w:val="15"/>
      <w:sz w:val="24"/>
      <w:szCs w:val="24"/>
      <w:lang w:val="en-US"/>
    </w:rPr>
  </w:style>
  <w:style w:type="character" w:customStyle="1" w:styleId="af">
    <w:name w:val="Подзаголовок Знак"/>
    <w:basedOn w:val="a2"/>
    <w:link w:val="af0"/>
    <w:uiPriority w:val="11"/>
    <w:rsid w:val="007726D6"/>
    <w:rPr>
      <w:rFonts w:ascii="Calibri" w:eastAsia="MS Gothic" w:hAnsi="Calibri" w:cs="Times New Roman"/>
      <w:i/>
      <w:iCs/>
      <w:color w:val="4F81BD"/>
      <w:spacing w:val="15"/>
      <w:sz w:val="24"/>
      <w:szCs w:val="24"/>
    </w:rPr>
  </w:style>
  <w:style w:type="paragraph" w:styleId="af1">
    <w:name w:val="List Paragraph"/>
    <w:basedOn w:val="a1"/>
    <w:uiPriority w:val="34"/>
    <w:qFormat/>
    <w:rsid w:val="007726D6"/>
    <w:pPr>
      <w:ind w:left="720"/>
      <w:contextualSpacing/>
    </w:pPr>
    <w:rPr>
      <w:rFonts w:eastAsia="MS Mincho"/>
      <w:lang w:val="en-US"/>
    </w:rPr>
  </w:style>
  <w:style w:type="paragraph" w:styleId="af2">
    <w:name w:val="Body Text"/>
    <w:basedOn w:val="a1"/>
    <w:link w:val="af3"/>
    <w:uiPriority w:val="99"/>
    <w:unhideWhenUsed/>
    <w:rsid w:val="007726D6"/>
    <w:pPr>
      <w:spacing w:after="120"/>
    </w:pPr>
    <w:rPr>
      <w:rFonts w:eastAsia="MS Mincho"/>
      <w:lang w:val="en-US"/>
    </w:rPr>
  </w:style>
  <w:style w:type="character" w:customStyle="1" w:styleId="af3">
    <w:name w:val="Основной текст Знак"/>
    <w:basedOn w:val="a2"/>
    <w:link w:val="af2"/>
    <w:uiPriority w:val="99"/>
    <w:rsid w:val="007726D6"/>
    <w:rPr>
      <w:rFonts w:eastAsia="MS Mincho"/>
      <w:lang w:val="en-US"/>
    </w:rPr>
  </w:style>
  <w:style w:type="paragraph" w:styleId="23">
    <w:name w:val="Body Text 2"/>
    <w:basedOn w:val="a1"/>
    <w:link w:val="24"/>
    <w:uiPriority w:val="99"/>
    <w:unhideWhenUsed/>
    <w:rsid w:val="007726D6"/>
    <w:pPr>
      <w:spacing w:after="120" w:line="480" w:lineRule="auto"/>
    </w:pPr>
    <w:rPr>
      <w:rFonts w:eastAsia="MS Mincho"/>
      <w:lang w:val="en-US"/>
    </w:rPr>
  </w:style>
  <w:style w:type="character" w:customStyle="1" w:styleId="24">
    <w:name w:val="Основной текст 2 Знак"/>
    <w:basedOn w:val="a2"/>
    <w:link w:val="23"/>
    <w:uiPriority w:val="99"/>
    <w:rsid w:val="007726D6"/>
    <w:rPr>
      <w:rFonts w:eastAsia="MS Mincho"/>
      <w:lang w:val="en-US"/>
    </w:rPr>
  </w:style>
  <w:style w:type="paragraph" w:styleId="33">
    <w:name w:val="Body Text 3"/>
    <w:basedOn w:val="a1"/>
    <w:link w:val="34"/>
    <w:uiPriority w:val="99"/>
    <w:unhideWhenUsed/>
    <w:rsid w:val="007726D6"/>
    <w:pPr>
      <w:spacing w:after="120"/>
    </w:pPr>
    <w:rPr>
      <w:rFonts w:eastAsia="MS Mincho"/>
      <w:sz w:val="16"/>
      <w:szCs w:val="16"/>
      <w:lang w:val="en-US"/>
    </w:rPr>
  </w:style>
  <w:style w:type="character" w:customStyle="1" w:styleId="34">
    <w:name w:val="Основной текст 3 Знак"/>
    <w:basedOn w:val="a2"/>
    <w:link w:val="33"/>
    <w:uiPriority w:val="99"/>
    <w:rsid w:val="007726D6"/>
    <w:rPr>
      <w:rFonts w:eastAsia="MS Mincho"/>
      <w:sz w:val="16"/>
      <w:szCs w:val="16"/>
      <w:lang w:val="en-US"/>
    </w:rPr>
  </w:style>
  <w:style w:type="paragraph" w:styleId="af4">
    <w:name w:val="List"/>
    <w:basedOn w:val="a1"/>
    <w:uiPriority w:val="99"/>
    <w:unhideWhenUsed/>
    <w:rsid w:val="007726D6"/>
    <w:pPr>
      <w:ind w:left="360" w:hanging="360"/>
      <w:contextualSpacing/>
    </w:pPr>
    <w:rPr>
      <w:rFonts w:eastAsia="MS Mincho"/>
      <w:lang w:val="en-US"/>
    </w:rPr>
  </w:style>
  <w:style w:type="paragraph" w:styleId="25">
    <w:name w:val="List 2"/>
    <w:basedOn w:val="a1"/>
    <w:uiPriority w:val="99"/>
    <w:unhideWhenUsed/>
    <w:rsid w:val="007726D6"/>
    <w:pPr>
      <w:ind w:left="720" w:hanging="360"/>
      <w:contextualSpacing/>
    </w:pPr>
    <w:rPr>
      <w:rFonts w:eastAsia="MS Mincho"/>
      <w:lang w:val="en-US"/>
    </w:rPr>
  </w:style>
  <w:style w:type="paragraph" w:styleId="35">
    <w:name w:val="List 3"/>
    <w:basedOn w:val="a1"/>
    <w:uiPriority w:val="99"/>
    <w:unhideWhenUsed/>
    <w:rsid w:val="007726D6"/>
    <w:pPr>
      <w:ind w:left="1080" w:hanging="360"/>
      <w:contextualSpacing/>
    </w:pPr>
    <w:rPr>
      <w:rFonts w:eastAsia="MS Mincho"/>
      <w:lang w:val="en-US"/>
    </w:rPr>
  </w:style>
  <w:style w:type="paragraph" w:styleId="a0">
    <w:name w:val="List Bullet"/>
    <w:basedOn w:val="a1"/>
    <w:uiPriority w:val="99"/>
    <w:unhideWhenUsed/>
    <w:rsid w:val="007726D6"/>
    <w:pPr>
      <w:numPr>
        <w:numId w:val="8"/>
      </w:numPr>
      <w:tabs>
        <w:tab w:val="clear" w:pos="360"/>
        <w:tab w:val="num" w:pos="720"/>
      </w:tabs>
      <w:ind w:left="720"/>
      <w:contextualSpacing/>
    </w:pPr>
    <w:rPr>
      <w:rFonts w:eastAsia="MS Mincho"/>
      <w:lang w:val="en-US"/>
    </w:rPr>
  </w:style>
  <w:style w:type="paragraph" w:styleId="20">
    <w:name w:val="List Bullet 2"/>
    <w:basedOn w:val="a1"/>
    <w:uiPriority w:val="99"/>
    <w:unhideWhenUsed/>
    <w:rsid w:val="007726D6"/>
    <w:pPr>
      <w:numPr>
        <w:numId w:val="9"/>
      </w:numPr>
      <w:contextualSpacing/>
    </w:pPr>
    <w:rPr>
      <w:rFonts w:eastAsia="MS Mincho"/>
      <w:lang w:val="en-US"/>
    </w:rPr>
  </w:style>
  <w:style w:type="paragraph" w:styleId="30">
    <w:name w:val="List Bullet 3"/>
    <w:basedOn w:val="a1"/>
    <w:uiPriority w:val="99"/>
    <w:unhideWhenUsed/>
    <w:rsid w:val="007726D6"/>
    <w:pPr>
      <w:numPr>
        <w:numId w:val="10"/>
      </w:numPr>
      <w:tabs>
        <w:tab w:val="clear" w:pos="1080"/>
        <w:tab w:val="num" w:pos="720"/>
      </w:tabs>
      <w:ind w:left="720"/>
      <w:contextualSpacing/>
    </w:pPr>
    <w:rPr>
      <w:rFonts w:eastAsia="MS Mincho"/>
      <w:lang w:val="en-US"/>
    </w:rPr>
  </w:style>
  <w:style w:type="paragraph" w:styleId="a">
    <w:name w:val="List Number"/>
    <w:basedOn w:val="a1"/>
    <w:uiPriority w:val="99"/>
    <w:unhideWhenUsed/>
    <w:rsid w:val="007726D6"/>
    <w:pPr>
      <w:numPr>
        <w:numId w:val="12"/>
      </w:numPr>
      <w:tabs>
        <w:tab w:val="clear" w:pos="360"/>
        <w:tab w:val="num" w:pos="720"/>
      </w:tabs>
      <w:ind w:left="720"/>
      <w:contextualSpacing/>
    </w:pPr>
    <w:rPr>
      <w:rFonts w:eastAsia="MS Mincho"/>
      <w:lang w:val="en-US"/>
    </w:rPr>
  </w:style>
  <w:style w:type="paragraph" w:styleId="2">
    <w:name w:val="List Number 2"/>
    <w:basedOn w:val="a1"/>
    <w:uiPriority w:val="99"/>
    <w:unhideWhenUsed/>
    <w:rsid w:val="007726D6"/>
    <w:pPr>
      <w:numPr>
        <w:numId w:val="13"/>
      </w:numPr>
      <w:contextualSpacing/>
    </w:pPr>
    <w:rPr>
      <w:rFonts w:eastAsia="MS Mincho"/>
      <w:lang w:val="en-US"/>
    </w:rPr>
  </w:style>
  <w:style w:type="paragraph" w:styleId="3">
    <w:name w:val="List Number 3"/>
    <w:basedOn w:val="a1"/>
    <w:uiPriority w:val="99"/>
    <w:unhideWhenUsed/>
    <w:rsid w:val="007726D6"/>
    <w:pPr>
      <w:numPr>
        <w:numId w:val="14"/>
      </w:numPr>
      <w:tabs>
        <w:tab w:val="clear" w:pos="1080"/>
        <w:tab w:val="num" w:pos="720"/>
      </w:tabs>
      <w:ind w:left="720"/>
      <w:contextualSpacing/>
    </w:pPr>
    <w:rPr>
      <w:rFonts w:eastAsia="MS Mincho"/>
      <w:lang w:val="en-US"/>
    </w:rPr>
  </w:style>
  <w:style w:type="paragraph" w:styleId="af5">
    <w:name w:val="List Continue"/>
    <w:basedOn w:val="a1"/>
    <w:uiPriority w:val="99"/>
    <w:unhideWhenUsed/>
    <w:rsid w:val="007726D6"/>
    <w:pPr>
      <w:spacing w:after="120"/>
      <w:ind w:left="360"/>
      <w:contextualSpacing/>
    </w:pPr>
    <w:rPr>
      <w:rFonts w:eastAsia="MS Mincho"/>
      <w:lang w:val="en-US"/>
    </w:rPr>
  </w:style>
  <w:style w:type="paragraph" w:styleId="26">
    <w:name w:val="List Continue 2"/>
    <w:basedOn w:val="a1"/>
    <w:uiPriority w:val="99"/>
    <w:unhideWhenUsed/>
    <w:rsid w:val="007726D6"/>
    <w:pPr>
      <w:spacing w:after="120"/>
      <w:ind w:left="720"/>
      <w:contextualSpacing/>
    </w:pPr>
    <w:rPr>
      <w:rFonts w:eastAsia="MS Mincho"/>
      <w:lang w:val="en-US"/>
    </w:rPr>
  </w:style>
  <w:style w:type="paragraph" w:styleId="36">
    <w:name w:val="List Continue 3"/>
    <w:basedOn w:val="a1"/>
    <w:uiPriority w:val="99"/>
    <w:unhideWhenUsed/>
    <w:rsid w:val="007726D6"/>
    <w:pPr>
      <w:spacing w:after="120"/>
      <w:ind w:left="1080"/>
      <w:contextualSpacing/>
    </w:pPr>
    <w:rPr>
      <w:rFonts w:eastAsia="MS Mincho"/>
      <w:lang w:val="en-US"/>
    </w:rPr>
  </w:style>
  <w:style w:type="paragraph" w:styleId="af6">
    <w:name w:val="macro"/>
    <w:link w:val="af7"/>
    <w:uiPriority w:val="99"/>
    <w:unhideWhenUsed/>
    <w:rsid w:val="007726D6"/>
    <w:pPr>
      <w:tabs>
        <w:tab w:val="left" w:pos="576"/>
        <w:tab w:val="left" w:pos="1152"/>
        <w:tab w:val="left" w:pos="1728"/>
        <w:tab w:val="left" w:pos="2304"/>
        <w:tab w:val="left" w:pos="2880"/>
        <w:tab w:val="left" w:pos="3456"/>
        <w:tab w:val="left" w:pos="4032"/>
      </w:tabs>
    </w:pPr>
    <w:rPr>
      <w:rFonts w:ascii="Courier" w:eastAsia="MS Mincho" w:hAnsi="Courier"/>
      <w:sz w:val="20"/>
      <w:szCs w:val="20"/>
      <w:lang w:val="en-US"/>
    </w:rPr>
  </w:style>
  <w:style w:type="character" w:customStyle="1" w:styleId="af7">
    <w:name w:val="Текст макроса Знак"/>
    <w:basedOn w:val="a2"/>
    <w:link w:val="af6"/>
    <w:uiPriority w:val="99"/>
    <w:rsid w:val="007726D6"/>
    <w:rPr>
      <w:rFonts w:ascii="Courier" w:eastAsia="MS Mincho" w:hAnsi="Courier"/>
      <w:sz w:val="20"/>
      <w:szCs w:val="20"/>
      <w:lang w:val="en-US"/>
    </w:rPr>
  </w:style>
  <w:style w:type="paragraph" w:customStyle="1" w:styleId="211">
    <w:name w:val="Цитата 21"/>
    <w:basedOn w:val="a1"/>
    <w:next w:val="a1"/>
    <w:uiPriority w:val="29"/>
    <w:qFormat/>
    <w:rsid w:val="007726D6"/>
    <w:rPr>
      <w:rFonts w:eastAsia="MS Mincho"/>
      <w:i/>
      <w:iCs/>
      <w:color w:val="000000"/>
      <w:lang w:val="en-US"/>
    </w:rPr>
  </w:style>
  <w:style w:type="character" w:customStyle="1" w:styleId="27">
    <w:name w:val="Цитата 2 Знак"/>
    <w:basedOn w:val="a2"/>
    <w:link w:val="28"/>
    <w:uiPriority w:val="29"/>
    <w:rsid w:val="007726D6"/>
    <w:rPr>
      <w:i/>
      <w:iCs/>
      <w:color w:val="000000"/>
    </w:rPr>
  </w:style>
  <w:style w:type="character" w:customStyle="1" w:styleId="40">
    <w:name w:val="Заголовок 4 Знак"/>
    <w:basedOn w:val="a2"/>
    <w:link w:val="4"/>
    <w:uiPriority w:val="9"/>
    <w:semiHidden/>
    <w:rsid w:val="007726D6"/>
    <w:rPr>
      <w:rFonts w:ascii="Calibri" w:eastAsia="MS Gothic" w:hAnsi="Calibri" w:cs="Times New Roman"/>
      <w:b/>
      <w:bCs/>
      <w:i/>
      <w:iCs/>
      <w:color w:val="4F81BD"/>
    </w:rPr>
  </w:style>
  <w:style w:type="character" w:customStyle="1" w:styleId="50">
    <w:name w:val="Заголовок 5 Знак"/>
    <w:basedOn w:val="a2"/>
    <w:link w:val="5"/>
    <w:uiPriority w:val="9"/>
    <w:semiHidden/>
    <w:rsid w:val="007726D6"/>
    <w:rPr>
      <w:rFonts w:ascii="Calibri" w:eastAsia="MS Gothic" w:hAnsi="Calibri" w:cs="Times New Roman"/>
      <w:color w:val="243F60"/>
    </w:rPr>
  </w:style>
  <w:style w:type="character" w:customStyle="1" w:styleId="60">
    <w:name w:val="Заголовок 6 Знак"/>
    <w:basedOn w:val="a2"/>
    <w:link w:val="6"/>
    <w:uiPriority w:val="9"/>
    <w:semiHidden/>
    <w:rsid w:val="007726D6"/>
    <w:rPr>
      <w:rFonts w:ascii="Calibri" w:eastAsia="MS Gothic" w:hAnsi="Calibri" w:cs="Times New Roman"/>
      <w:i/>
      <w:iCs/>
      <w:color w:val="243F60"/>
    </w:rPr>
  </w:style>
  <w:style w:type="character" w:customStyle="1" w:styleId="70">
    <w:name w:val="Заголовок 7 Знак"/>
    <w:basedOn w:val="a2"/>
    <w:link w:val="7"/>
    <w:uiPriority w:val="9"/>
    <w:semiHidden/>
    <w:rsid w:val="007726D6"/>
    <w:rPr>
      <w:rFonts w:ascii="Calibri" w:eastAsia="MS Gothic" w:hAnsi="Calibri" w:cs="Times New Roman"/>
      <w:i/>
      <w:iCs/>
      <w:color w:val="404040"/>
    </w:rPr>
  </w:style>
  <w:style w:type="character" w:customStyle="1" w:styleId="80">
    <w:name w:val="Заголовок 8 Знак"/>
    <w:basedOn w:val="a2"/>
    <w:link w:val="8"/>
    <w:uiPriority w:val="9"/>
    <w:semiHidden/>
    <w:rsid w:val="007726D6"/>
    <w:rPr>
      <w:rFonts w:ascii="Calibri" w:eastAsia="MS Gothic" w:hAnsi="Calibri" w:cs="Times New Roman"/>
      <w:color w:val="4F81BD"/>
      <w:sz w:val="20"/>
      <w:szCs w:val="20"/>
    </w:rPr>
  </w:style>
  <w:style w:type="character" w:customStyle="1" w:styleId="90">
    <w:name w:val="Заголовок 9 Знак"/>
    <w:basedOn w:val="a2"/>
    <w:link w:val="9"/>
    <w:uiPriority w:val="9"/>
    <w:semiHidden/>
    <w:rsid w:val="007726D6"/>
    <w:rPr>
      <w:rFonts w:ascii="Calibri" w:eastAsia="MS Gothic" w:hAnsi="Calibri" w:cs="Times New Roman"/>
      <w:i/>
      <w:iCs/>
      <w:color w:val="404040"/>
      <w:sz w:val="20"/>
      <w:szCs w:val="20"/>
    </w:rPr>
  </w:style>
  <w:style w:type="paragraph" w:customStyle="1" w:styleId="15">
    <w:name w:val="Название объекта1"/>
    <w:basedOn w:val="a1"/>
    <w:next w:val="a1"/>
    <w:uiPriority w:val="35"/>
    <w:semiHidden/>
    <w:unhideWhenUsed/>
    <w:qFormat/>
    <w:rsid w:val="007726D6"/>
    <w:pPr>
      <w:spacing w:line="240" w:lineRule="auto"/>
    </w:pPr>
    <w:rPr>
      <w:rFonts w:eastAsia="MS Mincho"/>
      <w:b/>
      <w:bCs/>
      <w:color w:val="4F81BD"/>
      <w:sz w:val="18"/>
      <w:szCs w:val="18"/>
      <w:lang w:val="en-US"/>
    </w:rPr>
  </w:style>
  <w:style w:type="character" w:styleId="af8">
    <w:name w:val="Emphasis"/>
    <w:basedOn w:val="a2"/>
    <w:uiPriority w:val="20"/>
    <w:qFormat/>
    <w:rsid w:val="007726D6"/>
    <w:rPr>
      <w:i/>
      <w:iCs/>
    </w:rPr>
  </w:style>
  <w:style w:type="paragraph" w:customStyle="1" w:styleId="16">
    <w:name w:val="Выделенная цитата1"/>
    <w:basedOn w:val="a1"/>
    <w:next w:val="a1"/>
    <w:uiPriority w:val="30"/>
    <w:qFormat/>
    <w:rsid w:val="007726D6"/>
    <w:pPr>
      <w:pBdr>
        <w:bottom w:val="single" w:sz="4" w:space="4" w:color="4F81BD"/>
      </w:pBdr>
      <w:spacing w:before="200" w:after="280"/>
      <w:ind w:left="936" w:right="936"/>
    </w:pPr>
    <w:rPr>
      <w:rFonts w:eastAsia="MS Mincho"/>
      <w:b/>
      <w:bCs/>
      <w:i/>
      <w:iCs/>
      <w:color w:val="4F81BD"/>
      <w:lang w:val="en-US"/>
    </w:rPr>
  </w:style>
  <w:style w:type="character" w:customStyle="1" w:styleId="af9">
    <w:name w:val="Выделенная цитата Знак"/>
    <w:basedOn w:val="a2"/>
    <w:link w:val="afa"/>
    <w:uiPriority w:val="30"/>
    <w:rsid w:val="007726D6"/>
    <w:rPr>
      <w:b/>
      <w:bCs/>
      <w:i/>
      <w:iCs/>
      <w:color w:val="4F81BD"/>
    </w:rPr>
  </w:style>
  <w:style w:type="character" w:customStyle="1" w:styleId="17">
    <w:name w:val="Слабое выделение1"/>
    <w:basedOn w:val="a2"/>
    <w:uiPriority w:val="19"/>
    <w:qFormat/>
    <w:rsid w:val="007726D6"/>
    <w:rPr>
      <w:i/>
      <w:iCs/>
      <w:color w:val="808080"/>
    </w:rPr>
  </w:style>
  <w:style w:type="character" w:customStyle="1" w:styleId="18">
    <w:name w:val="Сильное выделение1"/>
    <w:basedOn w:val="a2"/>
    <w:uiPriority w:val="21"/>
    <w:qFormat/>
    <w:rsid w:val="007726D6"/>
    <w:rPr>
      <w:b/>
      <w:bCs/>
      <w:i/>
      <w:iCs/>
      <w:color w:val="4F81BD"/>
    </w:rPr>
  </w:style>
  <w:style w:type="character" w:customStyle="1" w:styleId="19">
    <w:name w:val="Слабая ссылка1"/>
    <w:basedOn w:val="a2"/>
    <w:uiPriority w:val="31"/>
    <w:qFormat/>
    <w:rsid w:val="007726D6"/>
    <w:rPr>
      <w:smallCaps/>
      <w:color w:val="C0504D"/>
      <w:u w:val="single"/>
    </w:rPr>
  </w:style>
  <w:style w:type="character" w:customStyle="1" w:styleId="1a">
    <w:name w:val="Сильная ссылка1"/>
    <w:basedOn w:val="a2"/>
    <w:uiPriority w:val="32"/>
    <w:qFormat/>
    <w:rsid w:val="007726D6"/>
    <w:rPr>
      <w:b/>
      <w:bCs/>
      <w:smallCaps/>
      <w:color w:val="C0504D"/>
      <w:spacing w:val="5"/>
      <w:u w:val="single"/>
    </w:rPr>
  </w:style>
  <w:style w:type="character" w:styleId="afb">
    <w:name w:val="Book Title"/>
    <w:basedOn w:val="a2"/>
    <w:uiPriority w:val="33"/>
    <w:qFormat/>
    <w:rsid w:val="007726D6"/>
    <w:rPr>
      <w:b/>
      <w:bCs/>
      <w:smallCaps/>
      <w:spacing w:val="5"/>
    </w:rPr>
  </w:style>
  <w:style w:type="character" w:customStyle="1" w:styleId="11">
    <w:name w:val="Заголовок 1 Знак1"/>
    <w:basedOn w:val="a2"/>
    <w:link w:val="1"/>
    <w:uiPriority w:val="9"/>
    <w:rsid w:val="007726D6"/>
    <w:rPr>
      <w:rFonts w:asciiTheme="majorHAnsi" w:eastAsiaTheme="majorEastAsia" w:hAnsiTheme="majorHAnsi" w:cstheme="majorBidi"/>
      <w:b/>
      <w:bCs/>
      <w:color w:val="365F91" w:themeColor="accent1" w:themeShade="BF"/>
      <w:sz w:val="28"/>
      <w:szCs w:val="28"/>
    </w:rPr>
  </w:style>
  <w:style w:type="paragraph" w:styleId="afc">
    <w:name w:val="TOC Heading"/>
    <w:basedOn w:val="1"/>
    <w:next w:val="a1"/>
    <w:uiPriority w:val="39"/>
    <w:semiHidden/>
    <w:unhideWhenUsed/>
    <w:qFormat/>
    <w:rsid w:val="007726D6"/>
    <w:pPr>
      <w:outlineLvl w:val="9"/>
    </w:pPr>
    <w:rPr>
      <w:lang w:val="en-US"/>
    </w:rPr>
  </w:style>
  <w:style w:type="table" w:customStyle="1" w:styleId="1b">
    <w:name w:val="Сетка таблицы1"/>
    <w:basedOn w:val="a3"/>
    <w:next w:val="a5"/>
    <w:uiPriority w:val="59"/>
    <w:rsid w:val="007726D6"/>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Светлая заливка1"/>
    <w:basedOn w:val="a3"/>
    <w:next w:val="afd"/>
    <w:uiPriority w:val="60"/>
    <w:rsid w:val="007726D6"/>
    <w:pPr>
      <w:spacing w:after="0" w:line="240" w:lineRule="auto"/>
    </w:pPr>
    <w:rPr>
      <w:rFonts w:eastAsia="MS Mincho"/>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next w:val="-1"/>
    <w:uiPriority w:val="60"/>
    <w:rsid w:val="007726D6"/>
    <w:pPr>
      <w:spacing w:after="0" w:line="240" w:lineRule="auto"/>
    </w:pPr>
    <w:rPr>
      <w:rFonts w:eastAsia="MS Mincho"/>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3"/>
    <w:next w:val="-2"/>
    <w:uiPriority w:val="60"/>
    <w:rsid w:val="007726D6"/>
    <w:pPr>
      <w:spacing w:after="0" w:line="240" w:lineRule="auto"/>
    </w:pPr>
    <w:rPr>
      <w:rFonts w:eastAsia="MS Mincho"/>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Светлая заливка - Акцент 31"/>
    <w:basedOn w:val="a3"/>
    <w:next w:val="-3"/>
    <w:uiPriority w:val="60"/>
    <w:rsid w:val="007726D6"/>
    <w:pPr>
      <w:spacing w:after="0" w:line="240" w:lineRule="auto"/>
    </w:pPr>
    <w:rPr>
      <w:rFonts w:eastAsia="MS Mincho"/>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
    <w:name w:val="Светлая заливка - Акцент 41"/>
    <w:basedOn w:val="a3"/>
    <w:next w:val="-4"/>
    <w:uiPriority w:val="60"/>
    <w:rsid w:val="007726D6"/>
    <w:pPr>
      <w:spacing w:after="0" w:line="240" w:lineRule="auto"/>
    </w:pPr>
    <w:rPr>
      <w:rFonts w:eastAsia="MS Mincho"/>
      <w:color w:val="5F497A"/>
      <w:lang w:val="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
    <w:name w:val="Светлая заливка - Акцент 51"/>
    <w:basedOn w:val="a3"/>
    <w:next w:val="-5"/>
    <w:uiPriority w:val="60"/>
    <w:rsid w:val="007726D6"/>
    <w:pPr>
      <w:spacing w:after="0" w:line="240" w:lineRule="auto"/>
    </w:pPr>
    <w:rPr>
      <w:rFonts w:eastAsia="MS Mincho"/>
      <w:color w:val="31849B"/>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1">
    <w:name w:val="Светлая заливка - Акцент 61"/>
    <w:basedOn w:val="a3"/>
    <w:next w:val="-6"/>
    <w:uiPriority w:val="60"/>
    <w:rsid w:val="007726D6"/>
    <w:pPr>
      <w:spacing w:after="0" w:line="240" w:lineRule="auto"/>
    </w:pPr>
    <w:rPr>
      <w:rFonts w:eastAsia="MS Mincho"/>
      <w:color w:val="E36C0A"/>
      <w:lang w:val="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d">
    <w:name w:val="Светлый список1"/>
    <w:basedOn w:val="a3"/>
    <w:next w:val="afe"/>
    <w:uiPriority w:val="61"/>
    <w:rsid w:val="007726D6"/>
    <w:pPr>
      <w:spacing w:after="0" w:line="240" w:lineRule="auto"/>
    </w:pPr>
    <w:rPr>
      <w:rFonts w:eastAsia="MS Mincho"/>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3"/>
    <w:next w:val="-10"/>
    <w:uiPriority w:val="61"/>
    <w:rsid w:val="007726D6"/>
    <w:pPr>
      <w:spacing w:after="0" w:line="240" w:lineRule="auto"/>
    </w:pPr>
    <w:rPr>
      <w:rFonts w:eastAsia="MS Mincho"/>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0">
    <w:name w:val="Светлый список - Акцент 21"/>
    <w:basedOn w:val="a3"/>
    <w:next w:val="-20"/>
    <w:uiPriority w:val="61"/>
    <w:rsid w:val="007726D6"/>
    <w:pPr>
      <w:spacing w:after="0" w:line="240" w:lineRule="auto"/>
    </w:pPr>
    <w:rPr>
      <w:rFonts w:eastAsia="MS Mincho"/>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0">
    <w:name w:val="Светлый список - Акцент 31"/>
    <w:basedOn w:val="a3"/>
    <w:next w:val="-30"/>
    <w:uiPriority w:val="61"/>
    <w:rsid w:val="007726D6"/>
    <w:pPr>
      <w:spacing w:after="0" w:line="240" w:lineRule="auto"/>
    </w:pPr>
    <w:rPr>
      <w:rFonts w:eastAsia="MS Mincho"/>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0">
    <w:name w:val="Светлый список - Акцент 41"/>
    <w:basedOn w:val="a3"/>
    <w:next w:val="-40"/>
    <w:uiPriority w:val="61"/>
    <w:rsid w:val="007726D6"/>
    <w:pPr>
      <w:spacing w:after="0" w:line="240" w:lineRule="auto"/>
    </w:pPr>
    <w:rPr>
      <w:rFonts w:eastAsia="MS Mincho"/>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510">
    <w:name w:val="Светлый список - Акцент 51"/>
    <w:basedOn w:val="a3"/>
    <w:next w:val="-50"/>
    <w:uiPriority w:val="61"/>
    <w:rsid w:val="007726D6"/>
    <w:pPr>
      <w:spacing w:after="0" w:line="240" w:lineRule="auto"/>
    </w:pPr>
    <w:rPr>
      <w:rFonts w:eastAsia="MS Mincho"/>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610">
    <w:name w:val="Светлый список - Акцент 61"/>
    <w:basedOn w:val="a3"/>
    <w:next w:val="-60"/>
    <w:uiPriority w:val="61"/>
    <w:rsid w:val="007726D6"/>
    <w:pPr>
      <w:spacing w:after="0" w:line="240" w:lineRule="auto"/>
    </w:pPr>
    <w:rPr>
      <w:rFonts w:eastAsia="MS Mincho"/>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e">
    <w:name w:val="Светлая сетка1"/>
    <w:basedOn w:val="a3"/>
    <w:next w:val="aff"/>
    <w:uiPriority w:val="62"/>
    <w:rsid w:val="007726D6"/>
    <w:pPr>
      <w:spacing w:after="0" w:line="240" w:lineRule="auto"/>
    </w:pPr>
    <w:rPr>
      <w:rFonts w:eastAsia="MS Mincho"/>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сетка - Акцент 11"/>
    <w:basedOn w:val="a3"/>
    <w:next w:val="-12"/>
    <w:uiPriority w:val="62"/>
    <w:rsid w:val="007726D6"/>
    <w:pPr>
      <w:spacing w:after="0" w:line="240" w:lineRule="auto"/>
    </w:pPr>
    <w:rPr>
      <w:rFonts w:eastAsia="MS Mincho"/>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
    <w:name w:val="Светлая сетка - Акцент 21"/>
    <w:basedOn w:val="a3"/>
    <w:next w:val="-22"/>
    <w:uiPriority w:val="62"/>
    <w:rsid w:val="007726D6"/>
    <w:pPr>
      <w:spacing w:after="0" w:line="240" w:lineRule="auto"/>
    </w:pPr>
    <w:rPr>
      <w:rFonts w:eastAsia="MS Mincho"/>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
    <w:name w:val="Светлая сетка - Акцент 31"/>
    <w:basedOn w:val="a3"/>
    <w:next w:val="-32"/>
    <w:uiPriority w:val="62"/>
    <w:rsid w:val="007726D6"/>
    <w:pPr>
      <w:spacing w:after="0" w:line="240" w:lineRule="auto"/>
    </w:pPr>
    <w:rPr>
      <w:rFonts w:eastAsia="MS Mincho"/>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1">
    <w:name w:val="Светлая сетка - Акцент 41"/>
    <w:basedOn w:val="a3"/>
    <w:next w:val="-42"/>
    <w:uiPriority w:val="62"/>
    <w:rsid w:val="007726D6"/>
    <w:pPr>
      <w:spacing w:after="0" w:line="240" w:lineRule="auto"/>
    </w:pPr>
    <w:rPr>
      <w:rFonts w:eastAsia="MS Mincho"/>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1">
    <w:name w:val="Светлая сетка - Акцент 51"/>
    <w:basedOn w:val="a3"/>
    <w:next w:val="-52"/>
    <w:uiPriority w:val="62"/>
    <w:rsid w:val="007726D6"/>
    <w:pPr>
      <w:spacing w:after="0" w:line="240" w:lineRule="auto"/>
    </w:pPr>
    <w:rPr>
      <w:rFonts w:eastAsia="MS Mincho"/>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11">
    <w:name w:val="Светлая сетка - Акцент 61"/>
    <w:basedOn w:val="a3"/>
    <w:next w:val="-62"/>
    <w:uiPriority w:val="62"/>
    <w:rsid w:val="007726D6"/>
    <w:pPr>
      <w:spacing w:after="0" w:line="240" w:lineRule="auto"/>
    </w:pPr>
    <w:rPr>
      <w:rFonts w:eastAsia="MS Mincho"/>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11">
    <w:name w:val="Средняя заливка 11"/>
    <w:basedOn w:val="a3"/>
    <w:next w:val="1f"/>
    <w:uiPriority w:val="63"/>
    <w:rsid w:val="007726D6"/>
    <w:pPr>
      <w:spacing w:after="0" w:line="240" w:lineRule="auto"/>
    </w:pPr>
    <w:rPr>
      <w:rFonts w:eastAsia="MS Mincho"/>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
    <w:name w:val="Средняя заливка 1 - Акцент 11"/>
    <w:basedOn w:val="a3"/>
    <w:next w:val="1-1"/>
    <w:uiPriority w:val="63"/>
    <w:rsid w:val="007726D6"/>
    <w:pPr>
      <w:spacing w:after="0" w:line="240" w:lineRule="auto"/>
    </w:pPr>
    <w:rPr>
      <w:rFonts w:eastAsia="MS Mincho"/>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1">
    <w:name w:val="Средняя заливка 1 - Акцент 21"/>
    <w:basedOn w:val="a3"/>
    <w:next w:val="1-2"/>
    <w:uiPriority w:val="63"/>
    <w:rsid w:val="007726D6"/>
    <w:pPr>
      <w:spacing w:after="0" w:line="240" w:lineRule="auto"/>
    </w:pPr>
    <w:rPr>
      <w:rFonts w:eastAsia="MS Mincho"/>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1">
    <w:name w:val="Средняя заливка 1 - Акцент 31"/>
    <w:basedOn w:val="a3"/>
    <w:next w:val="1-3"/>
    <w:uiPriority w:val="63"/>
    <w:rsid w:val="007726D6"/>
    <w:pPr>
      <w:spacing w:after="0" w:line="240" w:lineRule="auto"/>
    </w:pPr>
    <w:rPr>
      <w:rFonts w:eastAsia="MS Mincho"/>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
    <w:name w:val="Средняя заливка 1 - Акцент 41"/>
    <w:basedOn w:val="a3"/>
    <w:next w:val="1-4"/>
    <w:uiPriority w:val="63"/>
    <w:rsid w:val="007726D6"/>
    <w:pPr>
      <w:spacing w:after="0" w:line="240" w:lineRule="auto"/>
    </w:pPr>
    <w:rPr>
      <w:rFonts w:eastAsia="MS Mincho"/>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51">
    <w:name w:val="Средняя заливка 1 - Акцент 51"/>
    <w:basedOn w:val="a3"/>
    <w:next w:val="1-5"/>
    <w:uiPriority w:val="63"/>
    <w:rsid w:val="007726D6"/>
    <w:pPr>
      <w:spacing w:after="0" w:line="240" w:lineRule="auto"/>
    </w:pPr>
    <w:rPr>
      <w:rFonts w:eastAsia="MS Mincho"/>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61">
    <w:name w:val="Средняя заливка 1 - Акцент 61"/>
    <w:basedOn w:val="a3"/>
    <w:next w:val="1-6"/>
    <w:uiPriority w:val="63"/>
    <w:rsid w:val="007726D6"/>
    <w:pPr>
      <w:spacing w:after="0" w:line="240" w:lineRule="auto"/>
    </w:pPr>
    <w:rPr>
      <w:rFonts w:eastAsia="MS Mincho"/>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12">
    <w:name w:val="Средняя заливка 21"/>
    <w:basedOn w:val="a3"/>
    <w:next w:val="29"/>
    <w:uiPriority w:val="64"/>
    <w:rsid w:val="007726D6"/>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3"/>
    <w:next w:val="2-1"/>
    <w:uiPriority w:val="64"/>
    <w:rsid w:val="007726D6"/>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Средняя заливка 2 - Акцент 21"/>
    <w:basedOn w:val="a3"/>
    <w:next w:val="2-2"/>
    <w:uiPriority w:val="64"/>
    <w:rsid w:val="007726D6"/>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
    <w:name w:val="Средняя заливка 2 - Акцент 31"/>
    <w:basedOn w:val="a3"/>
    <w:next w:val="2-3"/>
    <w:uiPriority w:val="64"/>
    <w:rsid w:val="007726D6"/>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Средняя заливка 2 - Акцент 41"/>
    <w:basedOn w:val="a3"/>
    <w:next w:val="2-4"/>
    <w:uiPriority w:val="64"/>
    <w:rsid w:val="007726D6"/>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3"/>
    <w:next w:val="2-5"/>
    <w:uiPriority w:val="64"/>
    <w:rsid w:val="007726D6"/>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Средняя заливка 2 - Акцент 61"/>
    <w:basedOn w:val="a3"/>
    <w:next w:val="2-6"/>
    <w:uiPriority w:val="64"/>
    <w:rsid w:val="007726D6"/>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Средний список 11"/>
    <w:basedOn w:val="a3"/>
    <w:next w:val="1f0"/>
    <w:uiPriority w:val="65"/>
    <w:rsid w:val="007726D6"/>
    <w:pPr>
      <w:spacing w:after="0" w:line="240" w:lineRule="auto"/>
    </w:pPr>
    <w:rPr>
      <w:rFonts w:eastAsia="MS Mincho"/>
      <w:color w:val="000000"/>
      <w:lang w:val="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
    <w:name w:val="Средний список 1 - Акцент 11"/>
    <w:basedOn w:val="a3"/>
    <w:next w:val="1-10"/>
    <w:uiPriority w:val="65"/>
    <w:rsid w:val="007726D6"/>
    <w:pPr>
      <w:spacing w:after="0" w:line="240" w:lineRule="auto"/>
    </w:pPr>
    <w:rPr>
      <w:rFonts w:eastAsia="MS Mincho"/>
      <w:color w:val="000000"/>
      <w:lang w:val="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0">
    <w:name w:val="Средний список 1 - Акцент 21"/>
    <w:basedOn w:val="a3"/>
    <w:next w:val="1-20"/>
    <w:uiPriority w:val="65"/>
    <w:rsid w:val="007726D6"/>
    <w:pPr>
      <w:spacing w:after="0" w:line="240" w:lineRule="auto"/>
    </w:pPr>
    <w:rPr>
      <w:rFonts w:eastAsia="MS Mincho"/>
      <w:color w:val="000000"/>
      <w:lang w:val="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310">
    <w:name w:val="Средний список 1 - Акцент 31"/>
    <w:basedOn w:val="a3"/>
    <w:next w:val="1-30"/>
    <w:uiPriority w:val="65"/>
    <w:rsid w:val="007726D6"/>
    <w:pPr>
      <w:spacing w:after="0" w:line="240" w:lineRule="auto"/>
    </w:pPr>
    <w:rPr>
      <w:rFonts w:eastAsia="MS Mincho"/>
      <w:color w:val="000000"/>
      <w:lang w:val="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410">
    <w:name w:val="Средний список 1 - Акцент 41"/>
    <w:basedOn w:val="a3"/>
    <w:next w:val="1-40"/>
    <w:uiPriority w:val="65"/>
    <w:rsid w:val="007726D6"/>
    <w:pPr>
      <w:spacing w:after="0" w:line="240" w:lineRule="auto"/>
    </w:pPr>
    <w:rPr>
      <w:rFonts w:eastAsia="MS Mincho"/>
      <w:color w:val="000000"/>
      <w:lang w:val="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510">
    <w:name w:val="Средний список 1 - Акцент 51"/>
    <w:basedOn w:val="a3"/>
    <w:next w:val="1-50"/>
    <w:uiPriority w:val="65"/>
    <w:rsid w:val="007726D6"/>
    <w:pPr>
      <w:spacing w:after="0" w:line="240" w:lineRule="auto"/>
    </w:pPr>
    <w:rPr>
      <w:rFonts w:eastAsia="MS Mincho"/>
      <w:color w:val="000000"/>
      <w:lang w:val="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610">
    <w:name w:val="Средний список 1 - Акцент 61"/>
    <w:basedOn w:val="a3"/>
    <w:next w:val="1-60"/>
    <w:uiPriority w:val="65"/>
    <w:rsid w:val="007726D6"/>
    <w:pPr>
      <w:spacing w:after="0" w:line="240" w:lineRule="auto"/>
    </w:pPr>
    <w:rPr>
      <w:rFonts w:eastAsia="MS Mincho"/>
      <w:color w:val="000000"/>
      <w:lang w:val="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13">
    <w:name w:val="Средний список 21"/>
    <w:basedOn w:val="a3"/>
    <w:next w:val="2a"/>
    <w:uiPriority w:val="66"/>
    <w:rsid w:val="007726D6"/>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10">
    <w:name w:val="Средний список 2 - Акцент 11"/>
    <w:basedOn w:val="a3"/>
    <w:next w:val="2-10"/>
    <w:uiPriority w:val="66"/>
    <w:rsid w:val="007726D6"/>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210">
    <w:name w:val="Средний список 2 - Акцент 21"/>
    <w:basedOn w:val="a3"/>
    <w:next w:val="2-20"/>
    <w:uiPriority w:val="66"/>
    <w:rsid w:val="007726D6"/>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310">
    <w:name w:val="Средний список 2 - Акцент 31"/>
    <w:basedOn w:val="a3"/>
    <w:next w:val="2-30"/>
    <w:uiPriority w:val="66"/>
    <w:rsid w:val="007726D6"/>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410">
    <w:name w:val="Средний список 2 - Акцент 41"/>
    <w:basedOn w:val="a3"/>
    <w:next w:val="2-40"/>
    <w:uiPriority w:val="66"/>
    <w:rsid w:val="007726D6"/>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510">
    <w:name w:val="Средний список 2 - Акцент 51"/>
    <w:basedOn w:val="a3"/>
    <w:next w:val="2-50"/>
    <w:uiPriority w:val="66"/>
    <w:rsid w:val="007726D6"/>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610">
    <w:name w:val="Средний список 2 - Акцент 61"/>
    <w:basedOn w:val="a3"/>
    <w:next w:val="2-60"/>
    <w:uiPriority w:val="66"/>
    <w:rsid w:val="007726D6"/>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13">
    <w:name w:val="Средняя сетка 11"/>
    <w:basedOn w:val="a3"/>
    <w:next w:val="1f1"/>
    <w:uiPriority w:val="67"/>
    <w:rsid w:val="007726D6"/>
    <w:pPr>
      <w:spacing w:after="0" w:line="240" w:lineRule="auto"/>
    </w:pPr>
    <w:rPr>
      <w:rFonts w:eastAsia="MS Mincho"/>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
    <w:name w:val="Средняя сетка 1 - Акцент 11"/>
    <w:basedOn w:val="a3"/>
    <w:next w:val="1-12"/>
    <w:uiPriority w:val="67"/>
    <w:rsid w:val="007726D6"/>
    <w:pPr>
      <w:spacing w:after="0" w:line="240" w:lineRule="auto"/>
    </w:pPr>
    <w:rPr>
      <w:rFonts w:eastAsia="MS Mincho"/>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11">
    <w:name w:val="Средняя сетка 1 - Акцент 21"/>
    <w:basedOn w:val="a3"/>
    <w:next w:val="1-22"/>
    <w:uiPriority w:val="67"/>
    <w:rsid w:val="007726D6"/>
    <w:pPr>
      <w:spacing w:after="0" w:line="240" w:lineRule="auto"/>
    </w:pPr>
    <w:rPr>
      <w:rFonts w:eastAsia="MS Mincho"/>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311">
    <w:name w:val="Средняя сетка 1 - Акцент 31"/>
    <w:basedOn w:val="a3"/>
    <w:next w:val="1-32"/>
    <w:uiPriority w:val="67"/>
    <w:rsid w:val="007726D6"/>
    <w:pPr>
      <w:spacing w:after="0" w:line="240" w:lineRule="auto"/>
    </w:pPr>
    <w:rPr>
      <w:rFonts w:eastAsia="MS Mincho"/>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411">
    <w:name w:val="Средняя сетка 1 - Акцент 41"/>
    <w:basedOn w:val="a3"/>
    <w:next w:val="1-42"/>
    <w:uiPriority w:val="67"/>
    <w:rsid w:val="007726D6"/>
    <w:pPr>
      <w:spacing w:after="0" w:line="240" w:lineRule="auto"/>
    </w:pPr>
    <w:rPr>
      <w:rFonts w:eastAsia="MS Mincho"/>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511">
    <w:name w:val="Средняя сетка 1 - Акцент 51"/>
    <w:basedOn w:val="a3"/>
    <w:next w:val="1-52"/>
    <w:uiPriority w:val="67"/>
    <w:rsid w:val="007726D6"/>
    <w:pPr>
      <w:spacing w:after="0" w:line="240" w:lineRule="auto"/>
    </w:pPr>
    <w:rPr>
      <w:rFonts w:eastAsia="MS Mincho"/>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1">
    <w:name w:val="Средняя сетка 1 - Акцент 61"/>
    <w:basedOn w:val="a3"/>
    <w:next w:val="1-62"/>
    <w:uiPriority w:val="67"/>
    <w:rsid w:val="007726D6"/>
    <w:pPr>
      <w:spacing w:after="0" w:line="240" w:lineRule="auto"/>
    </w:pPr>
    <w:rPr>
      <w:rFonts w:eastAsia="MS Mincho"/>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4">
    <w:name w:val="Средняя сетка 21"/>
    <w:basedOn w:val="a3"/>
    <w:next w:val="2b"/>
    <w:uiPriority w:val="68"/>
    <w:rsid w:val="007726D6"/>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1">
    <w:name w:val="Средняя сетка 2 - Акцент 11"/>
    <w:basedOn w:val="a3"/>
    <w:next w:val="2-12"/>
    <w:uiPriority w:val="68"/>
    <w:rsid w:val="007726D6"/>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11">
    <w:name w:val="Средняя сетка 2 - Акцент 21"/>
    <w:basedOn w:val="a3"/>
    <w:next w:val="2-22"/>
    <w:uiPriority w:val="68"/>
    <w:rsid w:val="007726D6"/>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311">
    <w:name w:val="Средняя сетка 2 - Акцент 31"/>
    <w:basedOn w:val="a3"/>
    <w:next w:val="2-32"/>
    <w:uiPriority w:val="68"/>
    <w:rsid w:val="007726D6"/>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411">
    <w:name w:val="Средняя сетка 2 - Акцент 41"/>
    <w:basedOn w:val="a3"/>
    <w:next w:val="2-42"/>
    <w:uiPriority w:val="68"/>
    <w:rsid w:val="007726D6"/>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511">
    <w:name w:val="Средняя сетка 2 - Акцент 51"/>
    <w:basedOn w:val="a3"/>
    <w:next w:val="2-52"/>
    <w:uiPriority w:val="68"/>
    <w:rsid w:val="007726D6"/>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11">
    <w:name w:val="Средняя сетка 2 - Акцент 61"/>
    <w:basedOn w:val="a3"/>
    <w:next w:val="2-62"/>
    <w:uiPriority w:val="68"/>
    <w:rsid w:val="007726D6"/>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11">
    <w:name w:val="Средняя сетка 31"/>
    <w:basedOn w:val="a3"/>
    <w:next w:val="37"/>
    <w:uiPriority w:val="69"/>
    <w:rsid w:val="007726D6"/>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
    <w:name w:val="Средняя сетка 3 - Акцент 11"/>
    <w:basedOn w:val="a3"/>
    <w:next w:val="3-1"/>
    <w:uiPriority w:val="69"/>
    <w:rsid w:val="007726D6"/>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1">
    <w:name w:val="Средняя сетка 3 - Акцент 21"/>
    <w:basedOn w:val="a3"/>
    <w:next w:val="3-2"/>
    <w:uiPriority w:val="69"/>
    <w:rsid w:val="007726D6"/>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31">
    <w:name w:val="Средняя сетка 3 - Акцент 31"/>
    <w:basedOn w:val="a3"/>
    <w:next w:val="3-3"/>
    <w:uiPriority w:val="69"/>
    <w:rsid w:val="007726D6"/>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1">
    <w:name w:val="Средняя сетка 3 - Акцент 41"/>
    <w:basedOn w:val="a3"/>
    <w:next w:val="3-4"/>
    <w:uiPriority w:val="69"/>
    <w:rsid w:val="007726D6"/>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1">
    <w:name w:val="Средняя сетка 3 - Акцент 51"/>
    <w:basedOn w:val="a3"/>
    <w:next w:val="3-5"/>
    <w:uiPriority w:val="69"/>
    <w:rsid w:val="007726D6"/>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61">
    <w:name w:val="Средняя сетка 3 - Акцент 61"/>
    <w:basedOn w:val="a3"/>
    <w:next w:val="3-6"/>
    <w:uiPriority w:val="69"/>
    <w:rsid w:val="007726D6"/>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f2">
    <w:name w:val="Темный список1"/>
    <w:basedOn w:val="a3"/>
    <w:next w:val="aff0"/>
    <w:uiPriority w:val="70"/>
    <w:rsid w:val="007726D6"/>
    <w:pPr>
      <w:spacing w:after="0" w:line="240" w:lineRule="auto"/>
    </w:pPr>
    <w:rPr>
      <w:rFonts w:eastAsia="MS Mincho"/>
      <w:color w:val="FFFFFF"/>
      <w:lang w:val="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2">
    <w:name w:val="Темный список - Акцент 11"/>
    <w:basedOn w:val="a3"/>
    <w:next w:val="-13"/>
    <w:uiPriority w:val="70"/>
    <w:rsid w:val="007726D6"/>
    <w:pPr>
      <w:spacing w:after="0" w:line="240" w:lineRule="auto"/>
    </w:pPr>
    <w:rPr>
      <w:rFonts w:eastAsia="MS Mincho"/>
      <w:color w:val="FFFFFF"/>
      <w:lang w:val="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12">
    <w:name w:val="Темный список - Акцент 21"/>
    <w:basedOn w:val="a3"/>
    <w:next w:val="-23"/>
    <w:uiPriority w:val="70"/>
    <w:rsid w:val="007726D6"/>
    <w:pPr>
      <w:spacing w:after="0" w:line="240" w:lineRule="auto"/>
    </w:pPr>
    <w:rPr>
      <w:rFonts w:eastAsia="MS Mincho"/>
      <w:color w:val="FFFFFF"/>
      <w:lang w:val="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312">
    <w:name w:val="Темный список - Акцент 31"/>
    <w:basedOn w:val="a3"/>
    <w:next w:val="-33"/>
    <w:uiPriority w:val="70"/>
    <w:rsid w:val="007726D6"/>
    <w:pPr>
      <w:spacing w:after="0" w:line="240" w:lineRule="auto"/>
    </w:pPr>
    <w:rPr>
      <w:rFonts w:eastAsia="MS Mincho"/>
      <w:color w:val="FFFFFF"/>
      <w:lang w:val="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2">
    <w:name w:val="Темный список - Акцент 41"/>
    <w:basedOn w:val="a3"/>
    <w:next w:val="-43"/>
    <w:uiPriority w:val="70"/>
    <w:rsid w:val="007726D6"/>
    <w:pPr>
      <w:spacing w:after="0" w:line="240" w:lineRule="auto"/>
    </w:pPr>
    <w:rPr>
      <w:rFonts w:eastAsia="MS Mincho"/>
      <w:color w:val="FFFFFF"/>
      <w:lang w:val="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512">
    <w:name w:val="Темный список - Акцент 51"/>
    <w:basedOn w:val="a3"/>
    <w:next w:val="-53"/>
    <w:uiPriority w:val="70"/>
    <w:rsid w:val="007726D6"/>
    <w:pPr>
      <w:spacing w:after="0" w:line="240" w:lineRule="auto"/>
    </w:pPr>
    <w:rPr>
      <w:rFonts w:eastAsia="MS Mincho"/>
      <w:color w:val="FFFFFF"/>
      <w:lang w:val="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612">
    <w:name w:val="Темный список - Акцент 61"/>
    <w:basedOn w:val="a3"/>
    <w:next w:val="-63"/>
    <w:uiPriority w:val="70"/>
    <w:rsid w:val="007726D6"/>
    <w:pPr>
      <w:spacing w:after="0" w:line="240" w:lineRule="auto"/>
    </w:pPr>
    <w:rPr>
      <w:rFonts w:eastAsia="MS Mincho"/>
      <w:color w:val="FFFFFF"/>
      <w:lang w:val="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1f3">
    <w:name w:val="Цветная заливка1"/>
    <w:basedOn w:val="a3"/>
    <w:next w:val="aff1"/>
    <w:uiPriority w:val="71"/>
    <w:rsid w:val="007726D6"/>
    <w:pPr>
      <w:spacing w:after="0" w:line="240" w:lineRule="auto"/>
    </w:pPr>
    <w:rPr>
      <w:rFonts w:eastAsia="MS Mincho"/>
      <w:color w:val="000000"/>
      <w:lang w:val="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3">
    <w:name w:val="Цветная заливка - Акцент 11"/>
    <w:basedOn w:val="a3"/>
    <w:next w:val="-14"/>
    <w:uiPriority w:val="71"/>
    <w:rsid w:val="007726D6"/>
    <w:pPr>
      <w:spacing w:after="0" w:line="240" w:lineRule="auto"/>
    </w:pPr>
    <w:rPr>
      <w:rFonts w:eastAsia="MS Mincho"/>
      <w:color w:val="000000"/>
      <w:lang w:val="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13">
    <w:name w:val="Цветная заливка - Акцент 21"/>
    <w:basedOn w:val="a3"/>
    <w:next w:val="-24"/>
    <w:uiPriority w:val="71"/>
    <w:rsid w:val="007726D6"/>
    <w:pPr>
      <w:spacing w:after="0" w:line="240" w:lineRule="auto"/>
    </w:pPr>
    <w:rPr>
      <w:rFonts w:eastAsia="MS Mincho"/>
      <w:color w:val="000000"/>
      <w:lang w:val="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13">
    <w:name w:val="Цветная заливка - Акцент 31"/>
    <w:basedOn w:val="a3"/>
    <w:next w:val="-34"/>
    <w:uiPriority w:val="71"/>
    <w:rsid w:val="007726D6"/>
    <w:pPr>
      <w:spacing w:after="0" w:line="240" w:lineRule="auto"/>
    </w:pPr>
    <w:rPr>
      <w:rFonts w:eastAsia="MS Mincho"/>
      <w:color w:val="000000"/>
      <w:lang w:val="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413">
    <w:name w:val="Цветная заливка - Акцент 41"/>
    <w:basedOn w:val="a3"/>
    <w:next w:val="-44"/>
    <w:uiPriority w:val="71"/>
    <w:rsid w:val="007726D6"/>
    <w:pPr>
      <w:spacing w:after="0" w:line="240" w:lineRule="auto"/>
    </w:pPr>
    <w:rPr>
      <w:rFonts w:eastAsia="MS Mincho"/>
      <w:color w:val="000000"/>
      <w:lang w:val="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513">
    <w:name w:val="Цветная заливка - Акцент 51"/>
    <w:basedOn w:val="a3"/>
    <w:next w:val="-54"/>
    <w:uiPriority w:val="71"/>
    <w:rsid w:val="007726D6"/>
    <w:pPr>
      <w:spacing w:after="0" w:line="240" w:lineRule="auto"/>
    </w:pPr>
    <w:rPr>
      <w:rFonts w:eastAsia="MS Mincho"/>
      <w:color w:val="000000"/>
      <w:lang w:val="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613">
    <w:name w:val="Цветная заливка - Акцент 61"/>
    <w:basedOn w:val="a3"/>
    <w:next w:val="-64"/>
    <w:uiPriority w:val="71"/>
    <w:rsid w:val="007726D6"/>
    <w:pPr>
      <w:spacing w:after="0" w:line="240" w:lineRule="auto"/>
    </w:pPr>
    <w:rPr>
      <w:rFonts w:eastAsia="MS Mincho"/>
      <w:color w:val="000000"/>
      <w:lang w:val="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1f4">
    <w:name w:val="Цветной список1"/>
    <w:basedOn w:val="a3"/>
    <w:next w:val="aff2"/>
    <w:uiPriority w:val="72"/>
    <w:rsid w:val="007726D6"/>
    <w:pPr>
      <w:spacing w:after="0" w:line="240" w:lineRule="auto"/>
    </w:pPr>
    <w:rPr>
      <w:rFonts w:eastAsia="MS Mincho"/>
      <w:color w:val="000000"/>
      <w:lang w:val="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4">
    <w:name w:val="Цветной список - Акцент 11"/>
    <w:basedOn w:val="a3"/>
    <w:next w:val="-15"/>
    <w:uiPriority w:val="72"/>
    <w:rsid w:val="007726D6"/>
    <w:pPr>
      <w:spacing w:after="0" w:line="240" w:lineRule="auto"/>
    </w:pPr>
    <w:rPr>
      <w:rFonts w:eastAsia="MS Mincho"/>
      <w:color w:val="000000"/>
      <w:lang w:val="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14">
    <w:name w:val="Цветной список - Акцент 21"/>
    <w:basedOn w:val="a3"/>
    <w:next w:val="-25"/>
    <w:uiPriority w:val="72"/>
    <w:rsid w:val="007726D6"/>
    <w:pPr>
      <w:spacing w:after="0" w:line="240" w:lineRule="auto"/>
    </w:pPr>
    <w:rPr>
      <w:rFonts w:eastAsia="MS Mincho"/>
      <w:color w:val="00000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14">
    <w:name w:val="Цветной список - Акцент 31"/>
    <w:basedOn w:val="a3"/>
    <w:next w:val="-35"/>
    <w:uiPriority w:val="72"/>
    <w:rsid w:val="007726D6"/>
    <w:pPr>
      <w:spacing w:after="0" w:line="240" w:lineRule="auto"/>
    </w:pPr>
    <w:rPr>
      <w:rFonts w:eastAsia="MS Mincho"/>
      <w:color w:val="000000"/>
      <w:lang w:val="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4">
    <w:name w:val="Цветной список - Акцент 41"/>
    <w:basedOn w:val="a3"/>
    <w:next w:val="-45"/>
    <w:uiPriority w:val="72"/>
    <w:rsid w:val="007726D6"/>
    <w:pPr>
      <w:spacing w:after="0" w:line="240" w:lineRule="auto"/>
    </w:pPr>
    <w:rPr>
      <w:rFonts w:eastAsia="MS Mincho"/>
      <w:color w:val="000000"/>
      <w:lang w:val="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514">
    <w:name w:val="Цветной список - Акцент 51"/>
    <w:basedOn w:val="a3"/>
    <w:next w:val="-55"/>
    <w:uiPriority w:val="72"/>
    <w:rsid w:val="007726D6"/>
    <w:pPr>
      <w:spacing w:after="0" w:line="240" w:lineRule="auto"/>
    </w:pPr>
    <w:rPr>
      <w:rFonts w:eastAsia="MS Mincho"/>
      <w:color w:val="000000"/>
      <w:lang w:val="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14">
    <w:name w:val="Цветной список - Акцент 61"/>
    <w:basedOn w:val="a3"/>
    <w:next w:val="-65"/>
    <w:uiPriority w:val="72"/>
    <w:rsid w:val="007726D6"/>
    <w:pPr>
      <w:spacing w:after="0" w:line="240" w:lineRule="auto"/>
    </w:pPr>
    <w:rPr>
      <w:rFonts w:eastAsia="MS Mincho"/>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1f5">
    <w:name w:val="Цветная сетка1"/>
    <w:basedOn w:val="a3"/>
    <w:next w:val="aff3"/>
    <w:uiPriority w:val="73"/>
    <w:rsid w:val="007726D6"/>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5">
    <w:name w:val="Цветная сетка - Акцент 11"/>
    <w:basedOn w:val="a3"/>
    <w:next w:val="-16"/>
    <w:uiPriority w:val="73"/>
    <w:rsid w:val="007726D6"/>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5">
    <w:name w:val="Цветная сетка - Акцент 21"/>
    <w:basedOn w:val="a3"/>
    <w:next w:val="-26"/>
    <w:uiPriority w:val="73"/>
    <w:rsid w:val="007726D6"/>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15">
    <w:name w:val="Цветная сетка - Акцент 31"/>
    <w:basedOn w:val="a3"/>
    <w:next w:val="-36"/>
    <w:uiPriority w:val="73"/>
    <w:rsid w:val="007726D6"/>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15">
    <w:name w:val="Цветная сетка - Акцент 41"/>
    <w:basedOn w:val="a3"/>
    <w:next w:val="-46"/>
    <w:uiPriority w:val="73"/>
    <w:rsid w:val="007726D6"/>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5">
    <w:name w:val="Цветная сетка - Акцент 51"/>
    <w:basedOn w:val="a3"/>
    <w:next w:val="-56"/>
    <w:uiPriority w:val="73"/>
    <w:rsid w:val="007726D6"/>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15">
    <w:name w:val="Цветная сетка - Акцент 61"/>
    <w:basedOn w:val="a3"/>
    <w:next w:val="-66"/>
    <w:uiPriority w:val="73"/>
    <w:rsid w:val="007726D6"/>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215">
    <w:name w:val="Заголовок 2 Знак1"/>
    <w:basedOn w:val="a2"/>
    <w:uiPriority w:val="9"/>
    <w:semiHidden/>
    <w:rsid w:val="007726D6"/>
    <w:rPr>
      <w:rFonts w:asciiTheme="majorHAnsi" w:eastAsiaTheme="majorEastAsia" w:hAnsiTheme="majorHAnsi" w:cstheme="majorBidi"/>
      <w:b/>
      <w:bCs/>
      <w:color w:val="4F81BD" w:themeColor="accent1"/>
      <w:sz w:val="26"/>
      <w:szCs w:val="26"/>
    </w:rPr>
  </w:style>
  <w:style w:type="character" w:customStyle="1" w:styleId="312">
    <w:name w:val="Заголовок 3 Знак1"/>
    <w:basedOn w:val="a2"/>
    <w:uiPriority w:val="9"/>
    <w:semiHidden/>
    <w:rsid w:val="007726D6"/>
    <w:rPr>
      <w:rFonts w:asciiTheme="majorHAnsi" w:eastAsiaTheme="majorEastAsia" w:hAnsiTheme="majorHAnsi" w:cstheme="majorBidi"/>
      <w:b/>
      <w:bCs/>
      <w:color w:val="4F81BD" w:themeColor="accent1"/>
    </w:rPr>
  </w:style>
  <w:style w:type="paragraph" w:styleId="ae">
    <w:name w:val="Title"/>
    <w:basedOn w:val="a1"/>
    <w:next w:val="a1"/>
    <w:link w:val="ad"/>
    <w:uiPriority w:val="10"/>
    <w:qFormat/>
    <w:rsid w:val="007726D6"/>
    <w:pPr>
      <w:pBdr>
        <w:bottom w:val="single" w:sz="8" w:space="4" w:color="4F81BD" w:themeColor="accent1"/>
      </w:pBdr>
      <w:spacing w:after="300" w:line="240" w:lineRule="auto"/>
      <w:contextualSpacing/>
    </w:pPr>
    <w:rPr>
      <w:rFonts w:ascii="Calibri" w:eastAsia="MS Gothic" w:hAnsi="Calibri" w:cs="Times New Roman"/>
      <w:color w:val="17365D"/>
      <w:spacing w:val="5"/>
      <w:kern w:val="28"/>
      <w:sz w:val="52"/>
      <w:szCs w:val="52"/>
    </w:rPr>
  </w:style>
  <w:style w:type="character" w:customStyle="1" w:styleId="1f6">
    <w:name w:val="Название Знак1"/>
    <w:basedOn w:val="a2"/>
    <w:uiPriority w:val="10"/>
    <w:rsid w:val="007726D6"/>
    <w:rPr>
      <w:rFonts w:asciiTheme="majorHAnsi" w:eastAsiaTheme="majorEastAsia" w:hAnsiTheme="majorHAnsi" w:cstheme="majorBidi"/>
      <w:color w:val="17365D" w:themeColor="text2" w:themeShade="BF"/>
      <w:spacing w:val="5"/>
      <w:kern w:val="28"/>
      <w:sz w:val="52"/>
      <w:szCs w:val="52"/>
    </w:rPr>
  </w:style>
  <w:style w:type="paragraph" w:styleId="af0">
    <w:name w:val="Subtitle"/>
    <w:basedOn w:val="a1"/>
    <w:next w:val="a1"/>
    <w:link w:val="af"/>
    <w:uiPriority w:val="11"/>
    <w:qFormat/>
    <w:rsid w:val="007726D6"/>
    <w:pPr>
      <w:numPr>
        <w:ilvl w:val="1"/>
      </w:numPr>
    </w:pPr>
    <w:rPr>
      <w:rFonts w:ascii="Calibri" w:eastAsia="MS Gothic" w:hAnsi="Calibri" w:cs="Times New Roman"/>
      <w:i/>
      <w:iCs/>
      <w:color w:val="4F81BD"/>
      <w:spacing w:val="15"/>
      <w:sz w:val="24"/>
      <w:szCs w:val="24"/>
    </w:rPr>
  </w:style>
  <w:style w:type="character" w:customStyle="1" w:styleId="1f7">
    <w:name w:val="Подзаголовок Знак1"/>
    <w:basedOn w:val="a2"/>
    <w:uiPriority w:val="11"/>
    <w:rsid w:val="007726D6"/>
    <w:rPr>
      <w:rFonts w:asciiTheme="majorHAnsi" w:eastAsiaTheme="majorEastAsia" w:hAnsiTheme="majorHAnsi" w:cstheme="majorBidi"/>
      <w:i/>
      <w:iCs/>
      <w:color w:val="4F81BD" w:themeColor="accent1"/>
      <w:spacing w:val="15"/>
      <w:sz w:val="24"/>
      <w:szCs w:val="24"/>
    </w:rPr>
  </w:style>
  <w:style w:type="paragraph" w:styleId="28">
    <w:name w:val="Quote"/>
    <w:basedOn w:val="a1"/>
    <w:next w:val="a1"/>
    <w:link w:val="27"/>
    <w:uiPriority w:val="29"/>
    <w:qFormat/>
    <w:rsid w:val="007726D6"/>
    <w:rPr>
      <w:i/>
      <w:iCs/>
      <w:color w:val="000000"/>
    </w:rPr>
  </w:style>
  <w:style w:type="character" w:customStyle="1" w:styleId="216">
    <w:name w:val="Цитата 2 Знак1"/>
    <w:basedOn w:val="a2"/>
    <w:uiPriority w:val="29"/>
    <w:rsid w:val="007726D6"/>
    <w:rPr>
      <w:i/>
      <w:iCs/>
      <w:color w:val="000000" w:themeColor="text1"/>
    </w:rPr>
  </w:style>
  <w:style w:type="character" w:customStyle="1" w:styleId="410">
    <w:name w:val="Заголовок 4 Знак1"/>
    <w:basedOn w:val="a2"/>
    <w:uiPriority w:val="9"/>
    <w:semiHidden/>
    <w:rsid w:val="007726D6"/>
    <w:rPr>
      <w:rFonts w:asciiTheme="majorHAnsi" w:eastAsiaTheme="majorEastAsia" w:hAnsiTheme="majorHAnsi" w:cstheme="majorBidi"/>
      <w:b/>
      <w:bCs/>
      <w:i/>
      <w:iCs/>
      <w:color w:val="4F81BD" w:themeColor="accent1"/>
    </w:rPr>
  </w:style>
  <w:style w:type="character" w:customStyle="1" w:styleId="510">
    <w:name w:val="Заголовок 5 Знак1"/>
    <w:basedOn w:val="a2"/>
    <w:uiPriority w:val="9"/>
    <w:semiHidden/>
    <w:rsid w:val="007726D6"/>
    <w:rPr>
      <w:rFonts w:asciiTheme="majorHAnsi" w:eastAsiaTheme="majorEastAsia" w:hAnsiTheme="majorHAnsi" w:cstheme="majorBidi"/>
      <w:color w:val="243F60" w:themeColor="accent1" w:themeShade="7F"/>
    </w:rPr>
  </w:style>
  <w:style w:type="character" w:customStyle="1" w:styleId="610">
    <w:name w:val="Заголовок 6 Знак1"/>
    <w:basedOn w:val="a2"/>
    <w:uiPriority w:val="9"/>
    <w:semiHidden/>
    <w:rsid w:val="007726D6"/>
    <w:rPr>
      <w:rFonts w:asciiTheme="majorHAnsi" w:eastAsiaTheme="majorEastAsia" w:hAnsiTheme="majorHAnsi" w:cstheme="majorBidi"/>
      <w:i/>
      <w:iCs/>
      <w:color w:val="243F60" w:themeColor="accent1" w:themeShade="7F"/>
    </w:rPr>
  </w:style>
  <w:style w:type="character" w:customStyle="1" w:styleId="710">
    <w:name w:val="Заголовок 7 Знак1"/>
    <w:basedOn w:val="a2"/>
    <w:uiPriority w:val="9"/>
    <w:semiHidden/>
    <w:rsid w:val="007726D6"/>
    <w:rPr>
      <w:rFonts w:asciiTheme="majorHAnsi" w:eastAsiaTheme="majorEastAsia" w:hAnsiTheme="majorHAnsi" w:cstheme="majorBidi"/>
      <w:i/>
      <w:iCs/>
      <w:color w:val="404040" w:themeColor="text1" w:themeTint="BF"/>
    </w:rPr>
  </w:style>
  <w:style w:type="character" w:customStyle="1" w:styleId="810">
    <w:name w:val="Заголовок 8 Знак1"/>
    <w:basedOn w:val="a2"/>
    <w:uiPriority w:val="9"/>
    <w:semiHidden/>
    <w:rsid w:val="007726D6"/>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2"/>
    <w:uiPriority w:val="9"/>
    <w:semiHidden/>
    <w:rsid w:val="007726D6"/>
    <w:rPr>
      <w:rFonts w:asciiTheme="majorHAnsi" w:eastAsiaTheme="majorEastAsia" w:hAnsiTheme="majorHAnsi" w:cstheme="majorBidi"/>
      <w:i/>
      <w:iCs/>
      <w:color w:val="404040" w:themeColor="text1" w:themeTint="BF"/>
      <w:sz w:val="20"/>
      <w:szCs w:val="20"/>
    </w:rPr>
  </w:style>
  <w:style w:type="paragraph" w:styleId="afa">
    <w:name w:val="Intense Quote"/>
    <w:basedOn w:val="a1"/>
    <w:next w:val="a1"/>
    <w:link w:val="af9"/>
    <w:uiPriority w:val="30"/>
    <w:qFormat/>
    <w:rsid w:val="007726D6"/>
    <w:pPr>
      <w:pBdr>
        <w:bottom w:val="single" w:sz="4" w:space="4" w:color="4F81BD" w:themeColor="accent1"/>
      </w:pBdr>
      <w:spacing w:before="200" w:after="280"/>
      <w:ind w:left="936" w:right="936"/>
    </w:pPr>
    <w:rPr>
      <w:b/>
      <w:bCs/>
      <w:i/>
      <w:iCs/>
      <w:color w:val="4F81BD"/>
    </w:rPr>
  </w:style>
  <w:style w:type="character" w:customStyle="1" w:styleId="1f8">
    <w:name w:val="Выделенная цитата Знак1"/>
    <w:basedOn w:val="a2"/>
    <w:uiPriority w:val="30"/>
    <w:rsid w:val="007726D6"/>
    <w:rPr>
      <w:b/>
      <w:bCs/>
      <w:i/>
      <w:iCs/>
      <w:color w:val="4F81BD" w:themeColor="accent1"/>
    </w:rPr>
  </w:style>
  <w:style w:type="character" w:styleId="aff4">
    <w:name w:val="Subtle Emphasis"/>
    <w:basedOn w:val="a2"/>
    <w:uiPriority w:val="19"/>
    <w:qFormat/>
    <w:rsid w:val="007726D6"/>
    <w:rPr>
      <w:i/>
      <w:iCs/>
      <w:color w:val="808080" w:themeColor="text1" w:themeTint="7F"/>
    </w:rPr>
  </w:style>
  <w:style w:type="character" w:styleId="aff5">
    <w:name w:val="Intense Emphasis"/>
    <w:basedOn w:val="a2"/>
    <w:uiPriority w:val="21"/>
    <w:qFormat/>
    <w:rsid w:val="007726D6"/>
    <w:rPr>
      <w:b/>
      <w:bCs/>
      <w:i/>
      <w:iCs/>
      <w:color w:val="4F81BD" w:themeColor="accent1"/>
    </w:rPr>
  </w:style>
  <w:style w:type="character" w:styleId="aff6">
    <w:name w:val="Subtle Reference"/>
    <w:basedOn w:val="a2"/>
    <w:uiPriority w:val="31"/>
    <w:qFormat/>
    <w:rsid w:val="007726D6"/>
    <w:rPr>
      <w:smallCaps/>
      <w:color w:val="C0504D" w:themeColor="accent2"/>
      <w:u w:val="single"/>
    </w:rPr>
  </w:style>
  <w:style w:type="character" w:styleId="aff7">
    <w:name w:val="Intense Reference"/>
    <w:basedOn w:val="a2"/>
    <w:uiPriority w:val="32"/>
    <w:qFormat/>
    <w:rsid w:val="007726D6"/>
    <w:rPr>
      <w:b/>
      <w:bCs/>
      <w:smallCaps/>
      <w:color w:val="C0504D" w:themeColor="accent2"/>
      <w:spacing w:val="5"/>
      <w:u w:val="single"/>
    </w:rPr>
  </w:style>
  <w:style w:type="table" w:styleId="afd">
    <w:name w:val="Light Shading"/>
    <w:basedOn w:val="a3"/>
    <w:uiPriority w:val="60"/>
    <w:rsid w:val="007726D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7726D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7726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7726D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7726D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7726D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7726D6"/>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e">
    <w:name w:val="Light List"/>
    <w:basedOn w:val="a3"/>
    <w:uiPriority w:val="61"/>
    <w:rsid w:val="007726D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7726D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7726D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7726D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7726D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7726D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7726D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
    <w:name w:val="Light Grid"/>
    <w:basedOn w:val="a3"/>
    <w:uiPriority w:val="62"/>
    <w:rsid w:val="007726D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2">
    <w:name w:val="Light Grid Accent 1"/>
    <w:basedOn w:val="a3"/>
    <w:uiPriority w:val="62"/>
    <w:rsid w:val="007726D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2">
    <w:name w:val="Light Grid Accent 2"/>
    <w:basedOn w:val="a3"/>
    <w:uiPriority w:val="62"/>
    <w:rsid w:val="007726D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2">
    <w:name w:val="Light Grid Accent 3"/>
    <w:basedOn w:val="a3"/>
    <w:uiPriority w:val="62"/>
    <w:rsid w:val="007726D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2">
    <w:name w:val="Light Grid Accent 4"/>
    <w:basedOn w:val="a3"/>
    <w:uiPriority w:val="62"/>
    <w:rsid w:val="007726D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2">
    <w:name w:val="Light Grid Accent 5"/>
    <w:basedOn w:val="a3"/>
    <w:uiPriority w:val="62"/>
    <w:rsid w:val="007726D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2">
    <w:name w:val="Light Grid Accent 6"/>
    <w:basedOn w:val="a3"/>
    <w:uiPriority w:val="62"/>
    <w:rsid w:val="007726D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f">
    <w:name w:val="Medium Shading 1"/>
    <w:basedOn w:val="a3"/>
    <w:uiPriority w:val="63"/>
    <w:rsid w:val="007726D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7726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7726D6"/>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7726D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7726D6"/>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7726D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7726D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7726D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7726D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7726D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7726D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7726D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7726D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7726D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0">
    <w:name w:val="Medium List 1"/>
    <w:basedOn w:val="a3"/>
    <w:uiPriority w:val="65"/>
    <w:rsid w:val="007726D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7726D6"/>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7726D6"/>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7726D6"/>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7726D6"/>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7726D6"/>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7726D6"/>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7726D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7726D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7726D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7726D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7726D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7726D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7726D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f1">
    <w:name w:val="Medium Grid 1"/>
    <w:basedOn w:val="a3"/>
    <w:uiPriority w:val="67"/>
    <w:rsid w:val="007726D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3"/>
    <w:uiPriority w:val="67"/>
    <w:rsid w:val="007726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2">
    <w:name w:val="Medium Grid 1 Accent 2"/>
    <w:basedOn w:val="a3"/>
    <w:uiPriority w:val="67"/>
    <w:rsid w:val="007726D6"/>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2">
    <w:name w:val="Medium Grid 1 Accent 3"/>
    <w:basedOn w:val="a3"/>
    <w:uiPriority w:val="67"/>
    <w:rsid w:val="007726D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2">
    <w:name w:val="Medium Grid 1 Accent 4"/>
    <w:basedOn w:val="a3"/>
    <w:uiPriority w:val="67"/>
    <w:rsid w:val="007726D6"/>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2">
    <w:name w:val="Medium Grid 1 Accent 5"/>
    <w:basedOn w:val="a3"/>
    <w:uiPriority w:val="67"/>
    <w:rsid w:val="007726D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2">
    <w:name w:val="Medium Grid 1 Accent 6"/>
    <w:basedOn w:val="a3"/>
    <w:uiPriority w:val="67"/>
    <w:rsid w:val="007726D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7726D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3"/>
    <w:uiPriority w:val="68"/>
    <w:rsid w:val="007726D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2">
    <w:name w:val="Medium Grid 2 Accent 2"/>
    <w:basedOn w:val="a3"/>
    <w:uiPriority w:val="68"/>
    <w:rsid w:val="007726D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2">
    <w:name w:val="Medium Grid 2 Accent 3"/>
    <w:basedOn w:val="a3"/>
    <w:uiPriority w:val="68"/>
    <w:rsid w:val="007726D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2">
    <w:name w:val="Medium Grid 2 Accent 4"/>
    <w:basedOn w:val="a3"/>
    <w:uiPriority w:val="68"/>
    <w:rsid w:val="007726D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2">
    <w:name w:val="Medium Grid 2 Accent 5"/>
    <w:basedOn w:val="a3"/>
    <w:uiPriority w:val="68"/>
    <w:rsid w:val="007726D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2">
    <w:name w:val="Medium Grid 2 Accent 6"/>
    <w:basedOn w:val="a3"/>
    <w:uiPriority w:val="68"/>
    <w:rsid w:val="007726D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7726D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7726D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7726D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7726D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7726D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7726D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7726D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0">
    <w:name w:val="Dark List"/>
    <w:basedOn w:val="a3"/>
    <w:uiPriority w:val="70"/>
    <w:rsid w:val="007726D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3"/>
    <w:uiPriority w:val="70"/>
    <w:rsid w:val="007726D6"/>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3">
    <w:name w:val="Dark List Accent 2"/>
    <w:basedOn w:val="a3"/>
    <w:uiPriority w:val="70"/>
    <w:rsid w:val="007726D6"/>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3">
    <w:name w:val="Dark List Accent 3"/>
    <w:basedOn w:val="a3"/>
    <w:uiPriority w:val="70"/>
    <w:rsid w:val="007726D6"/>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3">
    <w:name w:val="Dark List Accent 4"/>
    <w:basedOn w:val="a3"/>
    <w:uiPriority w:val="70"/>
    <w:rsid w:val="007726D6"/>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3">
    <w:name w:val="Dark List Accent 5"/>
    <w:basedOn w:val="a3"/>
    <w:uiPriority w:val="70"/>
    <w:rsid w:val="007726D6"/>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3">
    <w:name w:val="Dark List Accent 6"/>
    <w:basedOn w:val="a3"/>
    <w:uiPriority w:val="70"/>
    <w:rsid w:val="007726D6"/>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1">
    <w:name w:val="Colorful Shading"/>
    <w:basedOn w:val="a3"/>
    <w:uiPriority w:val="71"/>
    <w:rsid w:val="007726D6"/>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4">
    <w:name w:val="Colorful Shading Accent 1"/>
    <w:basedOn w:val="a3"/>
    <w:uiPriority w:val="71"/>
    <w:rsid w:val="007726D6"/>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4">
    <w:name w:val="Colorful Shading Accent 2"/>
    <w:basedOn w:val="a3"/>
    <w:uiPriority w:val="71"/>
    <w:rsid w:val="007726D6"/>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4">
    <w:name w:val="Colorful Shading Accent 3"/>
    <w:basedOn w:val="a3"/>
    <w:uiPriority w:val="71"/>
    <w:rsid w:val="007726D6"/>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4">
    <w:name w:val="Colorful Shading Accent 4"/>
    <w:basedOn w:val="a3"/>
    <w:uiPriority w:val="71"/>
    <w:rsid w:val="007726D6"/>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3"/>
    <w:uiPriority w:val="71"/>
    <w:rsid w:val="007726D6"/>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3"/>
    <w:uiPriority w:val="71"/>
    <w:rsid w:val="007726D6"/>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2">
    <w:name w:val="Colorful List"/>
    <w:basedOn w:val="a3"/>
    <w:uiPriority w:val="72"/>
    <w:rsid w:val="007726D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5">
    <w:name w:val="Colorful List Accent 1"/>
    <w:basedOn w:val="a3"/>
    <w:uiPriority w:val="72"/>
    <w:rsid w:val="007726D6"/>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3"/>
    <w:uiPriority w:val="72"/>
    <w:rsid w:val="007726D6"/>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5">
    <w:name w:val="Colorful List Accent 3"/>
    <w:basedOn w:val="a3"/>
    <w:uiPriority w:val="72"/>
    <w:rsid w:val="007726D6"/>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3"/>
    <w:uiPriority w:val="72"/>
    <w:rsid w:val="007726D6"/>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5">
    <w:name w:val="Colorful List Accent 5"/>
    <w:basedOn w:val="a3"/>
    <w:uiPriority w:val="72"/>
    <w:rsid w:val="007726D6"/>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5">
    <w:name w:val="Colorful List Accent 6"/>
    <w:basedOn w:val="a3"/>
    <w:uiPriority w:val="72"/>
    <w:rsid w:val="007726D6"/>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3">
    <w:name w:val="Colorful Grid"/>
    <w:basedOn w:val="a3"/>
    <w:uiPriority w:val="73"/>
    <w:rsid w:val="007726D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3"/>
    <w:uiPriority w:val="73"/>
    <w:rsid w:val="007726D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6">
    <w:name w:val="Colorful Grid Accent 2"/>
    <w:basedOn w:val="a3"/>
    <w:uiPriority w:val="73"/>
    <w:rsid w:val="007726D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6">
    <w:name w:val="Colorful Grid Accent 3"/>
    <w:basedOn w:val="a3"/>
    <w:uiPriority w:val="73"/>
    <w:rsid w:val="007726D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6">
    <w:name w:val="Colorful Grid Accent 4"/>
    <w:basedOn w:val="a3"/>
    <w:uiPriority w:val="73"/>
    <w:rsid w:val="007726D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6">
    <w:name w:val="Colorful Grid Accent 5"/>
    <w:basedOn w:val="a3"/>
    <w:uiPriority w:val="73"/>
    <w:rsid w:val="007726D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6">
    <w:name w:val="Colorful Grid Accent 6"/>
    <w:basedOn w:val="a3"/>
    <w:uiPriority w:val="73"/>
    <w:rsid w:val="007726D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195">
      <w:bodyDiv w:val="1"/>
      <w:marLeft w:val="0"/>
      <w:marRight w:val="0"/>
      <w:marTop w:val="0"/>
      <w:marBottom w:val="0"/>
      <w:divBdr>
        <w:top w:val="none" w:sz="0" w:space="0" w:color="auto"/>
        <w:left w:val="none" w:sz="0" w:space="0" w:color="auto"/>
        <w:bottom w:val="none" w:sz="0" w:space="0" w:color="auto"/>
        <w:right w:val="none" w:sz="0" w:space="0" w:color="auto"/>
      </w:divBdr>
    </w:div>
    <w:div w:id="422646927">
      <w:bodyDiv w:val="1"/>
      <w:marLeft w:val="0"/>
      <w:marRight w:val="0"/>
      <w:marTop w:val="0"/>
      <w:marBottom w:val="0"/>
      <w:divBdr>
        <w:top w:val="none" w:sz="0" w:space="0" w:color="auto"/>
        <w:left w:val="none" w:sz="0" w:space="0" w:color="auto"/>
        <w:bottom w:val="none" w:sz="0" w:space="0" w:color="auto"/>
        <w:right w:val="none" w:sz="0" w:space="0" w:color="auto"/>
      </w:divBdr>
    </w:div>
    <w:div w:id="458186716">
      <w:bodyDiv w:val="1"/>
      <w:marLeft w:val="0"/>
      <w:marRight w:val="0"/>
      <w:marTop w:val="0"/>
      <w:marBottom w:val="0"/>
      <w:divBdr>
        <w:top w:val="none" w:sz="0" w:space="0" w:color="auto"/>
        <w:left w:val="none" w:sz="0" w:space="0" w:color="auto"/>
        <w:bottom w:val="none" w:sz="0" w:space="0" w:color="auto"/>
        <w:right w:val="none" w:sz="0" w:space="0" w:color="auto"/>
      </w:divBdr>
    </w:div>
    <w:div w:id="623929335">
      <w:bodyDiv w:val="1"/>
      <w:marLeft w:val="0"/>
      <w:marRight w:val="0"/>
      <w:marTop w:val="0"/>
      <w:marBottom w:val="0"/>
      <w:divBdr>
        <w:top w:val="none" w:sz="0" w:space="0" w:color="auto"/>
        <w:left w:val="none" w:sz="0" w:space="0" w:color="auto"/>
        <w:bottom w:val="none" w:sz="0" w:space="0" w:color="auto"/>
        <w:right w:val="none" w:sz="0" w:space="0" w:color="auto"/>
      </w:divBdr>
    </w:div>
    <w:div w:id="637344051">
      <w:bodyDiv w:val="1"/>
      <w:marLeft w:val="0"/>
      <w:marRight w:val="0"/>
      <w:marTop w:val="0"/>
      <w:marBottom w:val="0"/>
      <w:divBdr>
        <w:top w:val="none" w:sz="0" w:space="0" w:color="auto"/>
        <w:left w:val="none" w:sz="0" w:space="0" w:color="auto"/>
        <w:bottom w:val="none" w:sz="0" w:space="0" w:color="auto"/>
        <w:right w:val="none" w:sz="0" w:space="0" w:color="auto"/>
      </w:divBdr>
    </w:div>
    <w:div w:id="680933868">
      <w:bodyDiv w:val="1"/>
      <w:marLeft w:val="0"/>
      <w:marRight w:val="0"/>
      <w:marTop w:val="0"/>
      <w:marBottom w:val="0"/>
      <w:divBdr>
        <w:top w:val="none" w:sz="0" w:space="0" w:color="auto"/>
        <w:left w:val="none" w:sz="0" w:space="0" w:color="auto"/>
        <w:bottom w:val="none" w:sz="0" w:space="0" w:color="auto"/>
        <w:right w:val="none" w:sz="0" w:space="0" w:color="auto"/>
      </w:divBdr>
    </w:div>
    <w:div w:id="1469742358">
      <w:bodyDiv w:val="1"/>
      <w:marLeft w:val="0"/>
      <w:marRight w:val="0"/>
      <w:marTop w:val="0"/>
      <w:marBottom w:val="0"/>
      <w:divBdr>
        <w:top w:val="none" w:sz="0" w:space="0" w:color="auto"/>
        <w:left w:val="none" w:sz="0" w:space="0" w:color="auto"/>
        <w:bottom w:val="none" w:sz="0" w:space="0" w:color="auto"/>
        <w:right w:val="none" w:sz="0" w:space="0" w:color="auto"/>
      </w:divBdr>
    </w:div>
    <w:div w:id="1800102916">
      <w:bodyDiv w:val="1"/>
      <w:marLeft w:val="0"/>
      <w:marRight w:val="0"/>
      <w:marTop w:val="0"/>
      <w:marBottom w:val="0"/>
      <w:divBdr>
        <w:top w:val="none" w:sz="0" w:space="0" w:color="auto"/>
        <w:left w:val="none" w:sz="0" w:space="0" w:color="auto"/>
        <w:bottom w:val="none" w:sz="0" w:space="0" w:color="auto"/>
        <w:right w:val="none" w:sz="0" w:space="0" w:color="auto"/>
      </w:divBdr>
      <w:divsChild>
        <w:div w:id="1388451381">
          <w:marLeft w:val="0"/>
          <w:marRight w:val="0"/>
          <w:marTop w:val="0"/>
          <w:marBottom w:val="0"/>
          <w:divBdr>
            <w:top w:val="none" w:sz="0" w:space="0" w:color="auto"/>
            <w:left w:val="none" w:sz="0" w:space="0" w:color="auto"/>
            <w:bottom w:val="none" w:sz="0" w:space="0" w:color="auto"/>
            <w:right w:val="none" w:sz="0" w:space="0" w:color="auto"/>
          </w:divBdr>
          <w:divsChild>
            <w:div w:id="332531190">
              <w:marLeft w:val="0"/>
              <w:marRight w:val="0"/>
              <w:marTop w:val="0"/>
              <w:marBottom w:val="0"/>
              <w:divBdr>
                <w:top w:val="none" w:sz="0" w:space="0" w:color="auto"/>
                <w:left w:val="none" w:sz="0" w:space="0" w:color="auto"/>
                <w:bottom w:val="none" w:sz="0" w:space="0" w:color="auto"/>
                <w:right w:val="none" w:sz="0" w:space="0" w:color="auto"/>
              </w:divBdr>
              <w:divsChild>
                <w:div w:id="446510377">
                  <w:marLeft w:val="0"/>
                  <w:marRight w:val="0"/>
                  <w:marTop w:val="0"/>
                  <w:marBottom w:val="0"/>
                  <w:divBdr>
                    <w:top w:val="none" w:sz="0" w:space="0" w:color="auto"/>
                    <w:left w:val="none" w:sz="0" w:space="0" w:color="auto"/>
                    <w:bottom w:val="none" w:sz="0" w:space="0" w:color="auto"/>
                    <w:right w:val="none" w:sz="0" w:space="0" w:color="auto"/>
                  </w:divBdr>
                </w:div>
                <w:div w:id="2117209743">
                  <w:marLeft w:val="0"/>
                  <w:marRight w:val="0"/>
                  <w:marTop w:val="0"/>
                  <w:marBottom w:val="0"/>
                  <w:divBdr>
                    <w:top w:val="none" w:sz="0" w:space="0" w:color="auto"/>
                    <w:left w:val="none" w:sz="0" w:space="0" w:color="auto"/>
                    <w:bottom w:val="none" w:sz="0" w:space="0" w:color="auto"/>
                    <w:right w:val="none" w:sz="0" w:space="0" w:color="auto"/>
                  </w:divBdr>
                </w:div>
              </w:divsChild>
            </w:div>
            <w:div w:id="1858156952">
              <w:marLeft w:val="0"/>
              <w:marRight w:val="0"/>
              <w:marTop w:val="0"/>
              <w:marBottom w:val="0"/>
              <w:divBdr>
                <w:top w:val="none" w:sz="0" w:space="0" w:color="auto"/>
                <w:left w:val="none" w:sz="0" w:space="0" w:color="auto"/>
                <w:bottom w:val="none" w:sz="0" w:space="0" w:color="auto"/>
                <w:right w:val="none" w:sz="0" w:space="0" w:color="auto"/>
              </w:divBdr>
              <w:divsChild>
                <w:div w:id="999190370">
                  <w:marLeft w:val="0"/>
                  <w:marRight w:val="0"/>
                  <w:marTop w:val="0"/>
                  <w:marBottom w:val="0"/>
                  <w:divBdr>
                    <w:top w:val="none" w:sz="0" w:space="0" w:color="auto"/>
                    <w:left w:val="none" w:sz="0" w:space="0" w:color="auto"/>
                    <w:bottom w:val="none" w:sz="0" w:space="0" w:color="auto"/>
                    <w:right w:val="none" w:sz="0" w:space="0" w:color="auto"/>
                  </w:divBdr>
                </w:div>
                <w:div w:id="711075819">
                  <w:marLeft w:val="0"/>
                  <w:marRight w:val="0"/>
                  <w:marTop w:val="0"/>
                  <w:marBottom w:val="0"/>
                  <w:divBdr>
                    <w:top w:val="none" w:sz="0" w:space="0" w:color="auto"/>
                    <w:left w:val="none" w:sz="0" w:space="0" w:color="auto"/>
                    <w:bottom w:val="none" w:sz="0" w:space="0" w:color="auto"/>
                    <w:right w:val="none" w:sz="0" w:space="0" w:color="auto"/>
                  </w:divBdr>
                </w:div>
              </w:divsChild>
            </w:div>
            <w:div w:id="743064677">
              <w:marLeft w:val="0"/>
              <w:marRight w:val="0"/>
              <w:marTop w:val="0"/>
              <w:marBottom w:val="0"/>
              <w:divBdr>
                <w:top w:val="none" w:sz="0" w:space="0" w:color="auto"/>
                <w:left w:val="none" w:sz="0" w:space="0" w:color="auto"/>
                <w:bottom w:val="none" w:sz="0" w:space="0" w:color="auto"/>
                <w:right w:val="none" w:sz="0" w:space="0" w:color="auto"/>
              </w:divBdr>
              <w:divsChild>
                <w:div w:id="635909570">
                  <w:marLeft w:val="0"/>
                  <w:marRight w:val="0"/>
                  <w:marTop w:val="0"/>
                  <w:marBottom w:val="0"/>
                  <w:divBdr>
                    <w:top w:val="none" w:sz="0" w:space="0" w:color="auto"/>
                    <w:left w:val="none" w:sz="0" w:space="0" w:color="auto"/>
                    <w:bottom w:val="none" w:sz="0" w:space="0" w:color="auto"/>
                    <w:right w:val="none" w:sz="0" w:space="0" w:color="auto"/>
                  </w:divBdr>
                </w:div>
                <w:div w:id="1535115378">
                  <w:marLeft w:val="0"/>
                  <w:marRight w:val="0"/>
                  <w:marTop w:val="0"/>
                  <w:marBottom w:val="0"/>
                  <w:divBdr>
                    <w:top w:val="none" w:sz="0" w:space="0" w:color="auto"/>
                    <w:left w:val="none" w:sz="0" w:space="0" w:color="auto"/>
                    <w:bottom w:val="none" w:sz="0" w:space="0" w:color="auto"/>
                    <w:right w:val="none" w:sz="0" w:space="0" w:color="auto"/>
                  </w:divBdr>
                </w:div>
              </w:divsChild>
            </w:div>
            <w:div w:id="203136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29779">
      <w:bodyDiv w:val="1"/>
      <w:marLeft w:val="0"/>
      <w:marRight w:val="0"/>
      <w:marTop w:val="0"/>
      <w:marBottom w:val="0"/>
      <w:divBdr>
        <w:top w:val="none" w:sz="0" w:space="0" w:color="auto"/>
        <w:left w:val="none" w:sz="0" w:space="0" w:color="auto"/>
        <w:bottom w:val="none" w:sz="0" w:space="0" w:color="auto"/>
        <w:right w:val="none" w:sz="0" w:space="0" w:color="auto"/>
      </w:divBdr>
      <w:divsChild>
        <w:div w:id="434517725">
          <w:marLeft w:val="0"/>
          <w:marRight w:val="0"/>
          <w:marTop w:val="0"/>
          <w:marBottom w:val="0"/>
          <w:divBdr>
            <w:top w:val="none" w:sz="0" w:space="0" w:color="auto"/>
            <w:left w:val="none" w:sz="0" w:space="0" w:color="auto"/>
            <w:bottom w:val="none" w:sz="0" w:space="0" w:color="auto"/>
            <w:right w:val="none" w:sz="0" w:space="0" w:color="auto"/>
          </w:divBdr>
          <w:divsChild>
            <w:div w:id="408621752">
              <w:marLeft w:val="0"/>
              <w:marRight w:val="0"/>
              <w:marTop w:val="0"/>
              <w:marBottom w:val="0"/>
              <w:divBdr>
                <w:top w:val="none" w:sz="0" w:space="0" w:color="auto"/>
                <w:left w:val="none" w:sz="0" w:space="0" w:color="auto"/>
                <w:bottom w:val="none" w:sz="0" w:space="0" w:color="auto"/>
                <w:right w:val="none" w:sz="0" w:space="0" w:color="auto"/>
              </w:divBdr>
              <w:divsChild>
                <w:div w:id="2066635856">
                  <w:marLeft w:val="0"/>
                  <w:marRight w:val="0"/>
                  <w:marTop w:val="0"/>
                  <w:marBottom w:val="0"/>
                  <w:divBdr>
                    <w:top w:val="none" w:sz="0" w:space="0" w:color="auto"/>
                    <w:left w:val="none" w:sz="0" w:space="0" w:color="auto"/>
                    <w:bottom w:val="none" w:sz="0" w:space="0" w:color="auto"/>
                    <w:right w:val="none" w:sz="0" w:space="0" w:color="auto"/>
                  </w:divBdr>
                  <w:divsChild>
                    <w:div w:id="1359815766">
                      <w:marLeft w:val="0"/>
                      <w:marRight w:val="0"/>
                      <w:marTop w:val="0"/>
                      <w:marBottom w:val="0"/>
                      <w:divBdr>
                        <w:top w:val="none" w:sz="0" w:space="0" w:color="auto"/>
                        <w:left w:val="none" w:sz="0" w:space="0" w:color="auto"/>
                        <w:bottom w:val="none" w:sz="0" w:space="0" w:color="auto"/>
                        <w:right w:val="none" w:sz="0" w:space="0" w:color="auto"/>
                      </w:divBdr>
                      <w:divsChild>
                        <w:div w:id="1917670885">
                          <w:marLeft w:val="0"/>
                          <w:marRight w:val="0"/>
                          <w:marTop w:val="0"/>
                          <w:marBottom w:val="0"/>
                          <w:divBdr>
                            <w:top w:val="none" w:sz="0" w:space="0" w:color="auto"/>
                            <w:left w:val="none" w:sz="0" w:space="0" w:color="auto"/>
                            <w:bottom w:val="none" w:sz="0" w:space="0" w:color="auto"/>
                            <w:right w:val="none" w:sz="0" w:space="0" w:color="auto"/>
                          </w:divBdr>
                          <w:divsChild>
                            <w:div w:id="585304878">
                              <w:marLeft w:val="0"/>
                              <w:marRight w:val="0"/>
                              <w:marTop w:val="0"/>
                              <w:marBottom w:val="0"/>
                              <w:divBdr>
                                <w:top w:val="none" w:sz="0" w:space="0" w:color="auto"/>
                                <w:left w:val="none" w:sz="0" w:space="0" w:color="auto"/>
                                <w:bottom w:val="none" w:sz="0" w:space="0" w:color="auto"/>
                                <w:right w:val="none" w:sz="0" w:space="0" w:color="auto"/>
                              </w:divBdr>
                              <w:divsChild>
                                <w:div w:id="19687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207806">
          <w:marLeft w:val="0"/>
          <w:marRight w:val="0"/>
          <w:marTop w:val="0"/>
          <w:marBottom w:val="0"/>
          <w:divBdr>
            <w:top w:val="none" w:sz="0" w:space="0" w:color="auto"/>
            <w:left w:val="none" w:sz="0" w:space="0" w:color="auto"/>
            <w:bottom w:val="none" w:sz="0" w:space="0" w:color="auto"/>
            <w:right w:val="none" w:sz="0" w:space="0" w:color="auto"/>
          </w:divBdr>
          <w:divsChild>
            <w:div w:id="1728185602">
              <w:marLeft w:val="0"/>
              <w:marRight w:val="0"/>
              <w:marTop w:val="0"/>
              <w:marBottom w:val="0"/>
              <w:divBdr>
                <w:top w:val="none" w:sz="0" w:space="0" w:color="auto"/>
                <w:left w:val="none" w:sz="0" w:space="0" w:color="auto"/>
                <w:bottom w:val="none" w:sz="0" w:space="0" w:color="auto"/>
                <w:right w:val="none" w:sz="0" w:space="0" w:color="auto"/>
              </w:divBdr>
              <w:divsChild>
                <w:div w:id="656809285">
                  <w:marLeft w:val="0"/>
                  <w:marRight w:val="0"/>
                  <w:marTop w:val="0"/>
                  <w:marBottom w:val="0"/>
                  <w:divBdr>
                    <w:top w:val="none" w:sz="0" w:space="0" w:color="auto"/>
                    <w:left w:val="none" w:sz="0" w:space="0" w:color="auto"/>
                    <w:bottom w:val="none" w:sz="0" w:space="0" w:color="auto"/>
                    <w:right w:val="none" w:sz="0" w:space="0" w:color="auto"/>
                  </w:divBdr>
                  <w:divsChild>
                    <w:div w:id="2133401496">
                      <w:marLeft w:val="0"/>
                      <w:marRight w:val="0"/>
                      <w:marTop w:val="0"/>
                      <w:marBottom w:val="0"/>
                      <w:divBdr>
                        <w:top w:val="none" w:sz="0" w:space="0" w:color="auto"/>
                        <w:left w:val="none" w:sz="0" w:space="0" w:color="auto"/>
                        <w:bottom w:val="none" w:sz="0" w:space="0" w:color="auto"/>
                        <w:right w:val="none" w:sz="0" w:space="0" w:color="auto"/>
                      </w:divBdr>
                      <w:divsChild>
                        <w:div w:id="1705668973">
                          <w:marLeft w:val="0"/>
                          <w:marRight w:val="0"/>
                          <w:marTop w:val="0"/>
                          <w:marBottom w:val="0"/>
                          <w:divBdr>
                            <w:top w:val="none" w:sz="0" w:space="0" w:color="auto"/>
                            <w:left w:val="none" w:sz="0" w:space="0" w:color="auto"/>
                            <w:bottom w:val="none" w:sz="0" w:space="0" w:color="auto"/>
                            <w:right w:val="none" w:sz="0" w:space="0" w:color="auto"/>
                          </w:divBdr>
                          <w:divsChild>
                            <w:div w:id="1354723605">
                              <w:marLeft w:val="0"/>
                              <w:marRight w:val="0"/>
                              <w:marTop w:val="0"/>
                              <w:marBottom w:val="0"/>
                              <w:divBdr>
                                <w:top w:val="none" w:sz="0" w:space="0" w:color="auto"/>
                                <w:left w:val="none" w:sz="0" w:space="0" w:color="auto"/>
                                <w:bottom w:val="none" w:sz="0" w:space="0" w:color="auto"/>
                                <w:right w:val="none" w:sz="0" w:space="0" w:color="auto"/>
                              </w:divBdr>
                              <w:divsChild>
                                <w:div w:id="12042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7F9B3-7CD7-45F0-8969-538C5AEBD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5714</Words>
  <Characters>32570</Characters>
  <Application>Microsoft Office Word</Application>
  <DocSecurity>0</DocSecurity>
  <Lines>271</Lines>
  <Paragraphs>76</Paragraphs>
  <ScaleCrop>false</ScaleCrop>
  <Company>SPecialiST RePack</Company>
  <LinksUpToDate>false</LinksUpToDate>
  <CharactersWithSpaces>38208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Admin</cp:lastModifiedBy>
  <cp:revision>7</cp:revision>
  <dcterms:created xsi:type="dcterms:W3CDTF">2023-08-27T10:29:00Z</dcterms:created>
  <dcterms:modified xsi:type="dcterms:W3CDTF">2023-10-13T14:04:00Z</dcterms:modified>
</cp:coreProperties>
</file>